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autoSpaceDN w:val="0"/>
        <w:autoSpaceDE w:val="0"/>
        <w:widowControl/>
        <w:spacing w:line="1238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380.0" w:type="dxa"/>
      </w:tblPr>
      <w:tblGrid>
        <w:gridCol w:w="5069"/>
        <w:gridCol w:w="5069"/>
      </w:tblGrid>
      <w:tr>
        <w:trPr>
          <w:trHeight w:hRule="exact" w:val="1458"/>
        </w:trPr>
        <w:tc>
          <w:tcPr>
            <w:tcW w:type="dxa" w:w="169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505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2000" w:val="left"/>
              </w:tabs>
              <w:autoSpaceDE w:val="0"/>
              <w:widowControl/>
              <w:spacing w:line="204" w:lineRule="exact" w:before="970" w:after="0"/>
              <w:ind w:left="1690" w:right="10" w:firstLine="0"/>
              <w:jc w:val="left"/>
            </w:pPr>
            <w:r>
              <w:rPr>
                <w:rFonts w:ascii="RingsideCompressed" w:hAnsi="RingsideCompressed" w:eastAsia="RingsideCompressed"/>
                <w:b/>
                <w:i w:val="0"/>
                <w:color w:val="221F1F"/>
                <w:sz w:val="80"/>
              </w:rPr>
              <w:t xml:space="preserve">VERVE+ 1, 2 </w:t>
            </w:r>
            <w:r>
              <w:tab/>
            </w:r>
            <w:r>
              <w:rPr>
                <w:w w:val="101.11477893331778"/>
                <w:rFonts w:ascii="RingsideExtraWide" w:hAnsi="RingsideExtraWide" w:eastAsia="RingsideExtraWide"/>
                <w:b w:val="0"/>
                <w:i w:val="0"/>
                <w:color w:val="221F1F"/>
                <w:sz w:val="23"/>
              </w:rPr>
              <w:t>SERVISNÍ PŘÍRUČKA</w:t>
            </w:r>
          </w:p>
        </w:tc>
      </w:tr>
    </w:tbl>
    <w:p>
      <w:pPr>
        <w:autoSpaceDN w:val="0"/>
        <w:autoSpaceDE w:val="0"/>
        <w:widowControl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-2131060</wp:posOffset>
            </wp:positionH>
            <wp:positionV relativeFrom="page">
              <wp:posOffset>-57150</wp:posOffset>
            </wp:positionV>
            <wp:extent cx="13578840" cy="9059158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78840" cy="90591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1066800</wp:posOffset>
            </wp:positionH>
            <wp:positionV relativeFrom="page">
              <wp:posOffset>5055870</wp:posOffset>
            </wp:positionV>
            <wp:extent cx="5707380" cy="3745468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374546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980440</wp:posOffset>
            </wp:positionH>
            <wp:positionV relativeFrom="page">
              <wp:posOffset>7631430</wp:posOffset>
            </wp:positionV>
            <wp:extent cx="7800339" cy="1908982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00339" cy="19089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4331970</wp:posOffset>
            </wp:positionH>
            <wp:positionV relativeFrom="page">
              <wp:posOffset>7636509</wp:posOffset>
            </wp:positionV>
            <wp:extent cx="7801609" cy="1909293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01609" cy="1909293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1440" w:right="662" w:bottom="320" w:left="144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0"/>
      </w:tblGrid>
      <w:tr>
        <w:trPr>
          <w:trHeight w:hRule="exact" w:val="234"/>
        </w:trPr>
        <w:tc>
          <w:tcPr>
            <w:tcW w:type="dxa" w:w="12240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810" w:right="81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</w:tr>
    </w:tbl>
    <w:p>
      <w:pPr>
        <w:autoSpaceDN w:val="0"/>
        <w:autoSpaceDE w:val="0"/>
        <w:widowControl/>
        <w:spacing w:line="730" w:lineRule="exact" w:before="262" w:after="122"/>
        <w:ind w:left="810" w:right="810" w:firstLine="0"/>
        <w:jc w:val="left"/>
      </w:pPr>
      <w:r>
        <w:rPr>
          <w:rFonts w:ascii="ITCAvantGardePro" w:hAnsi="ITCAvantGardePro" w:eastAsia="ITCAvantGardePro"/>
          <w:b w:val="0"/>
          <w:i w:val="0"/>
          <w:color w:val="000000"/>
          <w:sz w:val="60"/>
        </w:rPr>
        <w:t>Obsah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592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1484"/>
        </w:trPr>
        <w:tc>
          <w:tcPr>
            <w:tcW w:type="dxa" w:w="1496"/>
            <w:vMerge w:val="restart"/>
            <w:tcBorders>
              <w:end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6" w:lineRule="exact" w:before="20" w:after="0"/>
              <w:ind w:left="70" w:right="7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Vedení</w:t>
            </w:r>
          </w:p>
        </w:tc>
        <w:tc>
          <w:tcPr>
            <w:tcW w:type="dxa" w:w="1936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8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23.99999999999977" w:type="dxa"/>
            </w:tblPr>
            <w:tblGrid>
              <w:gridCol w:w="645"/>
              <w:gridCol w:w="645"/>
              <w:gridCol w:w="645"/>
            </w:tblGrid>
            <w:tr>
              <w:trPr>
                <w:trHeight w:hRule="exact" w:val="1301"/>
              </w:trPr>
              <w:tc>
                <w:tcPr>
                  <w:tcW w:type="dxa" w:w="162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64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3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8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4.00000000000034" w:type="dxa"/>
            </w:tblPr>
            <w:tblGrid>
              <w:gridCol w:w="645"/>
              <w:gridCol w:w="645"/>
              <w:gridCol w:w="645"/>
            </w:tblGrid>
            <w:tr>
              <w:trPr>
                <w:trHeight w:hRule="exact" w:val="1301"/>
              </w:trPr>
              <w:tc>
                <w:tcPr>
                  <w:tcW w:type="dxa" w:w="162"/>
                  <w:tcBorders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62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8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3.99999999999977" w:type="dxa"/>
            </w:tblPr>
            <w:tblGrid>
              <w:gridCol w:w="647"/>
              <w:gridCol w:w="647"/>
              <w:gridCol w:w="647"/>
            </w:tblGrid>
            <w:tr>
              <w:trPr>
                <w:trHeight w:hRule="exact" w:val="1301"/>
              </w:trPr>
              <w:tc>
                <w:tcPr>
                  <w:tcW w:type="dxa" w:w="164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64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3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8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2.00000000000045" w:type="dxa"/>
            </w:tblPr>
            <w:tblGrid>
              <w:gridCol w:w="645"/>
              <w:gridCol w:w="645"/>
              <w:gridCol w:w="645"/>
            </w:tblGrid>
            <w:tr>
              <w:trPr>
                <w:trHeight w:hRule="exact" w:val="1301"/>
              </w:trPr>
              <w:tc>
                <w:tcPr>
                  <w:tcW w:type="dxa" w:w="162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62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1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8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1.99999999999932" w:type="dxa"/>
            </w:tblPr>
            <w:tblGrid>
              <w:gridCol w:w="701"/>
              <w:gridCol w:w="701"/>
              <w:gridCol w:w="701"/>
            </w:tblGrid>
            <w:tr>
              <w:trPr>
                <w:trHeight w:hRule="exact" w:val="1301"/>
              </w:trPr>
              <w:tc>
                <w:tcPr>
                  <w:tcW w:type="dxa" w:w="164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85.0" w:type="dxa"/>
                  </w:tblPr>
                  <w:tblGrid>
                    <w:gridCol w:w="672"/>
                    <w:gridCol w:w="672"/>
                  </w:tblGrid>
                  <w:tr>
                    <w:trPr>
                      <w:trHeight w:hRule="exact" w:val="714"/>
                    </w:trPr>
                    <w:tc>
                      <w:tcPr>
                        <w:tcW w:type="dxa" w:w="1006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tabs>
                            <w:tab w:pos="422" w:val="left"/>
                            <w:tab w:pos="634" w:val="left"/>
                            <w:tab w:pos="702" w:val="left"/>
                            <w:tab w:pos="754" w:val="left"/>
                          </w:tabs>
                          <w:autoSpaceDE w:val="0"/>
                          <w:widowControl/>
                          <w:spacing w:line="240" w:lineRule="auto" w:before="40" w:after="0"/>
                          <w:ind w:left="348" w:right="42" w:firstLine="0"/>
                          <w:jc w:val="left"/>
                        </w:pPr>
                        <w:r>
                          <w:tab/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237489" cy="94868"/>
                              <wp:docPr id="5" name="Picture 5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37489" cy="94868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br/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307340" cy="147907"/>
                              <wp:docPr id="6" name="Picture 6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7340" cy="147907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br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33350" cy="204337"/>
                              <wp:docPr id="7" name="Picture 7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350" cy="204337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64770" cy="31171"/>
                              <wp:docPr id="8" name="Picture 8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770" cy="31171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br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33350" cy="64175"/>
                              <wp:docPr id="9" name="Picture 9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350" cy="64175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>
                    <w:trPr>
                      <w:trHeight w:hRule="exact" w:val="454"/>
                    </w:trPr>
                    <w:tc>
                      <w:tcPr>
                        <w:tcW w:type="dxa" w:w="63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110" w:after="0"/>
                          <w:ind w:left="114" w:right="114" w:firstLine="0"/>
                          <w:jc w:val="right"/>
                        </w:pP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10490" cy="39510"/>
                              <wp:docPr id="10" name="Picture 10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490" cy="39510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01600" cy="47180"/>
                              <wp:docPr id="11" name="Picture 11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600" cy="47180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type="dxa" w:w="37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72" w:after="0"/>
                          <w:ind w:left="0" w:right="0" w:firstLine="0"/>
                          <w:jc w:val="center"/>
                        </w:pP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00329" cy="90620"/>
                              <wp:docPr id="12" name="Picture 12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0329" cy="90620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  <w:tc>
                <w:tcPr>
                  <w:tcW w:type="dxa" w:w="162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278"/>
        </w:trPr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1936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Vedení brzd/řazení</w:t>
            </w:r>
          </w:p>
        </w:tc>
        <w:tc>
          <w:tcPr>
            <w:tcW w:type="dxa" w:w="193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Vedení světel</w:t>
            </w:r>
          </w:p>
        </w:tc>
        <w:tc>
          <w:tcPr>
            <w:tcW w:type="dxa" w:w="19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Vedení e-systému</w:t>
            </w:r>
          </w:p>
        </w:tc>
        <w:tc>
          <w:tcPr>
            <w:tcW w:type="dxa" w:w="193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 xml:space="preserve">Vedení hlavového </w:t>
            </w:r>
          </w:p>
        </w:tc>
        <w:tc>
          <w:tcPr>
            <w:tcW w:type="dxa" w:w="21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68" w:after="0"/>
              <w:ind w:left="318" w:right="3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Schéma zapojení</w:t>
            </w:r>
          </w:p>
        </w:tc>
      </w:tr>
    </w:tbl>
    <w:p>
      <w:pPr>
        <w:autoSpaceDN w:val="0"/>
        <w:autoSpaceDE w:val="0"/>
        <w:widowControl/>
        <w:spacing w:line="204" w:lineRule="exact" w:before="6" w:after="96"/>
        <w:ind w:left="3110" w:right="3110" w:firstLine="0"/>
        <w:jc w:val="right"/>
      </w:pPr>
      <w:r>
        <w:rPr>
          <w:rFonts w:ascii="FranklinGothic" w:hAnsi="FranklinGothic" w:eastAsia="FranklinGothic"/>
          <w:b w:val="0"/>
          <w:i w:val="0"/>
          <w:color w:val="4F5CD5"/>
          <w:sz w:val="18"/>
          <w:u w:val="single"/>
        </w:rPr>
        <w:t>složení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52.0" w:type="dxa"/>
      </w:tblPr>
      <w:tblGrid>
        <w:gridCol w:w="3060"/>
        <w:gridCol w:w="3060"/>
        <w:gridCol w:w="3060"/>
        <w:gridCol w:w="3060"/>
      </w:tblGrid>
      <w:tr>
        <w:trPr>
          <w:trHeight w:hRule="exact" w:val="1560"/>
        </w:trPr>
        <w:tc>
          <w:tcPr>
            <w:tcW w:type="dxa" w:w="1664"/>
            <w:tcBorders>
              <w:bottom w:sz="4.0" w:val="single" w:color="#FFFFF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6" w:lineRule="exact" w:before="154" w:after="0"/>
              <w:ind w:left="108" w:right="10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E-systém</w:t>
            </w:r>
          </w:p>
        </w:tc>
        <w:tc>
          <w:tcPr>
            <w:tcW w:type="dxa" w:w="1982"/>
            <w:tcBorders>
              <w:bottom w:sz="4.0" w:val="single" w:color="#FFFFF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05.99999999999994" w:type="dxa"/>
            </w:tblPr>
            <w:tblGrid>
              <w:gridCol w:w="661"/>
              <w:gridCol w:w="661"/>
              <w:gridCol w:w="661"/>
            </w:tblGrid>
            <w:tr>
              <w:trPr>
                <w:trHeight w:hRule="exact" w:val="1301"/>
              </w:trPr>
              <w:tc>
                <w:tcPr>
                  <w:tcW w:type="dxa" w:w="162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64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59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9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08.0000000000001" w:type="dxa"/>
            </w:tblPr>
            <w:tblGrid>
              <w:gridCol w:w="1972"/>
              <w:gridCol w:w="1972"/>
              <w:gridCol w:w="1972"/>
            </w:tblGrid>
            <w:tr>
              <w:trPr>
                <w:trHeight w:hRule="exact" w:val="122"/>
              </w:trPr>
              <w:tc>
                <w:tcPr>
                  <w:tcW w:type="dxa" w:w="1086"/>
                  <w:tcBorders>
                    <w:end w:sz="1.0080000162124634" w:val="single" w:color="#FFFFFF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4504"/>
                  <w:gridSpan w:val="2"/>
                  <w:tcBorders>
                    <w:start w:sz="1.0080000162124634" w:val="single" w:color="#FFFFFF"/>
                    <w:top w:sz="1.0080000162124634" w:val="single" w:color="#FFFFFF"/>
                    <w:end w:sz="1.0080000162124634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08.7399999797344" w:type="dxa"/>
                  </w:tblPr>
                  <w:tblGrid>
                    <w:gridCol w:w="2252"/>
                    <w:gridCol w:w="2252"/>
                  </w:tblGrid>
                  <w:tr>
                    <w:trPr>
                      <w:trHeight w:hRule="exact" w:val="736"/>
                    </w:trPr>
                    <w:tc>
                      <w:tcPr>
                        <w:tcW w:type="dxa" w:w="201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97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594.7399999797335" w:type="dxa"/>
                  </w:tblPr>
                  <w:tblGrid>
                    <w:gridCol w:w="1501"/>
                    <w:gridCol w:w="1501"/>
                    <w:gridCol w:w="1501"/>
                  </w:tblGrid>
                  <w:tr>
                    <w:trPr>
                      <w:trHeight w:hRule="exact" w:val="1349"/>
                    </w:trPr>
                    <w:tc>
                      <w:tcPr>
                        <w:tcW w:type="dxa" w:w="206"/>
                        <w:tcBorders>
                          <w:top w:sz="2.5360000133514404" w:val="single" w:color="#000000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346"/>
                        <w:tcBorders>
                          <w:start w:sz="4.0" w:val="single" w:color="#000000"/>
                          <w:top w:sz="2.5360000133514404" w:val="single" w:color="#000000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44"/>
                        <w:tcBorders>
                          <w:start w:sz="4.0" w:val="single" w:color="#000000"/>
                          <w:top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18.7399999797344" w:type="dxa"/>
                  </w:tblPr>
                  <w:tblGrid>
                    <w:gridCol w:w="4504"/>
                  </w:tblGrid>
                  <w:tr>
                    <w:trPr>
                      <w:trHeight w:hRule="exact" w:val="1326"/>
                    </w:trPr>
                    <w:tc>
                      <w:tcPr>
                        <w:tcW w:type="dxa" w:w="1436"/>
                        <w:tcBorders>
                          <w:start w:sz="4.0" w:val="single" w:color="#000000"/>
                          <w:top w:sz="4.0" w:val="single" w:color="#000000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  <w:tr>
              <w:trPr>
                <w:trHeight w:hRule="exact" w:val="128"/>
              </w:trPr>
              <w:tc>
                <w:tcPr>
                  <w:tcW w:type="dxa" w:w="1086"/>
                  <w:tcBorders>
                    <w:start w:sz="4.0" w:val="single" w:color="#000000"/>
                    <w:top w:sz="4.0" w:val="single" w:color="#000000"/>
                    <w:end w:sz="1.0080000162124634" w:val="single" w:color="#FFFFFF"/>
                    <w:bottom w:sz="3.35999989509582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4504"/>
                  <w:gridSpan w:val="2"/>
                  <w:tcBorders>
                    <w:start w:sz="1.0080000162124634" w:val="single" w:color="#FFFFFF"/>
                    <w:end w:sz="1.0080000162124634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50.73999997973374" w:type="dxa"/>
                  </w:tblPr>
                  <w:tblGrid>
                    <w:gridCol w:w="2252"/>
                    <w:gridCol w:w="2252"/>
                  </w:tblGrid>
                  <w:tr>
                    <w:trPr>
                      <w:trHeight w:hRule="exact" w:val="736"/>
                    </w:trPr>
                    <w:tc>
                      <w:tcPr>
                        <w:tcW w:type="dxa" w:w="223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73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800.7399999797335" w:type="dxa"/>
                  </w:tblPr>
                  <w:tblGrid>
                    <w:gridCol w:w="4504"/>
                  </w:tblGrid>
                  <w:tr>
                    <w:trPr>
                      <w:trHeight w:hRule="exact" w:val="1346"/>
                    </w:trPr>
                    <w:tc>
                      <w:tcPr>
                        <w:tcW w:type="dxa" w:w="1346"/>
                        <w:tcBorders>
                          <w:start w:sz="4.0" w:val="single" w:color="#000000"/>
                          <w:top w:sz="4.0" w:val="single" w:color="#000000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700.7399999797337" w:type="dxa"/>
                  </w:tblPr>
                  <w:tblGrid>
                    <w:gridCol w:w="1501"/>
                    <w:gridCol w:w="1501"/>
                    <w:gridCol w:w="1501"/>
                  </w:tblGrid>
                  <w:tr>
                    <w:trPr>
                      <w:trHeight w:hRule="exact" w:val="1313"/>
                    </w:trPr>
                    <w:tc>
                      <w:tcPr>
                        <w:tcW w:type="dxa" w:w="118"/>
                        <w:tcBorders>
                          <w:start w:sz="4.0" w:val="single" w:color="#FFFFFF"/>
                          <w:top w:sz="4.0" w:val="single" w:color="#FFFFFF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436"/>
                        <w:tcBorders>
                          <w:start w:sz="4.0" w:val="single" w:color="#000000"/>
                          <w:end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18"/>
                        <w:tcBorders>
                          <w:start w:sz="4.0" w:val="single" w:color="#000000"/>
                          <w:end w:sz="4.0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  <w:tr>
              <w:trPr>
                <w:trHeight w:hRule="exact" w:val="1090"/>
              </w:trPr>
              <w:tc>
                <w:tcPr>
                  <w:tcW w:type="dxa" w:w="1086"/>
                  <w:tcBorders>
                    <w:top w:sz="3.359999895095825" w:val="single" w:color="#FFFFFF"/>
                    <w:end w:sz="1.0080000162124634" w:val="single" w:color="#FFFFFF"/>
                    <w:bottom w:sz="3.35999989509582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88"/>
                  <w:tcBorders>
                    <w:start w:sz="1.0080000162124634" w:val="single" w:color="#FFFFFF"/>
                    <w:top w:sz="3.359999895095825" w:val="single" w:color="#FFFFFF"/>
                    <w:bottom w:sz="3.35999989509582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972"/>
                  <w:tcBorders/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8"/>
              </w:trPr>
              <w:tc>
                <w:tcPr>
                  <w:tcW w:type="dxa" w:w="1086"/>
                  <w:tcBorders>
                    <w:start w:sz="4.0" w:val="single" w:color="#000000"/>
                    <w:top w:sz="3.359999895095825" w:val="single" w:color="#FFFFFF"/>
                    <w:end w:sz="1.0080000162124634" w:val="single" w:color="#FFFFFF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88"/>
                  <w:tcBorders>
                    <w:start w:sz="1.0080000162124634" w:val="single" w:color="#FFFFFF"/>
                    <w:top w:sz="3.359999895095825" w:val="single" w:color="#FFFFFF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972"/>
                  <w:tcBorders/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310"/>
              </w:trPr>
              <w:tc>
                <w:tcPr>
                  <w:tcW w:type="dxa" w:w="1086"/>
                  <w:tcBorders>
                    <w:top w:sz="4.0" w:val="single" w:color="#000000"/>
                    <w:end w:sz="1.0080000162124634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04" w:lineRule="exact" w:before="118" w:after="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18"/>
                    </w:rPr>
                    <w:t>yt pohonné jed</w:t>
                  </w:r>
                </w:p>
              </w:tc>
              <w:tc>
                <w:tcPr>
                  <w:tcW w:type="dxa" w:w="4504"/>
                  <w:gridSpan w:val="2"/>
                  <w:tcBorders>
                    <w:start w:sz="1.0080000162124634" w:val="single" w:color="#FFFFFF"/>
                    <w:end w:sz="1.0080000162124634" w:val="single" w:color="#FFFFFF"/>
                    <w:bottom w:sz="1.0080000162124634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18.7399999797344" w:type="dxa"/>
                  </w:tblPr>
                  <w:tblGrid>
                    <w:gridCol w:w="4504"/>
                  </w:tblGrid>
                  <w:tr>
                    <w:trPr>
                      <w:trHeight w:hRule="exact" w:val="1346"/>
                    </w:trPr>
                    <w:tc>
                      <w:tcPr>
                        <w:tcW w:type="dxa" w:w="1436"/>
                        <w:tcBorders>
                          <w:start w:sz="4.0" w:val="single" w:color="#000000"/>
                          <w:end w:sz="4.0" w:val="single" w:color="#000000"/>
                          <w:bottom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800.7399999797335" w:type="dxa"/>
                  </w:tblPr>
                  <w:tblGrid>
                    <w:gridCol w:w="4504"/>
                  </w:tblGrid>
                  <w:tr>
                    <w:trPr>
                      <w:trHeight w:hRule="exact" w:val="1346"/>
                    </w:trPr>
                    <w:tc>
                      <w:tcPr>
                        <w:tcW w:type="dxa" w:w="1346"/>
                        <w:tcBorders>
                          <w:start w:sz="4.0" w:val="single" w:color="#000000"/>
                          <w:end w:sz="4.0" w:val="single" w:color="#000000"/>
                          <w:bottom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2.739999979734193" w:type="dxa"/>
                  </w:tblPr>
                  <w:tblGrid>
                    <w:gridCol w:w="1501"/>
                    <w:gridCol w:w="1501"/>
                    <w:gridCol w:w="1501"/>
                  </w:tblGrid>
                  <w:tr>
                    <w:trPr>
                      <w:trHeight w:hRule="exact" w:val="794"/>
                    </w:trPr>
                    <w:tc>
                      <w:tcPr>
                        <w:tcW w:type="dxa" w:w="614"/>
                        <w:tcBorders>
                          <w:bottom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958"/>
                        <w:tcBorders>
                          <w:bottom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696"/>
                        <w:tcBorders>
                          <w:bottom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186"/>
                    </w:trPr>
                    <w:tc>
                      <w:tcPr>
                        <w:tcW w:type="dxa" w:w="614"/>
                        <w:tcBorders>
                          <w:top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02" w:lineRule="exact" w:before="0" w:after="0"/>
                          <w:ind w:left="22" w:right="22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4F5CD5"/>
                            <w:sz w:val="18"/>
                          </w:rPr>
                          <w:t>notky</w:t>
                        </w:r>
                      </w:p>
                    </w:tc>
                    <w:tc>
                      <w:tcPr>
                        <w:tcW w:type="dxa" w:w="1958"/>
                        <w:tcBorders>
                          <w:top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02" w:lineRule="exact" w:before="0" w:after="0"/>
                          <w:ind w:left="210" w:right="21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4F5CD5"/>
                            <w:sz w:val="18"/>
                            <w:u w:val="single"/>
                          </w:rPr>
                          <w:t>Pohonná jednotka</w:t>
                        </w:r>
                      </w:p>
                    </w:tc>
                    <w:tc>
                      <w:tcPr>
                        <w:tcW w:type="dxa" w:w="1696"/>
                        <w:tcBorders>
                          <w:top w:sz="2.536000013351440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02" w:lineRule="exact" w:before="0" w:after="0"/>
                          <w:ind w:left="216" w:right="216" w:firstLine="0"/>
                          <w:jc w:val="righ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4F5CD5"/>
                            <w:sz w:val="18"/>
                            <w:u w:val="single"/>
                          </w:rPr>
                          <w:t xml:space="preserve">Odsunutí nebo 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18.00000000000068" w:type="dxa"/>
            </w:tblPr>
            <w:tblGrid>
              <w:gridCol w:w="1850"/>
            </w:tblGrid>
            <w:tr>
              <w:trPr>
                <w:trHeight w:hRule="exact" w:val="1326"/>
              </w:trPr>
              <w:tc>
                <w:tcPr>
                  <w:tcW w:type="dxa" w:w="1344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29"/>
        </w:trPr>
        <w:tc>
          <w:tcPr>
            <w:tcW w:type="dxa" w:w="1664"/>
            <w:vMerge w:val="restart"/>
            <w:tcBorders>
              <w:top w:sz="4.0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1982"/>
            <w:vMerge w:val="restart"/>
            <w:tcBorders>
              <w:top w:sz="4.0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120" w:after="0"/>
              <w:ind w:left="458" w:right="4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Dobíjecí port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1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126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 xml:space="preserve">Montáž pohonné </w:t>
            </w:r>
          </w:p>
        </w:tc>
      </w:tr>
      <w:tr>
        <w:trPr>
          <w:trHeight w:hRule="exact" w:val="222"/>
        </w:trPr>
        <w:tc>
          <w:tcPr>
            <w:tcW w:type="dxa" w:w="3060"/>
            <w:vMerge/>
            <w:tcBorders>
              <w:top w:sz="4.0" w:val="single" w:color="#FFFFFF"/>
            </w:tcBorders>
          </w:tcPr>
          <w:p/>
        </w:tc>
        <w:tc>
          <w:tcPr>
            <w:tcW w:type="dxa" w:w="3060"/>
            <w:vMerge/>
            <w:tcBorders>
              <w:top w:sz="4.0" w:val="single" w:color="#FFFFFF"/>
            </w:tcBorders>
          </w:tcPr>
          <w:p/>
        </w:tc>
        <w:tc>
          <w:tcPr>
            <w:tcW w:type="dxa" w:w="59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12" w:after="0"/>
              <w:ind w:left="368" w:right="36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 xml:space="preserve">demontáž pohonné </w:t>
            </w:r>
          </w:p>
        </w:tc>
        <w:tc>
          <w:tcPr>
            <w:tcW w:type="dxa" w:w="1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12" w:after="0"/>
              <w:ind w:left="468" w:right="46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18"/>
                <w:u w:val="single"/>
              </w:rPr>
              <w:t>jednotky</w:t>
            </w:r>
          </w:p>
        </w:tc>
      </w:tr>
    </w:tbl>
    <w:p>
      <w:pPr>
        <w:autoSpaceDN w:val="0"/>
        <w:autoSpaceDE w:val="0"/>
        <w:widowControl/>
        <w:spacing w:line="204" w:lineRule="exact" w:before="6" w:after="40"/>
        <w:ind w:left="3052" w:right="3052" w:firstLine="0"/>
        <w:jc w:val="right"/>
      </w:pPr>
      <w:r>
        <w:rPr>
          <w:rFonts w:ascii="FranklinGothic" w:hAnsi="FranklinGothic" w:eastAsia="FranklinGothic"/>
          <w:b w:val="0"/>
          <w:i w:val="0"/>
          <w:color w:val="4F5CD5"/>
          <w:sz w:val="18"/>
          <w:u w:val="single"/>
        </w:rPr>
        <w:t>jednotky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528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1428"/>
        </w:trPr>
        <w:tc>
          <w:tcPr>
            <w:tcW w:type="dxa" w:w="1560"/>
            <w:tcBorders>
              <w:end w:sz="8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936"/>
            <w:tcBorders>
              <w:start w:sz="8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7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85.99999999999994" w:type="dxa"/>
            </w:tblPr>
            <w:tblGrid>
              <w:gridCol w:w="1936"/>
            </w:tblGrid>
            <w:tr>
              <w:trPr>
                <w:trHeight w:hRule="exact" w:val="574"/>
              </w:trPr>
              <w:tc>
                <w:tcPr>
                  <w:tcW w:type="dxa" w:w="1936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</w:tr>
          </w:tbl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</w:tr>
      <w:tr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</w:tr>
      <w:tr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</w:tr>
      <w:tr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</w:tr>
      <w:tr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  <w:tc>
          <w:tcPr>
            <w:tcW w:type="dxa" w:w="2448"/>
          </w:tcPr>
          <w:p/>
        </w:tc>
      </w:tr>
    </w:tbl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0"/>
      </w:tblGrid>
      <w:tr>
        <w:trPr>
          <w:trHeight w:hRule="exact" w:val="234"/>
        </w:trPr>
        <w:tc>
          <w:tcPr>
            <w:tcW w:type="dxa" w:w="12240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810" w:right="81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</w:tr>
    </w:tbl>
    <w:p>
      <w:pPr>
        <w:autoSpaceDN w:val="0"/>
        <w:autoSpaceDE w:val="0"/>
        <w:widowControl/>
        <w:spacing w:line="474" w:lineRule="exact" w:before="304" w:after="124"/>
        <w:ind w:left="810" w:right="810" w:firstLine="0"/>
        <w:jc w:val="left"/>
      </w:pPr>
      <w:r>
        <w:rPr>
          <w:rFonts w:ascii="ITCAvantGardePro" w:hAnsi="ITCAvantGardePro" w:eastAsia="ITCAvantGardePro"/>
          <w:b/>
          <w:i w:val="0"/>
          <w:color w:val="000000"/>
          <w:sz w:val="36"/>
        </w:rPr>
        <w:t>Informace o této příručce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4080"/>
        <w:gridCol w:w="4080"/>
        <w:gridCol w:w="4080"/>
      </w:tblGrid>
      <w:tr>
        <w:trPr>
          <w:trHeight w:hRule="exact" w:val="562"/>
        </w:trPr>
        <w:tc>
          <w:tcPr>
            <w:tcW w:type="dxa" w:w="57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2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Rozsah příručky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3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Tato příručka zahrnuje nákresy dílů, technické informace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(například mazání a hodnoty utahovacího momentu),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pokyny, čísla dílů a užitečné rady. Neobsahuje však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pokyny týkající se všech komponentů (například brzdových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třmenů). Podrobnější informace vám poskytnou jejich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výrobci. </w:t>
            </w:r>
          </w:p>
          <w:p>
            <w:pPr>
              <w:autoSpaceDN w:val="0"/>
              <w:autoSpaceDE w:val="0"/>
              <w:widowControl/>
              <w:spacing w:line="318" w:lineRule="exact" w:before="21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Náhradní díly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Společnost Trek doporučuje používat pouze náhradní díly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Trek OEM (originální díly výrobce). </w:t>
            </w:r>
          </w:p>
          <w:p>
            <w:pPr>
              <w:autoSpaceDN w:val="0"/>
              <w:autoSpaceDE w:val="0"/>
              <w:widowControl/>
              <w:spacing w:line="318" w:lineRule="exact" w:before="21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Další informace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Další příručky jsou k dispozici na stránce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hyperlink r:id="rId20" w:history="1">
                <w:r>
                  <w:rPr>
                    <w:rStyle w:val="Hyperlink"/>
                  </w:rPr>
                  <w:t>Trekbikes.com/manuals</w:t>
                </w:r>
              </w:hyperlink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.</w:t>
            </w:r>
          </w:p>
          <w:p>
            <w:pPr>
              <w:autoSpaceDN w:val="0"/>
              <w:autoSpaceDE w:val="0"/>
              <w:widowControl/>
              <w:spacing w:line="226" w:lineRule="exact" w:before="10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Návod k obsluze </w:t>
            </w:r>
          </w:p>
        </w:tc>
        <w:tc>
          <w:tcPr>
            <w:tcW w:type="dxa" w:w="49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24" w:after="0"/>
              <w:ind w:left="358" w:right="3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Vysvětlivky</w:t>
            </w:r>
          </w:p>
        </w:tc>
      </w:tr>
      <w:tr>
        <w:trPr>
          <w:trHeight w:hRule="exact" w:val="718"/>
        </w:trPr>
        <w:tc>
          <w:tcPr>
            <w:tcW w:type="dxa" w:w="4080"/>
            <w:vMerge/>
            <w:tcBorders/>
          </w:tcPr>
          <w:p/>
        </w:tc>
        <w:tc>
          <w:tcPr>
            <w:tcW w:type="dxa" w:w="10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34" w:lineRule="exact" w:before="120" w:after="0"/>
              <w:ind w:left="162" w:right="162" w:firstLine="0"/>
              <w:jc w:val="right"/>
            </w:pPr>
            <w:r>
              <w:rPr>
                <w:rFonts w:ascii="Wingdings" w:hAnsi="Wingdings" w:eastAsia="Wingdings"/>
                <w:b w:val="0"/>
                <w:i w:val="0"/>
                <w:color w:val="000000"/>
                <w:sz w:val="30"/>
              </w:rPr>
              <w:t></w:t>
            </w:r>
          </w:p>
        </w:tc>
        <w:tc>
          <w:tcPr>
            <w:tcW w:type="dxa" w:w="3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206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Stahovací páska</w:t>
            </w:r>
          </w:p>
        </w:tc>
      </w:tr>
      <w:tr>
        <w:trPr>
          <w:trHeight w:hRule="exact" w:val="694"/>
        </w:trPr>
        <w:tc>
          <w:tcPr>
            <w:tcW w:type="dxa" w:w="4080"/>
            <w:vMerge/>
            <w:tcBorders/>
          </w:tcPr>
          <w:p/>
        </w:tc>
        <w:tc>
          <w:tcPr>
            <w:tcW w:type="dxa" w:w="10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40.0" w:type="dxa"/>
            </w:tblPr>
            <w:tblGrid>
              <w:gridCol w:w="1050"/>
            </w:tblGrid>
            <w:tr>
              <w:trPr>
                <w:trHeight w:hRule="exact" w:val="252"/>
              </w:trPr>
              <w:tc>
                <w:tcPr>
                  <w:tcW w:type="dxa" w:w="628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2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238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Utahovací moment</w:t>
            </w:r>
          </w:p>
        </w:tc>
      </w:tr>
      <w:tr>
        <w:trPr>
          <w:trHeight w:hRule="exact" w:val="534"/>
        </w:trPr>
        <w:tc>
          <w:tcPr>
            <w:tcW w:type="dxa" w:w="4080"/>
            <w:vMerge/>
            <w:tcBorders/>
          </w:tcPr>
          <w:p/>
        </w:tc>
        <w:tc>
          <w:tcPr>
            <w:tcW w:type="dxa" w:w="49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84" w:after="0"/>
              <w:ind w:left="604" w:right="604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193039" cy="193039"/>
                  <wp:docPr id="13" name="Picture 13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" cy="1930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808"/>
        </w:trPr>
        <w:tc>
          <w:tcPr>
            <w:tcW w:type="dxa" w:w="4080"/>
            <w:vMerge/>
            <w:tcBorders/>
          </w:tcPr>
          <w:p/>
        </w:tc>
        <w:tc>
          <w:tcPr>
            <w:tcW w:type="dxa" w:w="10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6" w:after="0"/>
              <w:ind w:left="18" w:right="18" w:firstLine="0"/>
              <w:jc w:val="right"/>
            </w:pPr>
            <w:r>
              <w:drawing>
                <wp:inline xmlns:a="http://schemas.openxmlformats.org/drawingml/2006/main" xmlns:pic="http://schemas.openxmlformats.org/drawingml/2006/picture">
                  <wp:extent cx="354329" cy="429363"/>
                  <wp:docPr id="14" name="Picture 14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29" cy="42936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48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Použití zajišťovače závitů</w:t>
            </w:r>
          </w:p>
        </w:tc>
      </w:tr>
      <w:tr>
        <w:trPr>
          <w:trHeight w:hRule="exact" w:val="390"/>
        </w:trPr>
        <w:tc>
          <w:tcPr>
            <w:tcW w:type="dxa" w:w="4080"/>
            <w:vMerge/>
            <w:tcBorders/>
          </w:tcPr>
          <w:p/>
        </w:tc>
        <w:tc>
          <w:tcPr>
            <w:tcW w:type="dxa" w:w="49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82" w:after="0"/>
              <w:ind w:left="582" w:right="582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193039" cy="193039"/>
                  <wp:docPr id="15" name="Picture 15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" cy="1930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418"/>
        </w:trPr>
        <w:tc>
          <w:tcPr>
            <w:tcW w:type="dxa" w:w="4080"/>
            <w:vMerge/>
            <w:tcBorders/>
          </w:tcPr>
          <w:p/>
        </w:tc>
        <w:tc>
          <w:tcPr>
            <w:tcW w:type="dxa" w:w="10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2" w:after="0"/>
              <w:ind w:left="32" w:right="32" w:firstLine="0"/>
              <w:jc w:val="right"/>
            </w:pPr>
            <w:r>
              <w:drawing>
                <wp:inline xmlns:a="http://schemas.openxmlformats.org/drawingml/2006/main" xmlns:pic="http://schemas.openxmlformats.org/drawingml/2006/picture">
                  <wp:extent cx="213360" cy="255195"/>
                  <wp:docPr id="16" name="Picture 16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551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156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Použití maziva Bontrager</w:t>
            </w:r>
          </w:p>
        </w:tc>
      </w:tr>
      <w:tr>
        <w:trPr>
          <w:trHeight w:hRule="exact" w:val="406"/>
        </w:trPr>
        <w:tc>
          <w:tcPr>
            <w:tcW w:type="dxa" w:w="4080"/>
            <w:vMerge/>
            <w:tcBorders/>
          </w:tcPr>
          <w:p/>
        </w:tc>
        <w:tc>
          <w:tcPr>
            <w:tcW w:type="dxa" w:w="490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532" w:right="532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260350" cy="264549"/>
                  <wp:docPr id="17" name="Picture 17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454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N w:val="0"/>
        <w:autoSpaceDE w:val="0"/>
        <w:widowControl/>
        <w:spacing w:line="228" w:lineRule="exact" w:before="0" w:after="38"/>
        <w:ind w:left="810" w:right="810" w:firstLine="0"/>
        <w:jc w:val="lef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 xml:space="preserve">• Stručný průvodce systémem Bosch Smart System 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2886"/>
        </w:trPr>
        <w:tc>
          <w:tcPr>
            <w:tcW w:type="dxa" w:w="5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3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Příručka – Bosch Smart System 2023</w:t>
            </w:r>
          </w:p>
          <w:p>
            <w:pPr>
              <w:autoSpaceDN w:val="0"/>
              <w:autoSpaceDE w:val="0"/>
              <w:widowControl/>
              <w:spacing w:line="318" w:lineRule="exact" w:before="21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 xml:space="preserve">Kontrola kola 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 vybalení z krabice a odstranění veškerého obalového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materiálu kolo důkladně prohlédněte:</w:t>
            </w:r>
          </w:p>
          <w:p>
            <w:pPr>
              <w:autoSpaceDN w:val="0"/>
              <w:autoSpaceDE w:val="0"/>
              <w:widowControl/>
              <w:spacing w:line="226" w:lineRule="exact" w:before="10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Zkontrolujte, zda nejsou poškozené povrchy. Zvláštní </w:t>
            </w:r>
          </w:p>
          <w:p>
            <w:pPr>
              <w:autoSpaceDN w:val="0"/>
              <w:autoSpaceDE w:val="0"/>
              <w:widowControl/>
              <w:spacing w:line="240" w:lineRule="exact" w:before="0" w:after="0"/>
              <w:ind w:left="676" w:right="47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pozornost věnujte vnějším nohám vidlice a sedlovým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vzpěrám (vnitřní i vnější plochy).</w:t>
            </w:r>
          </w:p>
          <w:p>
            <w:pPr>
              <w:autoSpaceDN w:val="0"/>
              <w:autoSpaceDE w:val="0"/>
              <w:widowControl/>
              <w:spacing w:line="226" w:lineRule="exact" w:before="1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Pokud je obal poškozený v blízkosti přední části </w:t>
            </w:r>
          </w:p>
          <w:p>
            <w:pPr>
              <w:autoSpaceDN w:val="0"/>
              <w:autoSpaceDE w:val="0"/>
              <w:widowControl/>
              <w:spacing w:line="240" w:lineRule="exact" w:before="0" w:after="0"/>
              <w:ind w:left="676" w:right="63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kola, vyjměte vidlici z rámu a zkontrolujte, zda není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poškozený sloupek.</w:t>
            </w:r>
          </w:p>
        </w:tc>
        <w:tc>
          <w:tcPr>
            <w:tcW w:type="dxa" w:w="581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44" w:after="198"/>
              <w:ind w:left="458" w:right="4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Bezpečnost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61.9999999999993" w:type="dxa"/>
            </w:tblPr>
            <w:tblGrid>
              <w:gridCol w:w="5810"/>
            </w:tblGrid>
            <w:tr>
              <w:trPr>
                <w:trHeight w:hRule="exact" w:val="520"/>
              </w:trPr>
              <w:tc>
                <w:tcPr>
                  <w:tcW w:type="dxa" w:w="4940"/>
                  <w:tcBorders>
                    <w:start w:sz="4.0" w:val="single" w:color="#3F3F3F"/>
                    <w:top w:sz="4.0" w:val="single" w:color="#3F3F3F"/>
                    <w:end w:sz="4.0" w:val="single" w:color="#3F3F3F"/>
                    <w:bottom w:sz="4.0" w:val="single" w:color="#3F3F3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64" w:lineRule="exact" w:before="142" w:after="0"/>
                    <w:ind w:left="754" w:right="75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221F1F"/>
                      <w:sz w:val="32"/>
                    </w:rPr>
                    <w:t>VAROVÁNÍ</w:t>
                  </w:r>
                </w:p>
              </w:tc>
            </w:tr>
            <w:tr>
              <w:trPr>
                <w:trHeight w:hRule="exact" w:val="1508"/>
              </w:trPr>
              <w:tc>
                <w:tcPr>
                  <w:tcW w:type="dxa" w:w="4940"/>
                  <w:tcBorders>
                    <w:start w:sz="4.0" w:val="single" w:color="#3F3F3F"/>
                    <w:top w:sz="4.0" w:val="single" w:color="#3F3F3F"/>
                    <w:end w:sz="4.0" w:val="single" w:color="#3F3F3F"/>
                    <w:bottom w:sz="4.0" w:val="single" w:color="#3F3F3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38" w:lineRule="exact" w:before="56" w:after="0"/>
                    <w:ind w:left="76" w:right="7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4"/>
                    </w:rPr>
                    <w:t>Řádně utáhněte spoje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Spoje vždy utáhněte na požadovaný moment. V případě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překročení stanovené hodnoty může dojít k deformaci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nebo poškození komponentů a spojů, při nedotažení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se mohou uvolnit. Obojí může poškodit kolo a zapříčinit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úraz jezdce.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6484.0" w:type="dxa"/>
      </w:tblPr>
      <w:tblGrid>
        <w:gridCol w:w="12240"/>
      </w:tblGrid>
      <w:tr>
        <w:trPr>
          <w:trHeight w:hRule="exact" w:val="520"/>
        </w:trPr>
        <w:tc>
          <w:tcPr>
            <w:tcW w:type="dxa" w:w="4940"/>
            <w:tcBorders>
              <w:start w:sz="4.0" w:val="single" w:color="#3F3F3F"/>
              <w:top w:sz="4.0" w:val="single" w:color="#3F3F3F"/>
              <w:end w:sz="4.0" w:val="single" w:color="#3F3F3F"/>
              <w:bottom w:sz="4.0" w:val="single" w:color="#3F3F3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64" w:lineRule="exact" w:before="140" w:after="0"/>
              <w:ind w:left="754" w:right="7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221F1F"/>
                <w:sz w:val="32"/>
              </w:rPr>
              <w:t>VAROVÁNÍ</w:t>
            </w:r>
          </w:p>
        </w:tc>
      </w:tr>
      <w:tr>
        <w:trPr>
          <w:trHeight w:hRule="exact" w:val="1768"/>
        </w:trPr>
        <w:tc>
          <w:tcPr>
            <w:tcW w:type="dxa" w:w="4940"/>
            <w:tcBorders>
              <w:start w:sz="4.0" w:val="single" w:color="#3F3F3F"/>
              <w:top w:sz="4.0" w:val="single" w:color="#3F3F3F"/>
              <w:end w:sz="4.0" w:val="single" w:color="#3F3F3F"/>
              <w:bottom w:sz="4.0" w:val="single" w:color="#3F3F3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8" w:lineRule="exact" w:before="56" w:after="0"/>
              <w:ind w:left="76" w:right="7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Znovu naneste zajišťovač závitů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Chcete-li demontovaný spojovací materiál ošetřený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zajišťovačem závitů použít i při montáži, musíte ho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nejprve očistit izopropylalkoholem a pak na něj nanést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novou vrstvu přípravku. Pokud zajišťovač nepoužijete,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šroubové spoje se mohou uvolnit a způsobit poškození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kola a zranění jezdce.</w:t>
            </w:r>
          </w:p>
        </w:tc>
      </w:tr>
    </w:tbl>
    <w:p>
      <w:pPr>
        <w:autoSpaceDN w:val="0"/>
        <w:autoSpaceDE w:val="0"/>
        <w:widowControl/>
        <w:spacing w:line="202" w:lineRule="exact" w:before="366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26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6" w:right="19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4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704"/>
        </w:trPr>
        <w:tc>
          <w:tcPr>
            <w:tcW w:type="dxa" w:w="1162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82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Vedení brzd/řazení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6.0" w:type="dxa"/>
            </w:tblPr>
            <w:tblGrid>
              <w:gridCol w:w="11626"/>
            </w:tblGrid>
            <w:tr>
              <w:trPr>
                <w:trHeight w:hRule="exact" w:val="9666"/>
              </w:trPr>
              <w:tc>
                <w:tcPr>
                  <w:tcW w:type="dxa" w:w="10632"/>
                  <w:tcBorders>
                    <w:start w:sz="5.039999961853027" w:val="single" w:color="#FFFFFF"/>
                    <w:top w:sz="5.039999961853027" w:val="single" w:color="#FFFFFF"/>
                    <w:end w:sz="5.039999961853027" w:val="single" w:color="#FFFFFF"/>
                    <w:bottom w:sz="5.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432" w:after="0"/>
                    <w:ind w:left="1654" w:right="165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648" w:after="0"/>
                    <w:ind w:left="2064" w:right="206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298" w:after="0"/>
                    <w:ind w:left="3804" w:right="380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1096" w:after="0"/>
                    <w:ind w:left="498" w:right="49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p>
                  <w:pPr>
                    <w:autoSpaceDN w:val="0"/>
                    <w:autoSpaceDE w:val="0"/>
                    <w:widowControl/>
                    <w:spacing w:line="332" w:lineRule="exact" w:before="170" w:after="0"/>
                    <w:ind w:left="3016" w:right="3016" w:firstLine="0"/>
                    <w:jc w:val="left"/>
                  </w:pPr>
                  <w:r>
                    <w:rPr>
                      <w:rFonts w:ascii="Wingdings" w:hAnsi="Wingdings" w:eastAsia="Wingdings"/>
                      <w:b w:val="0"/>
                      <w:i w:val="0"/>
                      <w:color w:val="FF0000"/>
                      <w:sz w:val="30"/>
                    </w:rPr>
                    <w:t>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710" w:after="0"/>
                    <w:ind w:left="808" w:right="808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Odpružená vidlice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540" w:after="216"/>
                    <w:ind w:left="1180" w:right="118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001.7000000476838" w:type="dxa"/>
                  </w:tblPr>
                  <w:tblGrid>
                    <w:gridCol w:w="2658"/>
                    <w:gridCol w:w="2658"/>
                    <w:gridCol w:w="2658"/>
                    <w:gridCol w:w="2658"/>
                  </w:tblGrid>
                  <w:tr>
                    <w:trPr>
                      <w:trHeight w:hRule="exact" w:val="1622"/>
                    </w:trPr>
                    <w:tc>
                      <w:tcPr>
                        <w:tcW w:type="dxa" w:w="284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34" w:lineRule="exact" w:before="398" w:after="0"/>
                          <w:ind w:left="1002" w:right="1002" w:firstLine="0"/>
                          <w:jc w:val="left"/>
                        </w:pPr>
                        <w:r>
                          <w:rPr>
                            <w:rFonts w:ascii="Wingdings" w:hAnsi="Wingdings" w:eastAsia="Wingdings"/>
                            <w:b w:val="0"/>
                            <w:i w:val="0"/>
                            <w:color w:val="FF0000"/>
                            <w:sz w:val="30"/>
                          </w:rPr>
                          <w:t></w:t>
                        </w:r>
                      </w:p>
                    </w:tc>
                    <w:tc>
                      <w:tcPr>
                        <w:tcW w:type="dxa" w:w="197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32" w:lineRule="exact" w:before="262" w:after="0"/>
                          <w:ind w:left="134" w:right="134" w:firstLine="0"/>
                          <w:jc w:val="right"/>
                        </w:pPr>
                        <w:r>
                          <w:rPr>
                            <w:rFonts w:ascii="Wingdings" w:hAnsi="Wingdings" w:eastAsia="Wingdings"/>
                            <w:b w:val="0"/>
                            <w:i w:val="0"/>
                            <w:color w:val="FF0000"/>
                            <w:sz w:val="30"/>
                          </w:rPr>
                          <w:t></w:t>
                        </w:r>
                      </w:p>
                    </w:tc>
                    <w:tc>
                      <w:tcPr>
                        <w:tcW w:type="dxa" w:w="132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16" w:after="0"/>
                          <w:ind w:left="134" w:right="13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241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34" w:lineRule="exact" w:before="67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Wingdings" w:hAnsi="Wingdings" w:eastAsia="Wingdings"/>
                            <w:b w:val="0"/>
                            <w:i w:val="0"/>
                            <w:color w:val="FF0000"/>
                            <w:sz w:val="30"/>
                          </w:rPr>
                          <w:t>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612" w:after="0"/>
                    <w:ind w:left="3986" w:right="398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34" w:lineRule="exact" w:before="0" w:after="0"/>
                    <w:ind w:left="444" w:right="44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8.00000000000182" w:type="dxa"/>
            </w:tblPr>
            <w:tblGrid>
              <w:gridCol w:w="614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51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přední brzdy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zadní brzdy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160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Lanko přehazovačky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124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3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-2358390</wp:posOffset>
            </wp:positionV>
            <wp:extent cx="7056120" cy="3395758"/>
            <wp:wrapNone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33957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4260850</wp:posOffset>
            </wp:positionH>
            <wp:positionV relativeFrom="page">
              <wp:posOffset>900430</wp:posOffset>
            </wp:positionV>
            <wp:extent cx="3206750" cy="1551599"/>
            <wp:wrapNone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06750" cy="155159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4338320</wp:posOffset>
            </wp:positionH>
            <wp:positionV relativeFrom="page">
              <wp:posOffset>989330</wp:posOffset>
            </wp:positionV>
            <wp:extent cx="6238239" cy="2959914"/>
            <wp:wrapNone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38239" cy="295991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265430</wp:posOffset>
            </wp:positionH>
            <wp:positionV relativeFrom="page">
              <wp:posOffset>1023619</wp:posOffset>
            </wp:positionV>
            <wp:extent cx="3521710" cy="1670978"/>
            <wp:wrapNone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167097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-1530350</wp:posOffset>
            </wp:positionH>
            <wp:positionV relativeFrom="page">
              <wp:posOffset>1410970</wp:posOffset>
            </wp:positionV>
            <wp:extent cx="9513570" cy="4513991"/>
            <wp:wrapNone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513570" cy="45139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2373630</wp:posOffset>
            </wp:positionH>
            <wp:positionV relativeFrom="page">
              <wp:posOffset>4979670</wp:posOffset>
            </wp:positionV>
            <wp:extent cx="6685280" cy="3217291"/>
            <wp:wrapNone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85280" cy="32172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7301230</wp:posOffset>
            </wp:positionV>
            <wp:extent cx="191770" cy="195939"/>
            <wp:wrapNone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7604759</wp:posOffset>
            </wp:positionV>
            <wp:extent cx="191770" cy="191770"/>
            <wp:wrapNone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7908290</wp:posOffset>
            </wp:positionV>
            <wp:extent cx="191770" cy="191770"/>
            <wp:wrapNone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11622"/>
            <w:gridSpan w:val="4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512"/>
        </w:trPr>
        <w:tc>
          <w:tcPr>
            <w:tcW w:type="dxa" w:w="11622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82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Vedení světel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88.0" w:type="dxa"/>
            </w:tblPr>
            <w:tblGrid>
              <w:gridCol w:w="11622"/>
            </w:tblGrid>
            <w:tr>
              <w:trPr>
                <w:trHeight w:hRule="exact" w:val="10486"/>
              </w:trPr>
              <w:tc>
                <w:tcPr>
                  <w:tcW w:type="dxa" w:w="10632"/>
                  <w:tcBorders>
                    <w:start w:sz="5.248000144958496" w:val="single" w:color="#FFFFFF"/>
                    <w:top w:sz="5.248000144958496" w:val="single" w:color="#FFFFFF"/>
                    <w:end w:sz="5.248000144958496" w:val="single" w:color="#FFFFFF"/>
                    <w:bottom w:sz="5.248000144958496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548" w:after="0"/>
                    <w:ind w:left="1872" w:right="187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0" w:lineRule="exact" w:before="144" w:after="24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/>
                      <w:color w:val="000000"/>
                      <w:sz w:val="20"/>
                    </w:rPr>
                    <w:t xml:space="preserve">Zdroj: Herrmans Bike 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/>
                      <w:color w:val="000000"/>
                      <w:sz w:val="20"/>
                    </w:rPr>
                    <w:t>Components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21.43999981880185" w:type="dxa"/>
                  </w:tblPr>
                  <w:tblGrid>
                    <w:gridCol w:w="3544"/>
                    <w:gridCol w:w="3544"/>
                    <w:gridCol w:w="3544"/>
                  </w:tblGrid>
                  <w:tr>
                    <w:trPr>
                      <w:trHeight w:hRule="exact" w:val="476"/>
                    </w:trPr>
                    <w:tc>
                      <w:tcPr>
                        <w:tcW w:type="dxa" w:w="7834"/>
                        <w:tcBorders>
                          <w:start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42" w:after="0"/>
                          <w:ind w:left="478" w:right="47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1712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42" w:after="0"/>
                          <w:ind w:left="366" w:right="36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760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10" w:after="0"/>
                          <w:ind w:left="284" w:right="28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hRule="exact" w:val="1044"/>
                    </w:trPr>
                    <w:tc>
                      <w:tcPr>
                        <w:tcW w:type="dxa" w:w="7834"/>
                        <w:tcBorders>
                          <w:start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568.5" w:type="dxa"/>
                        </w:tblPr>
                        <w:tblGrid>
                          <w:gridCol w:w="1958"/>
                          <w:gridCol w:w="1958"/>
                          <w:gridCol w:w="1958"/>
                          <w:gridCol w:w="1958"/>
                        </w:tblGrid>
                        <w:tr>
                          <w:trPr>
                            <w:trHeight w:hRule="exact" w:val="786"/>
                          </w:trPr>
                          <w:tc>
                            <w:tcPr>
                              <w:tcW w:type="dxa" w:w="1804"/>
                              <w:tcBorders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86" w:lineRule="exact" w:before="0" w:after="0"/>
                                <w:ind w:left="114" w:right="114" w:firstLine="0"/>
                                <w:jc w:val="right"/>
                              </w:pPr>
                              <w:r>
                                <w:rPr>
                                  <w:rFonts w:ascii="MyriadPro" w:hAnsi="MyriadPro" w:eastAsia="MyriadPro"/>
                                  <w:b w:val="0"/>
                                  <w:i w:val="0"/>
                                  <w:color w:val="000000"/>
                                  <w:sz w:val="24"/>
                                </w:rPr>
                                <w:t>–</w:t>
                              </w:r>
                            </w:p>
                          </w:tc>
                          <w:tc>
                            <w:tcPr>
                              <w:tcW w:type="dxa" w:w="784"/>
                              <w:tcBorders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86" w:lineRule="exact" w:before="0" w:after="0"/>
                                <w:ind w:left="116" w:right="116" w:firstLine="0"/>
                                <w:jc w:val="left"/>
                              </w:pPr>
                              <w:r>
                                <w:rPr>
                                  <w:rFonts w:ascii="MyriadPro" w:hAnsi="MyriadPro" w:eastAsia="MyriadPro"/>
                                  <w:b w:val="0"/>
                                  <w:i w:val="0"/>
                                  <w:color w:val="000000"/>
                                  <w:sz w:val="24"/>
                                </w:rPr>
                                <w:t>+</w:t>
                              </w:r>
                            </w:p>
                          </w:tc>
                          <w:tc>
                            <w:tcPr>
                              <w:tcW w:type="dxa" w:w="2090"/>
                              <w:tcBorders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8" w:lineRule="exact" w:before="0" w:after="0"/>
                                <w:ind w:left="0" w:right="0"/>
                              </w:pPr>
                            </w:p>
                            <w:tbl>
                              <w:tblPr>
                                <w:tblW w:type="auto" w:w="0"/>
                                <w:tblLayout w:type="fixed"/>
                                <w:tblLook w:firstColumn="1" w:firstRow="1" w:lastColumn="0" w:lastRow="0" w:noHBand="0" w:noVBand="1" w:val="04A0"/>
                                <w:tblInd w:w="526.0000000000002" w:type="dxa"/>
                              </w:tblPr>
                              <w:tblGrid>
                                <w:gridCol w:w="2090"/>
                              </w:tblGrid>
                              <w:tr>
                                <w:trPr>
                                  <w:trHeight w:hRule="exact" w:val="254"/>
                                </w:trPr>
                                <w:tc>
                                  <w:tcPr>
                                    <w:tcW w:type="dxa" w:w="628"/>
                                    <w:tcBorders>
                                      <w:start w:sz="8.0" w:val="single" w:color="#000000"/>
                                      <w:top w:sz="8.0" w:val="single" w:color="#000000"/>
                                      <w:end w:sz="8.0" w:val="single" w:color="#000000"/>
                                      <w:bottom w:sz="8.0" w:val="single" w:color="#000000"/>
                                    </w:tcBorders>
                                    <w:shd w:fill="ffffff"/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42" w:lineRule="exact" w:before="4" w:after="0"/>
                                      <w:ind w:left="0" w:right="0" w:firstLine="0"/>
                                      <w:jc w:val="center"/>
                                    </w:pPr>
                                    <w:r>
                                      <w:rPr>
                                        <w:rFonts w:ascii="ITCAvantGardePro" w:hAnsi="ITCAvantGardePro" w:eastAsia="ITCAvantGardePro"/>
                                        <w:b w:val="0"/>
                                        <w:i w:val="0"/>
                                        <w:color w:val="000000"/>
                                        <w:sz w:val="20"/>
                                      </w:rPr>
                                      <w:t>3 Nm</w:t>
                                    </w:r>
                                  </w:p>
                                </w:tc>
                              </w:tr>
                            </w:tbl>
                            <w:p/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14" w:lineRule="exact" w:before="0" w:after="0"/>
                                <w:ind w:left="0" w:right="0"/>
                              </w:pPr>
                            </w:p>
                          </w:tc>
                          <w:tc>
                            <w:tcPr>
                              <w:tcW w:type="dxa" w:w="1312"/>
                              <w:tcBorders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330" w:after="0"/>
                                <w:ind w:left="266" w:right="266" w:firstLine="0"/>
                                <w:jc w:val="right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1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3544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3544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</w:tr>
                  <w:tr>
                    <w:trPr>
                      <w:trHeight w:hRule="exact" w:val="2918"/>
                    </w:trPr>
                    <w:tc>
                      <w:tcPr>
                        <w:tcW w:type="dxa" w:w="7834"/>
                        <w:tcBorders>
                          <w:start w:sz="6.0" w:val="single" w:color="#000000"/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634" w:after="0"/>
                          <w:ind w:left="424" w:right="42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712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36" w:after="0"/>
                          <w:ind w:left="406" w:right="40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760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928" w:after="0"/>
                    <w:ind w:left="2650" w:right="265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080" w:after="0"/>
                    <w:ind w:left="1372" w:right="1372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46" w:after="0"/>
                    <w:ind w:left="436" w:right="43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540"/>
        </w:trPr>
        <w:tc>
          <w:tcPr>
            <w:tcW w:type="dxa" w:w="1304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20" w:after="0"/>
              <w:ind w:left="166" w:right="16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4302"/>
            <w:tcBorders>
              <w:start w:sz="6.0" w:val="single" w:color="#000000"/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30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Přední světlo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598624</w:t>
            </w:r>
          </w:p>
        </w:tc>
        <w:tc>
          <w:tcPr>
            <w:tcW w:type="dxa" w:w="1342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4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467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 (M6 × 22 mm)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304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8" w:after="0"/>
              <w:ind w:left="166" w:right="16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4302"/>
            <w:tcBorders>
              <w:start w:sz="6.0" w:val="single" w:color="#000000"/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předního světla</w:t>
            </w:r>
          </w:p>
        </w:tc>
        <w:tc>
          <w:tcPr>
            <w:tcW w:type="dxa" w:w="1342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67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Matice (M6)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1304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8" w:after="0"/>
              <w:ind w:left="166" w:right="16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4302"/>
            <w:tcBorders>
              <w:start w:sz="6.0" w:val="single" w:color="#000000"/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zadního světla</w:t>
            </w:r>
          </w:p>
        </w:tc>
        <w:tc>
          <w:tcPr>
            <w:tcW w:type="dxa" w:w="1342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467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Podložka (M6)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518"/>
        </w:trPr>
        <w:tc>
          <w:tcPr>
            <w:tcW w:type="dxa" w:w="1304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6" w:after="0"/>
              <w:ind w:left="166" w:right="16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4302"/>
            <w:tcBorders>
              <w:start w:sz="6.0" w:val="single" w:color="#000000"/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Zadní světlo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W504513</w:t>
            </w:r>
          </w:p>
        </w:tc>
        <w:tc>
          <w:tcPr>
            <w:tcW w:type="dxa" w:w="1342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6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467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Zástrčka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692"/>
        </w:trPr>
        <w:tc>
          <w:tcPr>
            <w:tcW w:type="dxa" w:w="1304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66" w:right="16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18"/>
            <w:gridSpan w:val="3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Konektor kabelu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5307542</w:t>
            </w:r>
          </w:p>
        </w:tc>
        <w:tc>
          <w:tcPr>
            <w:tcW w:type="dxa" w:w="2448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33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4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3399790</wp:posOffset>
            </wp:positionH>
            <wp:positionV relativeFrom="page">
              <wp:posOffset>257810</wp:posOffset>
            </wp:positionV>
            <wp:extent cx="4991100" cy="2368173"/>
            <wp:wrapNone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36817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-106680</wp:posOffset>
            </wp:positionH>
            <wp:positionV relativeFrom="page">
              <wp:posOffset>1005840</wp:posOffset>
            </wp:positionV>
            <wp:extent cx="2209800" cy="1069221"/>
            <wp:wrapNone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0692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2766060</wp:posOffset>
            </wp:positionH>
            <wp:positionV relativeFrom="page">
              <wp:posOffset>1469390</wp:posOffset>
            </wp:positionV>
            <wp:extent cx="2995929" cy="1441791"/>
            <wp:wrapNone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95929" cy="14417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1722120</wp:posOffset>
            </wp:positionH>
            <wp:positionV relativeFrom="page">
              <wp:posOffset>1809750</wp:posOffset>
            </wp:positionV>
            <wp:extent cx="1605280" cy="2511553"/>
            <wp:wrapNone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25115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168910</wp:posOffset>
            </wp:positionH>
            <wp:positionV relativeFrom="page">
              <wp:posOffset>2067560</wp:posOffset>
            </wp:positionV>
            <wp:extent cx="1819909" cy="875831"/>
            <wp:wrapNone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19909" cy="8758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168910</wp:posOffset>
            </wp:positionH>
            <wp:positionV relativeFrom="page">
              <wp:posOffset>2067560</wp:posOffset>
            </wp:positionV>
            <wp:extent cx="1819909" cy="875831"/>
            <wp:wrapNone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19909" cy="8758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168910</wp:posOffset>
            </wp:positionH>
            <wp:positionV relativeFrom="page">
              <wp:posOffset>2067560</wp:posOffset>
            </wp:positionV>
            <wp:extent cx="1819909" cy="875831"/>
            <wp:wrapNone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19909" cy="8758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168910</wp:posOffset>
            </wp:positionH>
            <wp:positionV relativeFrom="page">
              <wp:posOffset>2068830</wp:posOffset>
            </wp:positionV>
            <wp:extent cx="1819909" cy="875831"/>
            <wp:wrapNone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19909" cy="8758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2264410</wp:posOffset>
            </wp:positionH>
            <wp:positionV relativeFrom="page">
              <wp:posOffset>2780030</wp:posOffset>
            </wp:positionV>
            <wp:extent cx="7877809" cy="3658258"/>
            <wp:wrapNone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77809" cy="36582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-1013460</wp:posOffset>
            </wp:positionH>
            <wp:positionV relativeFrom="page">
              <wp:posOffset>3474720</wp:posOffset>
            </wp:positionV>
            <wp:extent cx="4391660" cy="2039377"/>
            <wp:wrapNone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20393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-1010919</wp:posOffset>
            </wp:positionH>
            <wp:positionV relativeFrom="page">
              <wp:posOffset>5143500</wp:posOffset>
            </wp:positionV>
            <wp:extent cx="5124450" cy="2379666"/>
            <wp:wrapNone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37966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4848860</wp:posOffset>
            </wp:positionH>
            <wp:positionV relativeFrom="page">
              <wp:posOffset>6144260</wp:posOffset>
            </wp:positionV>
            <wp:extent cx="3300730" cy="1566128"/>
            <wp:wrapNone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156612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7806690</wp:posOffset>
            </wp:positionV>
            <wp:extent cx="191770" cy="187690"/>
            <wp:wrapNone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7857490</wp:posOffset>
            </wp:positionV>
            <wp:extent cx="191770" cy="191770"/>
            <wp:wrapNone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8110220</wp:posOffset>
            </wp:positionV>
            <wp:extent cx="191770" cy="191770"/>
            <wp:wrapNone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8161020</wp:posOffset>
            </wp:positionV>
            <wp:extent cx="191770" cy="195939"/>
            <wp:wrapNone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8413750</wp:posOffset>
            </wp:positionV>
            <wp:extent cx="191770" cy="191770"/>
            <wp:wrapNone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8464550</wp:posOffset>
            </wp:positionV>
            <wp:extent cx="191770" cy="195939"/>
            <wp:wrapNone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8717280</wp:posOffset>
            </wp:positionV>
            <wp:extent cx="191770" cy="187690"/>
            <wp:wrapNone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8768080</wp:posOffset>
            </wp:positionV>
            <wp:extent cx="191770" cy="191770"/>
            <wp:wrapNone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9071610</wp:posOffset>
            </wp:positionV>
            <wp:extent cx="191770" cy="191770"/>
            <wp:wrapNone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11626"/>
            <w:gridSpan w:val="4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6" w:right="19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4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120"/>
        </w:trPr>
        <w:tc>
          <w:tcPr>
            <w:tcW w:type="dxa" w:w="11626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0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Vedení e-systému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6.0" w:type="dxa"/>
            </w:tblPr>
            <w:tblGrid>
              <w:gridCol w:w="11626"/>
            </w:tblGrid>
            <w:tr>
              <w:trPr>
                <w:trHeight w:hRule="exact" w:val="10108"/>
              </w:trPr>
              <w:tc>
                <w:tcPr>
                  <w:tcW w:type="dxa" w:w="10632"/>
                  <w:tcBorders>
                    <w:start w:sz="5.1519999504089355" w:val="single" w:color="#FFFFFF"/>
                    <w:top w:sz="5.1519999504089355" w:val="single" w:color="#FFFFFF"/>
                    <w:end w:sz="5.1519999504089355" w:val="single" w:color="#FFFFFF"/>
                    <w:bottom w:sz="5.1519999504089355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92" w:after="72"/>
                    <w:ind w:left="2792" w:right="279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367.5600000619888" w:type="dxa"/>
                  </w:tblPr>
                  <w:tblGrid>
                    <w:gridCol w:w="3544"/>
                    <w:gridCol w:w="3544"/>
                    <w:gridCol w:w="3544"/>
                  </w:tblGrid>
                  <w:tr>
                    <w:trPr>
                      <w:trHeight w:hRule="exact" w:val="506"/>
                    </w:trPr>
                    <w:tc>
                      <w:tcPr>
                        <w:tcW w:type="dxa" w:w="386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02" w:after="0"/>
                          <w:ind w:left="1368" w:right="136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287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4" w:after="0"/>
                          <w:ind w:left="382" w:right="38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50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4" w:after="0"/>
                          <w:ind w:left="382" w:right="38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158" w:after="88"/>
                    <w:ind w:left="2332" w:right="233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51.560000061989" w:type="dxa"/>
                  </w:tblPr>
                  <w:tblGrid>
                    <w:gridCol w:w="2126"/>
                    <w:gridCol w:w="2126"/>
                    <w:gridCol w:w="2126"/>
                    <w:gridCol w:w="2126"/>
                    <w:gridCol w:w="2126"/>
                  </w:tblGrid>
                  <w:tr>
                    <w:trPr>
                      <w:trHeight w:hRule="exact" w:val="2812"/>
                    </w:trPr>
                    <w:tc>
                      <w:tcPr>
                        <w:tcW w:type="dxa" w:w="376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58" w:after="0"/>
                          <w:ind w:left="104" w:right="10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588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86" w:after="0"/>
                          <w:ind w:left="102" w:right="10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1680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10" w:after="0"/>
                          <w:ind w:left="196" w:right="19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47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1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60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10" w:after="0"/>
                          <w:ind w:left="170" w:right="17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98" w:after="0"/>
                    <w:ind w:left="1726" w:right="172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936" w:after="256"/>
                    <w:ind w:left="3788" w:right="378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6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41.56000006198894" w:type="dxa"/>
                  </w:tblPr>
                  <w:tblGrid>
                    <w:gridCol w:w="2658"/>
                    <w:gridCol w:w="2658"/>
                    <w:gridCol w:w="2658"/>
                    <w:gridCol w:w="2658"/>
                  </w:tblGrid>
                  <w:tr>
                    <w:trPr>
                      <w:trHeight w:hRule="exact" w:val="942"/>
                    </w:trPr>
                    <w:tc>
                      <w:tcPr>
                        <w:tcW w:type="dxa" w:w="2004"/>
                        <w:tcBorders>
                          <w:bottom w:sz="6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58" w:after="0"/>
                          <w:ind w:left="782" w:right="78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9</w:t>
                        </w:r>
                      </w:p>
                    </w:tc>
                    <w:tc>
                      <w:tcPr>
                        <w:tcW w:type="dxa" w:w="1518"/>
                        <w:tcBorders>
                          <w:bottom w:sz="6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783.9999999999998" w:type="dxa"/>
                        </w:tblPr>
                        <w:tblGrid>
                          <w:gridCol w:w="1518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3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264"/>
                        <w:tcBorders>
                          <w:bottom w:sz="6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2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425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576" w:after="0"/>
                          <w:ind w:left="1900" w:right="190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452" w:after="68"/>
                    <w:ind w:left="2664" w:right="266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99.56000006198894" w:type="dxa"/>
                  </w:tblPr>
                  <w:tblGrid>
                    <w:gridCol w:w="2126"/>
                    <w:gridCol w:w="2126"/>
                    <w:gridCol w:w="2126"/>
                    <w:gridCol w:w="2126"/>
                    <w:gridCol w:w="2126"/>
                  </w:tblGrid>
                  <w:tr>
                    <w:trPr>
                      <w:trHeight w:hRule="exact" w:val="302"/>
                    </w:trPr>
                    <w:tc>
                      <w:tcPr>
                        <w:tcW w:type="dxa" w:w="588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14" w:after="0"/>
                          <w:ind w:left="44" w:right="4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1182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882" w:after="0"/>
                          <w:ind w:left="436" w:right="43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1228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020" w:after="0"/>
                          <w:ind w:left="486" w:right="48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4696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0" w:after="0"/>
                          <w:ind w:left="396" w:right="39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237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70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Nabíjecí kabel uložte </w:t>
                        </w:r>
                      </w:p>
                    </w:tc>
                  </w:tr>
                  <w:tr>
                    <w:trPr>
                      <w:trHeight w:hRule="exact" w:val="240"/>
                    </w:trPr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37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8" w:after="0"/>
                          <w:ind w:left="396" w:right="396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do dolní rámové </w:t>
                        </w:r>
                      </w:p>
                    </w:tc>
                  </w:tr>
                  <w:tr>
                    <w:trPr>
                      <w:trHeight w:hRule="exact" w:val="1072"/>
                    </w:trPr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126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2374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8" w:after="0"/>
                          <w:ind w:left="396" w:right="396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trubky. 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8.00000000000182" w:type="dxa"/>
            </w:tblPr>
            <w:tblGrid>
              <w:gridCol w:w="614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84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0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892"/>
            <w:tcBorders>
              <w:start w:sz="6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2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ovladače</w:t>
            </w:r>
          </w:p>
        </w:tc>
        <w:tc>
          <w:tcPr>
            <w:tcW w:type="dxa" w:w="175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34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67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44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Zadní řadicí lanko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06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892"/>
            <w:tcBorders>
              <w:start w:sz="6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6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baterie</w:t>
            </w:r>
          </w:p>
        </w:tc>
        <w:tc>
          <w:tcPr>
            <w:tcW w:type="dxa" w:w="175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3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467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4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zadní brzdy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06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3892"/>
            <w:tcBorders>
              <w:start w:sz="6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6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předního světla</w:t>
            </w:r>
          </w:p>
        </w:tc>
        <w:tc>
          <w:tcPr>
            <w:tcW w:type="dxa" w:w="175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3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467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4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Svorka snímače rychlosti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*1270.016.038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550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06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3892"/>
            <w:tcBorders>
              <w:start w:sz="6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6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zadního světla</w:t>
            </w:r>
          </w:p>
        </w:tc>
        <w:tc>
          <w:tcPr>
            <w:tcW w:type="dxa" w:w="6432"/>
            <w:gridSpan w:val="2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86" w:after="0"/>
              <w:ind w:left="1278" w:right="1278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*Číslo dílu Bosch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396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4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24"/>
            <w:gridSpan w:val="3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4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 (M4 × 6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W575056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704"/>
        </w:trPr>
        <w:tc>
          <w:tcPr>
            <w:tcW w:type="dxa" w:w="1302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0324"/>
            <w:gridSpan w:val="3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6" w:after="0"/>
              <w:ind w:left="118" w:right="11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Kabel snímače rychlosti, tenký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*EB11.200.011</w:t>
            </w:r>
          </w:p>
        </w:tc>
        <w:tc>
          <w:tcPr>
            <w:tcW w:type="dxa" w:w="2448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34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5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68580</wp:posOffset>
            </wp:positionH>
            <wp:positionV relativeFrom="page">
              <wp:posOffset>610870</wp:posOffset>
            </wp:positionV>
            <wp:extent cx="4237990" cy="3707731"/>
            <wp:wrapNone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237990" cy="37077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2132330</wp:posOffset>
            </wp:positionH>
            <wp:positionV relativeFrom="page">
              <wp:posOffset>3990340</wp:posOffset>
            </wp:positionV>
            <wp:extent cx="5473700" cy="2597157"/>
            <wp:wrapNone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259715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-293370</wp:posOffset>
            </wp:positionH>
            <wp:positionV relativeFrom="page">
              <wp:posOffset>4058920</wp:posOffset>
            </wp:positionV>
            <wp:extent cx="4083050" cy="1964968"/>
            <wp:wrapNone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196496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-382270</wp:posOffset>
            </wp:positionH>
            <wp:positionV relativeFrom="page">
              <wp:posOffset>5866130</wp:posOffset>
            </wp:positionV>
            <wp:extent cx="3728720" cy="1794446"/>
            <wp:wrapNone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17944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5284470</wp:posOffset>
            </wp:positionH>
            <wp:positionV relativeFrom="page">
              <wp:posOffset>1381760</wp:posOffset>
            </wp:positionV>
            <wp:extent cx="200659" cy="66538"/>
            <wp:wrapNone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0659" cy="6653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5824220</wp:posOffset>
            </wp:positionH>
            <wp:positionV relativeFrom="page">
              <wp:posOffset>1381760</wp:posOffset>
            </wp:positionV>
            <wp:extent cx="200659" cy="66538"/>
            <wp:wrapNone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0659" cy="6653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5722620</wp:posOffset>
            </wp:positionH>
            <wp:positionV relativeFrom="page">
              <wp:posOffset>2687320</wp:posOffset>
            </wp:positionV>
            <wp:extent cx="219709" cy="79381"/>
            <wp:wrapNone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9709" cy="7938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5438140</wp:posOffset>
            </wp:positionH>
            <wp:positionV relativeFrom="page">
              <wp:posOffset>2754630</wp:posOffset>
            </wp:positionV>
            <wp:extent cx="215900" cy="65059"/>
            <wp:wrapNone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6505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5074920</wp:posOffset>
            </wp:positionH>
            <wp:positionV relativeFrom="page">
              <wp:posOffset>2801620</wp:posOffset>
            </wp:positionV>
            <wp:extent cx="322579" cy="115350"/>
            <wp:wrapNone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22579" cy="11535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7538720</wp:posOffset>
            </wp:positionV>
            <wp:extent cx="191770" cy="195939"/>
            <wp:wrapNone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7553959</wp:posOffset>
            </wp:positionV>
            <wp:extent cx="191770" cy="187690"/>
            <wp:wrapNone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7842250</wp:posOffset>
            </wp:positionV>
            <wp:extent cx="191770" cy="195939"/>
            <wp:wrapNone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7857490</wp:posOffset>
            </wp:positionV>
            <wp:extent cx="191770" cy="187690"/>
            <wp:wrapNone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8147050</wp:posOffset>
            </wp:positionV>
            <wp:extent cx="191770" cy="191770"/>
            <wp:wrapNone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8162290</wp:posOffset>
            </wp:positionV>
            <wp:extent cx="191770" cy="191770"/>
            <wp:wrapNone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8450580</wp:posOffset>
            </wp:positionV>
            <wp:extent cx="191770" cy="191770"/>
            <wp:wrapNone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8754110</wp:posOffset>
            </wp:positionV>
            <wp:extent cx="191770" cy="195939"/>
            <wp:wrapNone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9057640</wp:posOffset>
            </wp:positionV>
            <wp:extent cx="191770" cy="195939"/>
            <wp:wrapNone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4214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86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Vedení hlavového složení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76.0" w:type="dxa"/>
            </w:tblPr>
            <w:tblGrid>
              <w:gridCol w:w="11622"/>
            </w:tblGrid>
            <w:tr>
              <w:trPr>
                <w:trHeight w:hRule="exact" w:val="12986"/>
              </w:trPr>
              <w:tc>
                <w:tcPr>
                  <w:tcW w:type="dxa" w:w="10634"/>
                  <w:tcBorders>
                    <w:start w:sz="4.159999847412109" w:val="single" w:color="#FFFFFF"/>
                    <w:top w:sz="4.159999847412109" w:val="single" w:color="#FFFFFF"/>
                    <w:bottom w:sz="4.159999847412109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42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764.8000001907349" w:type="dxa"/>
                  </w:tblPr>
                  <w:tblGrid>
                    <w:gridCol w:w="5317"/>
                    <w:gridCol w:w="5317"/>
                  </w:tblGrid>
                  <w:tr>
                    <w:trPr>
                      <w:trHeight w:hRule="exact" w:val="786"/>
                    </w:trPr>
                    <w:tc>
                      <w:tcPr>
                        <w:tcW w:type="dxa" w:w="253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44" w:after="0"/>
                          <w:ind w:left="660" w:right="66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35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518" w:after="0"/>
                          <w:ind w:left="660" w:right="66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4" w:after="64"/>
                    <w:ind w:left="4242" w:right="424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68.8000001907349" w:type="dxa"/>
                  </w:tblPr>
                  <w:tblGrid>
                    <w:gridCol w:w="5317"/>
                    <w:gridCol w:w="5317"/>
                  </w:tblGrid>
                  <w:tr>
                    <w:trPr>
                      <w:trHeight w:hRule="exact" w:val="472"/>
                    </w:trPr>
                    <w:tc>
                      <w:tcPr>
                        <w:tcW w:type="dxa" w:w="6120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8" w:after="0"/>
                          <w:ind w:left="1758" w:right="175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387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6" w:after="0"/>
                          <w:ind w:left="294" w:right="29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138" w:after="0"/>
                    <w:ind w:left="306" w:right="30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396" w:after="0"/>
                    <w:ind w:left="1968" w:right="196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7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722" w:after="452"/>
                    <w:ind w:left="1652" w:right="1652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68.8000001907349" w:type="dxa"/>
                  </w:tblPr>
                  <w:tblGrid>
                    <w:gridCol w:w="1329"/>
                    <w:gridCol w:w="1329"/>
                    <w:gridCol w:w="1329"/>
                    <w:gridCol w:w="1329"/>
                    <w:gridCol w:w="1329"/>
                    <w:gridCol w:w="1329"/>
                    <w:gridCol w:w="1329"/>
                    <w:gridCol w:w="1329"/>
                  </w:tblGrid>
                  <w:tr>
                    <w:trPr>
                      <w:trHeight w:hRule="exact" w:val="508"/>
                    </w:trPr>
                    <w:tc>
                      <w:tcPr>
                        <w:tcW w:type="dxa" w:w="1856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266" w:after="0"/>
                          <w:ind w:left="68" w:right="6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Vedení u standard-</w:t>
                        </w:r>
                      </w:p>
                    </w:tc>
                    <w:tc>
                      <w:tcPr>
                        <w:tcW w:type="dxa" w:w="2130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066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068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692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268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288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628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286"/>
                    </w:trPr>
                    <w:tc>
                      <w:tcPr>
                        <w:tcW w:type="dxa" w:w="185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6" w:after="0"/>
                          <w:ind w:left="188" w:right="18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ního představce</w:t>
                        </w:r>
                      </w:p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</w:tr>
                  <w:tr>
                    <w:trPr>
                      <w:trHeight w:hRule="exact" w:val="996"/>
                    </w:trPr>
                    <w:tc>
                      <w:tcPr>
                        <w:tcW w:type="dxa" w:w="1856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4" w:after="0"/>
                          <w:ind w:left="484" w:right="48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2130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74" w:after="0"/>
                          <w:ind w:left="332" w:right="33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066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166" w:after="0"/>
                          <w:ind w:left="334" w:right="33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06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56" w:lineRule="exact" w:before="0" w:after="0"/>
                          <w:ind w:left="336" w:right="33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692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28" w:after="0"/>
                          <w:ind w:left="92" w:right="9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26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200" w:after="0"/>
                          <w:ind w:left="90" w:right="9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28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198" w:after="0"/>
                          <w:ind w:left="110" w:right="11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62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698" w:after="0"/>
                          <w:ind w:left="110" w:right="11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hRule="exact" w:val="1616"/>
                    </w:trPr>
                    <w:tc>
                      <w:tcPr>
                        <w:tcW w:type="dxa" w:w="185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600" w:after="0"/>
                          <w:ind w:left="86" w:right="8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329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152" w:after="0"/>
                    <w:ind w:left="2184" w:right="218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06" w:after="176"/>
                    <w:ind w:left="960" w:right="96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530.8000001907349" w:type="dxa"/>
                  </w:tblPr>
                  <w:tblGrid>
                    <w:gridCol w:w="3545"/>
                    <w:gridCol w:w="3545"/>
                    <w:gridCol w:w="3545"/>
                  </w:tblGrid>
                  <w:tr>
                    <w:trPr>
                      <w:trHeight w:hRule="exact" w:val="416"/>
                    </w:trPr>
                    <w:tc>
                      <w:tcPr>
                        <w:tcW w:type="dxa" w:w="329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68" w:after="0"/>
                          <w:ind w:left="530" w:right="53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4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184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Hadička přední brzdy</w:t>
                        </w:r>
                      </w:p>
                    </w:tc>
                  </w:tr>
                  <w:tr>
                    <w:trPr>
                      <w:trHeight w:hRule="exact" w:val="476"/>
                    </w:trPr>
                    <w:tc>
                      <w:tcPr>
                        <w:tcW w:type="dxa" w:w="3545"/>
                        <w:vMerge/>
                        <w:tcBorders/>
                      </w:tcPr>
                      <w:p/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6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246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Hadička zadní brzdy</w:t>
                        </w:r>
                      </w:p>
                    </w:tc>
                  </w:tr>
                  <w:tr>
                    <w:trPr>
                      <w:trHeight w:hRule="exact" w:val="478"/>
                    </w:trPr>
                    <w:tc>
                      <w:tcPr>
                        <w:tcW w:type="dxa" w:w="329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12" w:after="0"/>
                          <w:ind w:left="560" w:right="56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50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Lanko přehazovačky</w:t>
                        </w:r>
                      </w:p>
                    </w:tc>
                  </w:tr>
                  <w:tr>
                    <w:trPr>
                      <w:trHeight w:hRule="exact" w:val="480"/>
                    </w:trPr>
                    <w:tc>
                      <w:tcPr>
                        <w:tcW w:type="dxa" w:w="3545"/>
                        <w:vMerge/>
                        <w:tcBorders/>
                      </w:tcPr>
                      <w:p/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40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50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Kabel ovladače</w:t>
                        </w:r>
                      </w:p>
                    </w:tc>
                  </w:tr>
                  <w:tr>
                    <w:trPr>
                      <w:trHeight w:hRule="exact" w:val="478"/>
                    </w:trPr>
                    <w:tc>
                      <w:tcPr>
                        <w:tcW w:type="dxa" w:w="3545"/>
                        <w:vMerge/>
                        <w:tcBorders/>
                      </w:tcPr>
                      <w:p/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38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Kabel předního světla</w:t>
                        </w:r>
                      </w:p>
                    </w:tc>
                  </w:tr>
                  <w:tr>
                    <w:trPr>
                      <w:trHeight w:hRule="exact" w:val="478"/>
                    </w:trPr>
                    <w:tc>
                      <w:tcPr>
                        <w:tcW w:type="dxa" w:w="3545"/>
                        <w:vMerge/>
                        <w:tcBorders/>
                      </w:tcPr>
                      <w:p/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Dělený kroužek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W5316322</w:t>
                        </w:r>
                      </w:p>
                    </w:tc>
                  </w:tr>
                  <w:tr>
                    <w:trPr>
                      <w:trHeight w:hRule="exact" w:val="958"/>
                    </w:trPr>
                    <w:tc>
                      <w:tcPr>
                        <w:tcW w:type="dxa" w:w="3545"/>
                        <w:vMerge/>
                        <w:tcBorders/>
                      </w:tcPr>
                      <w:p/>
                    </w:tc>
                    <w:tc>
                      <w:tcPr>
                        <w:tcW w:type="dxa" w:w="28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150" w:right="1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32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Ložisko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W540243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2" w:lineRule="exact" w:before="33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6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-16316960</wp:posOffset>
            </wp:positionH>
            <wp:positionV relativeFrom="page">
              <wp:posOffset>-7214870</wp:posOffset>
            </wp:positionV>
            <wp:extent cx="24384000" cy="11569700"/>
            <wp:wrapNone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0" cy="115697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-16375380</wp:posOffset>
            </wp:positionH>
            <wp:positionV relativeFrom="page">
              <wp:posOffset>-7002780</wp:posOffset>
            </wp:positionV>
            <wp:extent cx="24296370" cy="11528121"/>
            <wp:wrapNone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296370" cy="115281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-241300</wp:posOffset>
            </wp:positionH>
            <wp:positionV relativeFrom="page">
              <wp:posOffset>400050</wp:posOffset>
            </wp:positionV>
            <wp:extent cx="7222490" cy="3475823"/>
            <wp:wrapNone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222490" cy="347582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-240029</wp:posOffset>
            </wp:positionH>
            <wp:positionV relativeFrom="page">
              <wp:posOffset>405130</wp:posOffset>
            </wp:positionV>
            <wp:extent cx="7221220" cy="3475212"/>
            <wp:wrapNone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221220" cy="347521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4409440</wp:posOffset>
            </wp:positionH>
            <wp:positionV relativeFrom="page">
              <wp:posOffset>1948180</wp:posOffset>
            </wp:positionV>
            <wp:extent cx="3890010" cy="1845729"/>
            <wp:wrapNone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18457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4410710</wp:posOffset>
            </wp:positionH>
            <wp:positionV relativeFrom="page">
              <wp:posOffset>1948180</wp:posOffset>
            </wp:positionV>
            <wp:extent cx="3890010" cy="1845729"/>
            <wp:wrapNone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18457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-1327150</wp:posOffset>
            </wp:positionH>
            <wp:positionV relativeFrom="page">
              <wp:posOffset>1998980</wp:posOffset>
            </wp:positionV>
            <wp:extent cx="5219700" cy="2476639"/>
            <wp:wrapNone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4766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-4053840</wp:posOffset>
            </wp:positionH>
            <wp:positionV relativeFrom="page">
              <wp:posOffset>3315970</wp:posOffset>
            </wp:positionV>
            <wp:extent cx="11856719" cy="5706046"/>
            <wp:wrapNone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19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-4052570</wp:posOffset>
            </wp:positionH>
            <wp:positionV relativeFrom="page">
              <wp:posOffset>3317240</wp:posOffset>
            </wp:positionV>
            <wp:extent cx="11856720" cy="5706046"/>
            <wp:wrapNone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-4052570</wp:posOffset>
            </wp:positionH>
            <wp:positionV relativeFrom="page">
              <wp:posOffset>3318510</wp:posOffset>
            </wp:positionV>
            <wp:extent cx="11856720" cy="5706046"/>
            <wp:wrapNone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-4051300</wp:posOffset>
            </wp:positionH>
            <wp:positionV relativeFrom="page">
              <wp:posOffset>3318510</wp:posOffset>
            </wp:positionV>
            <wp:extent cx="11856720" cy="5706046"/>
            <wp:wrapNone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-4051300</wp:posOffset>
            </wp:positionH>
            <wp:positionV relativeFrom="page">
              <wp:posOffset>3318510</wp:posOffset>
            </wp:positionV>
            <wp:extent cx="11856720" cy="5706046"/>
            <wp:wrapNone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-4051300</wp:posOffset>
            </wp:positionH>
            <wp:positionV relativeFrom="page">
              <wp:posOffset>3318510</wp:posOffset>
            </wp:positionV>
            <wp:extent cx="11856720" cy="5706046"/>
            <wp:wrapNone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-4051300</wp:posOffset>
            </wp:positionH>
            <wp:positionV relativeFrom="page">
              <wp:posOffset>3321050</wp:posOffset>
            </wp:positionV>
            <wp:extent cx="11856720" cy="5706046"/>
            <wp:wrapNone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-4055110</wp:posOffset>
            </wp:positionH>
            <wp:positionV relativeFrom="page">
              <wp:posOffset>3329940</wp:posOffset>
            </wp:positionV>
            <wp:extent cx="11856719" cy="5706046"/>
            <wp:wrapNone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19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-4055110</wp:posOffset>
            </wp:positionH>
            <wp:positionV relativeFrom="page">
              <wp:posOffset>3332479</wp:posOffset>
            </wp:positionV>
            <wp:extent cx="11856719" cy="5706046"/>
            <wp:wrapNone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1856719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4227830</wp:posOffset>
            </wp:positionH>
            <wp:positionV relativeFrom="page">
              <wp:posOffset>3616960</wp:posOffset>
            </wp:positionV>
            <wp:extent cx="3098800" cy="3173922"/>
            <wp:wrapNone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317392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800.0" w:type="dxa"/>
      </w:tblPr>
      <w:tblGrid>
        <w:gridCol w:w="12240"/>
      </w:tblGrid>
      <w:tr>
        <w:trPr>
          <w:trHeight w:hRule="exact" w:val="12960"/>
        </w:trPr>
        <w:tc>
          <w:tcPr>
            <w:tcW w:type="dxa" w:w="10644"/>
            <w:tcBorders>
              <w:start w:sz="4.0960001945495605" w:val="single" w:color="#FFFFFF"/>
              <w:end w:sz="4.0960001945495605" w:val="single" w:color="#FFFFFF"/>
              <w:bottom w:sz="4.0960001945495605" w:val="single" w:color="#FFFFF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3248" w:after="0"/>
              <w:ind w:left="8" w:right="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  <w:p>
            <w:pPr>
              <w:autoSpaceDN w:val="0"/>
              <w:autoSpaceDE w:val="0"/>
              <w:widowControl/>
              <w:spacing w:line="474" w:lineRule="exact" w:before="308" w:after="0"/>
              <w:ind w:left="4" w:right="4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Schéma zapojení</w:t>
            </w:r>
          </w:p>
          <w:p>
            <w:pPr>
              <w:autoSpaceDN w:val="0"/>
              <w:autoSpaceDE w:val="0"/>
              <w:widowControl/>
              <w:spacing w:line="244" w:lineRule="exact" w:before="460" w:after="0"/>
              <w:ind w:left="2870" w:right="287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  <w:p>
            <w:pPr>
              <w:autoSpaceDN w:val="0"/>
              <w:autoSpaceDE w:val="0"/>
              <w:widowControl/>
              <w:spacing w:line="244" w:lineRule="exact" w:before="620" w:after="0"/>
              <w:ind w:left="1086" w:right="1086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  <w:p>
            <w:pPr>
              <w:autoSpaceDN w:val="0"/>
              <w:autoSpaceDE w:val="0"/>
              <w:widowControl/>
              <w:spacing w:line="244" w:lineRule="exact" w:before="224" w:after="16"/>
              <w:ind w:left="2612" w:right="261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394.879999756813" w:type="dxa"/>
            </w:tblPr>
            <w:tblGrid>
              <w:gridCol w:w="5322"/>
              <w:gridCol w:w="5322"/>
            </w:tblGrid>
            <w:tr>
              <w:trPr>
                <w:trHeight w:hRule="exact" w:val="2464"/>
              </w:trPr>
              <w:tc>
                <w:tcPr>
                  <w:tcW w:type="dxa" w:w="504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16" w:after="0"/>
                    <w:ind w:left="2232" w:right="2232" w:firstLine="0"/>
                    <w:jc w:val="right"/>
                  </w:pPr>
                  <w:r>
                    <w:drawing>
                      <wp:inline xmlns:a="http://schemas.openxmlformats.org/drawingml/2006/main" xmlns:pic="http://schemas.openxmlformats.org/drawingml/2006/picture">
                        <wp:extent cx="262889" cy="104144"/>
                        <wp:docPr id="88" name="Picture 88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.png"/>
                                <pic:cNvPicPr/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889" cy="104144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type="dxa" w:w="277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944" w:after="0"/>
                    <w:ind w:left="428" w:right="428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4" w:lineRule="exact" w:before="1278" w:after="0"/>
              <w:ind w:left="940" w:right="94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  <w:p>
            <w:pPr>
              <w:autoSpaceDN w:val="0"/>
              <w:autoSpaceDE w:val="0"/>
              <w:widowControl/>
              <w:spacing w:line="244" w:lineRule="exact" w:before="1824" w:after="0"/>
              <w:ind w:left="4626" w:right="462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0.0" w:type="dxa"/>
      </w:tblPr>
      <w:tblGrid>
        <w:gridCol w:w="4080"/>
        <w:gridCol w:w="4080"/>
        <w:gridCol w:w="4080"/>
      </w:tblGrid>
      <w:tr>
        <w:trPr>
          <w:trHeight w:hRule="exact" w:val="11732"/>
        </w:trPr>
        <w:tc>
          <w:tcPr>
            <w:tcW w:type="dxa" w:w="1123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57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8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4.0000000000009" w:type="dxa"/>
            </w:tblPr>
            <w:tblGrid>
              <w:gridCol w:w="57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98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7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8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Ovladač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620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8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6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Baterie, Bosch Compact PowerTube 400 –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*EB12.100.046 (US) / *EB12.100.020 (EU)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38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Kabel snímače rychlosti, tenký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*EB11.200.011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Přední světlo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598624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Zadní světlo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W504513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558"/>
        </w:trPr>
        <w:tc>
          <w:tcPr>
            <w:tcW w:type="dxa" w:w="8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Dobíjecí port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*EB12.120.02C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28" w:lineRule="exact" w:before="194" w:after="0"/>
        <w:ind w:left="810" w:right="810" w:firstLine="0"/>
        <w:jc w:val="left"/>
      </w:pPr>
      <w:r>
        <w:rPr>
          <w:rFonts w:ascii="FranklinGothic" w:hAnsi="FranklinGothic" w:eastAsia="FranklinGothic"/>
          <w:b w:val="0"/>
          <w:i/>
          <w:color w:val="000000"/>
          <w:sz w:val="20"/>
        </w:rPr>
        <w:t>*Číslo dílu Bosch</w:t>
      </w:r>
    </w:p>
    <w:p>
      <w:pPr>
        <w:autoSpaceDN w:val="0"/>
        <w:autoSpaceDE w:val="0"/>
        <w:widowControl/>
        <w:spacing w:line="202" w:lineRule="exact" w:before="140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7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4879340</wp:posOffset>
            </wp:positionH>
            <wp:positionV relativeFrom="page">
              <wp:posOffset>996950</wp:posOffset>
            </wp:positionV>
            <wp:extent cx="1625600" cy="649368"/>
            <wp:wrapNone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64936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1722120</wp:posOffset>
            </wp:positionH>
            <wp:positionV relativeFrom="page">
              <wp:posOffset>1474470</wp:posOffset>
            </wp:positionV>
            <wp:extent cx="1521460" cy="706528"/>
            <wp:wrapNone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21460" cy="70652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271780</wp:posOffset>
            </wp:positionH>
            <wp:positionV relativeFrom="page">
              <wp:posOffset>1515110</wp:posOffset>
            </wp:positionV>
            <wp:extent cx="1891030" cy="910058"/>
            <wp:wrapNone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9100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2622550</wp:posOffset>
            </wp:positionH>
            <wp:positionV relativeFrom="page">
              <wp:posOffset>1642110</wp:posOffset>
            </wp:positionV>
            <wp:extent cx="706120" cy="327904"/>
            <wp:wrapNone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06120" cy="32790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4561840</wp:posOffset>
            </wp:positionH>
            <wp:positionV relativeFrom="page">
              <wp:posOffset>1678939</wp:posOffset>
            </wp:positionV>
            <wp:extent cx="2094230" cy="1007848"/>
            <wp:wrapNone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100784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6322060</wp:posOffset>
            </wp:positionH>
            <wp:positionV relativeFrom="page">
              <wp:posOffset>2476500</wp:posOffset>
            </wp:positionV>
            <wp:extent cx="906780" cy="1389494"/>
            <wp:wrapNone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138949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5801360</wp:posOffset>
            </wp:positionH>
            <wp:positionV relativeFrom="page">
              <wp:posOffset>2531110</wp:posOffset>
            </wp:positionV>
            <wp:extent cx="444500" cy="213916"/>
            <wp:wrapNone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4500" cy="21391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6097270</wp:posOffset>
            </wp:positionH>
            <wp:positionV relativeFrom="page">
              <wp:posOffset>3281679</wp:posOffset>
            </wp:positionV>
            <wp:extent cx="905509" cy="435776"/>
            <wp:wrapNone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5509" cy="43577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2860040</wp:posOffset>
            </wp:positionH>
            <wp:positionV relativeFrom="page">
              <wp:posOffset>3536950</wp:posOffset>
            </wp:positionV>
            <wp:extent cx="701039" cy="325545"/>
            <wp:wrapNone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01039" cy="3255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3247390</wp:posOffset>
            </wp:positionH>
            <wp:positionV relativeFrom="page">
              <wp:posOffset>3388360</wp:posOffset>
            </wp:positionV>
            <wp:extent cx="709930" cy="329674"/>
            <wp:wrapNone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32967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66040</wp:posOffset>
            </wp:positionH>
            <wp:positionV relativeFrom="page">
              <wp:posOffset>3506470</wp:posOffset>
            </wp:positionV>
            <wp:extent cx="2745740" cy="1321387"/>
            <wp:wrapNone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745740" cy="13213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2631440</wp:posOffset>
            </wp:positionH>
            <wp:positionV relativeFrom="page">
              <wp:posOffset>3890010</wp:posOffset>
            </wp:positionV>
            <wp:extent cx="328930" cy="117622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8930" cy="11762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6295390</wp:posOffset>
            </wp:positionH>
            <wp:positionV relativeFrom="page">
              <wp:posOffset>4366260</wp:posOffset>
            </wp:positionV>
            <wp:extent cx="681989" cy="61599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989" cy="6159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4624070</wp:posOffset>
            </wp:positionH>
            <wp:positionV relativeFrom="page">
              <wp:posOffset>4578350</wp:posOffset>
            </wp:positionV>
            <wp:extent cx="688339" cy="319647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8339" cy="31964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4283710</wp:posOffset>
            </wp:positionH>
            <wp:positionV relativeFrom="page">
              <wp:posOffset>4627880</wp:posOffset>
            </wp:positionV>
            <wp:extent cx="755650" cy="270212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27021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2674620</wp:posOffset>
            </wp:positionH>
            <wp:positionV relativeFrom="page">
              <wp:posOffset>5120640</wp:posOffset>
            </wp:positionV>
            <wp:extent cx="3745229" cy="9944229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45229" cy="99442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6652259</wp:posOffset>
            </wp:positionV>
            <wp:extent cx="191770" cy="19177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6976109</wp:posOffset>
            </wp:positionV>
            <wp:extent cx="191770" cy="195939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7298690</wp:posOffset>
            </wp:positionV>
            <wp:extent cx="191770" cy="19177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7602220</wp:posOffset>
            </wp:positionV>
            <wp:extent cx="191770" cy="195939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7907020</wp:posOffset>
            </wp:positionV>
            <wp:extent cx="191770" cy="195939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8210550</wp:posOffset>
            </wp:positionV>
            <wp:extent cx="191770" cy="19177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0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24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324"/>
        </w:trPr>
        <w:tc>
          <w:tcPr>
            <w:tcW w:type="dxa" w:w="11624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Dobíjecí port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3875"/>
              <w:gridCol w:w="3875"/>
              <w:gridCol w:w="3875"/>
            </w:tblGrid>
            <w:tr>
              <w:trPr>
                <w:trHeight w:hRule="exact" w:val="9016"/>
              </w:trPr>
              <w:tc>
                <w:tcPr>
                  <w:tcW w:type="dxa" w:w="10632"/>
                  <w:gridSpan w:val="3"/>
                  <w:tcBorders>
                    <w:start w:sz="5.039999961853027" w:val="single" w:color="#FFFFFF"/>
                    <w:top w:sz="5.039999961853027" w:val="single" w:color="#FFFFFF"/>
                    <w:end w:sz="5.039999961853027" w:val="single" w:color="#FFFFFF"/>
                    <w:bottom w:sz="5.039999961853027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64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49.7000000476837" w:type="dxa"/>
                  </w:tblPr>
                  <w:tblGrid>
                    <w:gridCol w:w="2658"/>
                    <w:gridCol w:w="2658"/>
                    <w:gridCol w:w="2658"/>
                    <w:gridCol w:w="2658"/>
                  </w:tblGrid>
                  <w:tr>
                    <w:trPr>
                      <w:trHeight w:hRule="exact" w:val="1158"/>
                    </w:trPr>
                    <w:tc>
                      <w:tcPr>
                        <w:tcW w:type="dxa" w:w="165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642" w:after="0"/>
                          <w:ind w:left="694" w:right="69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28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98" w:after="0"/>
                          <w:ind w:left="484" w:right="48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06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5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317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64" w:after="0"/>
                          <w:ind w:left="464" w:right="46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54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973.7000000476837" w:type="dxa"/>
                  </w:tblPr>
                  <w:tblGrid>
                    <w:gridCol w:w="10632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792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0,5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7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201.7000000476837" w:type="dxa"/>
                  </w:tblPr>
                  <w:tblGrid>
                    <w:gridCol w:w="10632"/>
                  </w:tblGrid>
                  <w:tr>
                    <w:trPr>
                      <w:trHeight w:hRule="exact" w:val="272"/>
                    </w:trPr>
                    <w:tc>
                      <w:tcPr>
                        <w:tcW w:type="dxa" w:w="794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0,5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76" w:after="0"/>
                    <w:ind w:left="1964" w:right="196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</w:tc>
            </w:tr>
            <w:tr>
              <w:trPr>
                <w:trHeight w:hRule="exact" w:val="396"/>
              </w:trPr>
              <w:tc>
                <w:tcPr>
                  <w:tcW w:type="dxa" w:w="196"/>
                  <w:tcBorders>
                    <w:top w:sz="5.039999961853027" w:val="single" w:color="#FFFFFF"/>
                    <w:end w:sz="6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4414"/>
                  <w:tcBorders>
                    <w:start w:sz="6.0" w:val="single" w:color="#000000"/>
                    <w:top w:sz="5.039999961853027" w:val="single" w:color="#FFFFFF"/>
                    <w:end w:sz="6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6022"/>
                  <w:tcBorders>
                    <w:start w:sz="6.0" w:val="single" w:color="#000000"/>
                    <w:top w:sz="5.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tcBorders>
              <w:bottom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106"/>
        </w:trPr>
        <w:tc>
          <w:tcPr>
            <w:tcW w:type="dxa" w:w="8160"/>
            <w:gridSpan w:val="2"/>
            <w:vMerge/>
            <w:tcBorders/>
          </w:tcPr>
          <w:p/>
        </w:tc>
        <w:tc>
          <w:tcPr>
            <w:tcW w:type="dxa" w:w="616"/>
            <w:vMerge w:val="restart"/>
            <w:tcBorders>
              <w:top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60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5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Kryt dobíjecího portu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W5251862</w:t>
            </w:r>
          </w:p>
        </w:tc>
        <w:tc>
          <w:tcPr>
            <w:tcW w:type="dxa" w:w="4080"/>
            <w:vMerge/>
            <w:tcBorders>
              <w:top w:sz="6.0" w:val="single" w:color="#000000"/>
            </w:tcBorders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Šrouby (M3 × 10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5284849</w:t>
            </w:r>
          </w:p>
        </w:tc>
        <w:tc>
          <w:tcPr>
            <w:tcW w:type="dxa" w:w="4080"/>
            <w:vMerge/>
            <w:tcBorders>
              <w:top w:sz="6.0" w:val="single" w:color="#000000"/>
            </w:tcBorders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Dobíjecí port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*EB12.120.02C</w:t>
            </w:r>
          </w:p>
        </w:tc>
        <w:tc>
          <w:tcPr>
            <w:tcW w:type="dxa" w:w="4080"/>
            <w:vMerge/>
            <w:tcBorders>
              <w:top w:sz="6.0" w:val="single" w:color="#000000"/>
            </w:tcBorders>
          </w:tcPr>
          <w:p/>
        </w:tc>
      </w:tr>
      <w:tr>
        <w:trPr>
          <w:trHeight w:hRule="exact" w:val="55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O-kroužek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*EB12.120.019</w:t>
            </w:r>
          </w:p>
        </w:tc>
        <w:tc>
          <w:tcPr>
            <w:tcW w:type="dxa" w:w="4080"/>
            <w:vMerge/>
            <w:tcBorders>
              <w:top w:sz="6.0" w:val="single" w:color="#000000"/>
            </w:tcBorders>
          </w:tcPr>
          <w:p/>
        </w:tc>
      </w:tr>
    </w:tbl>
    <w:p>
      <w:pPr>
        <w:autoSpaceDN w:val="0"/>
        <w:autoSpaceDE w:val="0"/>
        <w:widowControl/>
        <w:spacing w:line="228" w:lineRule="exact" w:before="194" w:after="0"/>
        <w:ind w:left="810" w:right="810" w:firstLine="0"/>
        <w:jc w:val="left"/>
      </w:pPr>
      <w:r>
        <w:rPr>
          <w:rFonts w:ascii="FranklinGothic" w:hAnsi="FranklinGothic" w:eastAsia="FranklinGothic"/>
          <w:b w:val="0"/>
          <w:i/>
          <w:color w:val="000000"/>
          <w:sz w:val="20"/>
        </w:rPr>
        <w:t>*Číslo dílu Bosch</w:t>
      </w:r>
    </w:p>
    <w:p>
      <w:pPr>
        <w:autoSpaceDN w:val="0"/>
        <w:autoSpaceDE w:val="0"/>
        <w:widowControl/>
        <w:spacing w:line="202" w:lineRule="exact" w:before="1580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8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-1497330</wp:posOffset>
            </wp:positionH>
            <wp:positionV relativeFrom="page">
              <wp:posOffset>775970</wp:posOffset>
            </wp:positionV>
            <wp:extent cx="12167870" cy="5855787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167870" cy="58557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-1492250</wp:posOffset>
            </wp:positionH>
            <wp:positionV relativeFrom="page">
              <wp:posOffset>775970</wp:posOffset>
            </wp:positionV>
            <wp:extent cx="12167870" cy="5855787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167870" cy="58557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-1490980</wp:posOffset>
            </wp:positionH>
            <wp:positionV relativeFrom="page">
              <wp:posOffset>775970</wp:posOffset>
            </wp:positionV>
            <wp:extent cx="12166600" cy="5855176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166600" cy="585517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577850</wp:posOffset>
            </wp:positionH>
            <wp:positionV relativeFrom="page">
              <wp:posOffset>1522730</wp:posOffset>
            </wp:positionV>
            <wp:extent cx="3133090" cy="1486586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148658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-1437640</wp:posOffset>
            </wp:positionH>
            <wp:positionV relativeFrom="page">
              <wp:posOffset>3907790</wp:posOffset>
            </wp:positionV>
            <wp:extent cx="8188960" cy="3885491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188960" cy="38854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-1438910</wp:posOffset>
            </wp:positionH>
            <wp:positionV relativeFrom="page">
              <wp:posOffset>3910329</wp:posOffset>
            </wp:positionV>
            <wp:extent cx="8190230" cy="3886094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190230" cy="388609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919480</wp:posOffset>
            </wp:positionH>
            <wp:positionV relativeFrom="page">
              <wp:posOffset>5461000</wp:posOffset>
            </wp:positionV>
            <wp:extent cx="1870709" cy="887612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70709" cy="88761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7185659</wp:posOffset>
            </wp:positionV>
            <wp:extent cx="191770" cy="19177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7489190</wp:posOffset>
            </wp:positionV>
            <wp:extent cx="191770" cy="19177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7793990</wp:posOffset>
            </wp:positionV>
            <wp:extent cx="191770" cy="195939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8097520</wp:posOffset>
            </wp:positionV>
            <wp:extent cx="191770" cy="195939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30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200" w:right="20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0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732"/>
        </w:trPr>
        <w:tc>
          <w:tcPr>
            <w:tcW w:type="dxa" w:w="1163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44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Pohonná jednotka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6.0" w:type="dxa"/>
            </w:tblPr>
            <w:tblGrid>
              <w:gridCol w:w="11630"/>
            </w:tblGrid>
            <w:tr>
              <w:trPr>
                <w:trHeight w:hRule="exact" w:val="9638"/>
              </w:trPr>
              <w:tc>
                <w:tcPr>
                  <w:tcW w:type="dxa" w:w="10648"/>
                  <w:tcBorders>
                    <w:start w:sz="3.5840001106262207" w:val="single" w:color="#FFFFFF"/>
                    <w:top w:sz="3.5840001106262207" w:val="single" w:color="#FFFFFF"/>
                    <w:end w:sz="3.5840001106262207" w:val="single" w:color="#FFFFFF"/>
                    <w:bottom w:sz="3.584000110626220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1256" w:after="0"/>
                    <w:ind w:left="466" w:right="46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974" w:after="0"/>
                    <w:ind w:left="754" w:right="75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388" w:after="0"/>
                    <w:ind w:left="2598" w:right="2598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2620" w:after="0"/>
                    <w:ind w:left="400" w:right="40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808" w:after="344"/>
                    <w:ind w:left="300" w:right="30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71.51999986171731" w:type="dxa"/>
                  </w:tblPr>
                  <w:tblGrid>
                    <w:gridCol w:w="1775"/>
                    <w:gridCol w:w="1775"/>
                    <w:gridCol w:w="1775"/>
                    <w:gridCol w:w="1775"/>
                    <w:gridCol w:w="1775"/>
                    <w:gridCol w:w="1775"/>
                  </w:tblGrid>
                  <w:tr>
                    <w:trPr>
                      <w:trHeight w:hRule="exact" w:val="716"/>
                    </w:trPr>
                    <w:tc>
                      <w:tcPr>
                        <w:tcW w:type="dxa" w:w="111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408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43.99999999999991" w:type="dxa"/>
                        </w:tblPr>
                        <w:tblGrid>
                          <w:gridCol w:w="1112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3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28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15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3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234.00000000000006" w:type="dxa"/>
                        </w:tblPr>
                        <w:tblGrid>
                          <w:gridCol w:w="1154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3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13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03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78" w:after="0"/>
                          <w:ind w:left="256" w:right="25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27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90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18.00000000000011" w:type="dxa"/>
                        </w:tblPr>
                        <w:tblGrid>
                          <w:gridCol w:w="1278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73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13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26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150" w:after="0"/>
                          <w:ind w:left="466" w:right="46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246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14" w:after="0"/>
                          <w:ind w:left="102" w:right="10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hRule="exact" w:val="668"/>
                    </w:trPr>
                    <w:tc>
                      <w:tcPr>
                        <w:tcW w:type="dxa" w:w="111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80" w:after="0"/>
                          <w:ind w:left="72" w:right="7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154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38" w:lineRule="exact" w:before="0" w:after="0"/>
                          <w:ind w:left="320" w:right="32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03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52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81.9999999999999" w:type="dxa"/>
                        </w:tblPr>
                        <w:tblGrid>
                          <w:gridCol w:w="1036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3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28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598"/>
                    </w:trPr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  <w:tc>
                      <w:tcPr>
                        <w:tcW w:type="dxa" w:w="103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34" w:lineRule="exact" w:before="0" w:after="0"/>
                          <w:ind w:left="146" w:right="14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27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8" w:after="0"/>
                          <w:ind w:left="452" w:right="45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26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34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421.9999999999993" w:type="dxa"/>
                        </w:tblPr>
                        <w:tblGrid>
                          <w:gridCol w:w="1262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3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28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775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4.0000000000009" w:type="dxa"/>
            </w:tblPr>
            <w:tblGrid>
              <w:gridCol w:w="610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60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5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destička – *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EB11.200.03R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8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Podložky (M8)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5268467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8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2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3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Matice (M8) – *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5268469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8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2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3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 upínací destičky, TP30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55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5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-130.0" w:type="dxa"/>
            </w:tblPr>
            <w:tblGrid>
              <w:gridCol w:w="5175"/>
              <w:gridCol w:w="5175"/>
            </w:tblGrid>
            <w:tr>
              <w:trPr>
                <w:trHeight w:hRule="exact" w:val="400"/>
              </w:trPr>
              <w:tc>
                <w:tcPr>
                  <w:tcW w:type="dxa" w:w="54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754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68" w:after="0"/>
                    <w:ind w:left="224" w:right="22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Šrouby pohonné jednotky (M8 × 60 mm) – </w:t>
                  </w:r>
                  <w:r>
                    <w:rPr>
                      <w:rFonts w:ascii="FranklinGothic" w:hAnsi="FranklinGothic" w:eastAsia="FranklinGothic"/>
                      <w:b w:val="0"/>
                      <w:i/>
                      <w:color w:val="000000"/>
                      <w:sz w:val="20"/>
                    </w:rPr>
                    <w:t>5268468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-98" w:lineRule="exact" w:before="0" w:after="0"/>
              <w:ind w:left="0" w:right="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26" w:lineRule="exact" w:before="196" w:after="0"/>
        <w:ind w:left="810" w:right="810" w:firstLine="0"/>
        <w:jc w:val="left"/>
      </w:pPr>
      <w:r>
        <w:rPr>
          <w:rFonts w:ascii="FranklinGothic" w:hAnsi="FranklinGothic" w:eastAsia="FranklinGothic"/>
          <w:b w:val="0"/>
          <w:i/>
          <w:color w:val="000000"/>
          <w:sz w:val="20"/>
        </w:rPr>
        <w:t>*Díl Bosch</w:t>
      </w:r>
    </w:p>
    <w:p>
      <w:pPr>
        <w:autoSpaceDN w:val="0"/>
        <w:autoSpaceDE w:val="0"/>
        <w:widowControl/>
        <w:spacing w:line="202" w:lineRule="exact" w:before="77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10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3657600</wp:posOffset>
            </wp:positionH>
            <wp:positionV relativeFrom="page">
              <wp:posOffset>786130</wp:posOffset>
            </wp:positionV>
            <wp:extent cx="5307330" cy="2554153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07330" cy="25541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-1456690</wp:posOffset>
            </wp:positionH>
            <wp:positionV relativeFrom="page">
              <wp:posOffset>2363470</wp:posOffset>
            </wp:positionV>
            <wp:extent cx="7052310" cy="5283508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528350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7379970</wp:posOffset>
            </wp:positionV>
            <wp:extent cx="191770" cy="19177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7683500</wp:posOffset>
            </wp:positionV>
            <wp:extent cx="191770" cy="19177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7993380</wp:posOffset>
            </wp:positionV>
            <wp:extent cx="191770" cy="191770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8303259</wp:posOffset>
            </wp:positionV>
            <wp:extent cx="191770" cy="191770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8606790</wp:posOffset>
            </wp:positionV>
            <wp:extent cx="191770" cy="19177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9792"/>
        </w:trPr>
        <w:tc>
          <w:tcPr>
            <w:tcW w:type="dxa" w:w="1162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Odsunutí nebo demontáž pohonné jednotky</w:t>
            </w:r>
          </w:p>
          <w:p>
            <w:pPr>
              <w:autoSpaceDN w:val="0"/>
              <w:autoSpaceDE w:val="0"/>
              <w:widowControl/>
              <w:spacing w:line="226" w:lineRule="exact" w:before="136" w:after="0"/>
              <w:ind w:left="664" w:right="66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Přístup k vedení a konektorům baterie je možný i po odsunutí pohonné jednotky směrem dolů, není třeba ji celou snímat.</w:t>
            </w:r>
          </w:p>
          <w:p>
            <w:pPr>
              <w:autoSpaceDN w:val="0"/>
              <w:autoSpaceDE w:val="0"/>
              <w:widowControl/>
              <w:spacing w:line="226" w:lineRule="exact" w:before="104" w:after="96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Před sejmutím pohonné jednotky odpojte všechny kabely.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376"/>
              </w:trPr>
              <w:tc>
                <w:tcPr>
                  <w:tcW w:type="dxa" w:w="62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0" w:right="0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  <w:tc>
                <w:tcPr>
                  <w:tcW w:type="dxa" w:w="105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48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-107.99999999999997" w:type="dxa"/>
                  </w:tblPr>
                  <w:tblGrid>
                    <w:gridCol w:w="5250"/>
                    <w:gridCol w:w="5250"/>
                  </w:tblGrid>
                  <w:tr>
                    <w:trPr>
                      <w:trHeight w:hRule="exact" w:val="302"/>
                    </w:trPr>
                    <w:tc>
                      <w:tcPr>
                        <w:tcW w:type="dxa" w:w="2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755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50" w:after="0"/>
                          <w:ind w:left="118" w:right="11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Sejměte kryt jednotky (viz část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4F5CD5"/>
                            <w:sz w:val="20"/>
                            <w:u w:val="single"/>
                          </w:rPr>
                          <w:t>Kryt pohonné jednotky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).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-26" w:lineRule="exact" w:before="0" w:after="0"/>
                    <w:ind w:left="0" w:right="0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</w:tr>
            <w:tr>
              <w:trPr>
                <w:trHeight w:hRule="exact" w:val="416"/>
              </w:trPr>
              <w:tc>
                <w:tcPr>
                  <w:tcW w:type="dxa" w:w="62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0" w:right="0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105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-107.99999999999997" w:type="dxa"/>
                  </w:tblPr>
                  <w:tblGrid>
                    <w:gridCol w:w="5250"/>
                    <w:gridCol w:w="5250"/>
                  </w:tblGrid>
                  <w:tr>
                    <w:trPr>
                      <w:trHeight w:hRule="exact" w:val="320"/>
                    </w:trPr>
                    <w:tc>
                      <w:tcPr>
                        <w:tcW w:type="dxa" w:w="10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901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6" w:after="0"/>
                          <w:ind w:left="234" w:right="234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Sejměte dvě přední matice a podložky a povolte zadní matici. Vyjměte šroub uprostřed.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-68" w:lineRule="exact" w:before="0" w:after="0"/>
                    <w:ind w:left="0" w:right="0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</w:tr>
            <w:tr>
              <w:trPr>
                <w:trHeight w:hRule="exact" w:val="3314"/>
              </w:trPr>
              <w:tc>
                <w:tcPr>
                  <w:tcW w:type="dxa" w:w="11122"/>
                  <w:gridSpan w:val="2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12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10.00000000000006" w:type="dxa"/>
                  </w:tblPr>
                  <w:tblGrid>
                    <w:gridCol w:w="11122"/>
                  </w:tblGrid>
                  <w:tr>
                    <w:trPr>
                      <w:trHeight w:hRule="exact" w:val="3164"/>
                    </w:trPr>
                    <w:tc>
                      <w:tcPr>
                        <w:tcW w:type="dxa" w:w="10616"/>
                        <w:tcBorders>
                          <w:start w:sz="2.063999891281128" w:val="single" w:color="#FFFFFF"/>
                          <w:top w:sz="2.063999891281128" w:val="single" w:color="#FFFFFF"/>
                          <w:end w:sz="2.063999891281128" w:val="single" w:color="#FFFFFF"/>
                          <w:bottom w:sz="2.063999891281128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  <w:tr>
              <w:trPr>
                <w:trHeight w:hRule="exact" w:val="2218"/>
              </w:trPr>
              <w:tc>
                <w:tcPr>
                  <w:tcW w:type="dxa" w:w="62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16" w:lineRule="exact" w:before="0" w:after="0"/>
                    <w:ind w:left="0" w:right="0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3. </w:t>
                  </w:r>
                </w:p>
              </w:tc>
              <w:tc>
                <w:tcPr>
                  <w:tcW w:type="dxa" w:w="1050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16" w:lineRule="exact" w:before="0" w:after="0"/>
                    <w:ind w:left="234" w:right="23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Jednou rukou přidržte motor a druhou vysuňte šroub vpředu. Pomalu jednotku posuňte dolů.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>
              <w:bottom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140"/>
        </w:trPr>
        <w:tc>
          <w:tcPr>
            <w:tcW w:type="dxa" w:w="6120"/>
            <w:vMerge/>
            <w:tcBorders/>
          </w:tcPr>
          <w:p/>
        </w:tc>
        <w:tc>
          <w:tcPr>
            <w:tcW w:type="dxa" w:w="618"/>
            <w:tcBorders>
              <w:top w:sz="6.0" w:val="single" w:color="#000000"/>
            </w:tcBorders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376"/>
        </w:trPr>
        <w:tc>
          <w:tcPr>
            <w:tcW w:type="dxa" w:w="62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0810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416"/>
        </w:trPr>
        <w:tc>
          <w:tcPr>
            <w:tcW w:type="dxa" w:w="62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0810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3314"/>
        </w:trPr>
        <w:tc>
          <w:tcPr>
            <w:tcW w:type="dxa" w:w="1143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90"/>
        </w:trPr>
        <w:tc>
          <w:tcPr>
            <w:tcW w:type="dxa" w:w="62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0810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7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798.0" w:type="dxa"/>
      </w:tblPr>
      <w:tblGrid>
        <w:gridCol w:w="12240"/>
      </w:tblGrid>
      <w:tr>
        <w:trPr>
          <w:trHeight w:hRule="exact" w:val="4248"/>
        </w:trPr>
        <w:tc>
          <w:tcPr>
            <w:tcW w:type="dxa" w:w="10646"/>
            <w:tcBorders>
              <w:start w:sz="2.368000030517578" w:val="single" w:color="#FFFFFF"/>
              <w:top w:sz="2.368000030517578" w:val="single" w:color="#FFFFFF"/>
              <w:end w:sz="2.368000030517578" w:val="single" w:color="#FFFFFF"/>
              <w:bottom w:sz="2.368000030517578" w:val="single" w:color="#FFFFFF"/>
            </w:tcBorders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8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2246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4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97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-166.00000000000009" w:type="dxa"/>
            </w:tblPr>
            <w:tblGrid>
              <w:gridCol w:w="4863"/>
              <w:gridCol w:w="4863"/>
            </w:tblGrid>
            <w:tr>
              <w:trPr>
                <w:trHeight w:hRule="exact" w:val="1236"/>
              </w:trPr>
              <w:tc>
                <w:tcPr>
                  <w:tcW w:type="dxa" w:w="108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909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42" w:after="0"/>
                    <w:ind w:left="174" w:right="17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Pokud ji chcete sundat úplně, odpojte všechny kabely a vyjměte zbývající matici, podložku a šroub.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-968" w:lineRule="exact" w:before="0" w:after="0"/>
              <w:ind w:left="0" w:right="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</w:tr>
    </w:tbl>
    <w:p>
      <w:pPr>
        <w:autoSpaceDN w:val="0"/>
        <w:autoSpaceDE w:val="0"/>
        <w:widowControl/>
        <w:spacing w:line="202" w:lineRule="exact" w:before="193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11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3787140</wp:posOffset>
            </wp:positionH>
            <wp:positionV relativeFrom="page">
              <wp:posOffset>1921510</wp:posOffset>
            </wp:positionV>
            <wp:extent cx="3994150" cy="1895141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189514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-60960</wp:posOffset>
            </wp:positionH>
            <wp:positionV relativeFrom="page">
              <wp:posOffset>2109470</wp:posOffset>
            </wp:positionV>
            <wp:extent cx="4885690" cy="2318158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885690" cy="23181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-723900</wp:posOffset>
            </wp:positionH>
            <wp:positionV relativeFrom="page">
              <wp:posOffset>3141980</wp:posOffset>
            </wp:positionV>
            <wp:extent cx="4809490" cy="4496873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809490" cy="449687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4137660</wp:posOffset>
            </wp:positionH>
            <wp:positionV relativeFrom="page">
              <wp:posOffset>4003040</wp:posOffset>
            </wp:positionV>
            <wp:extent cx="3012440" cy="2816631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12440" cy="281663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2860040</wp:posOffset>
            </wp:positionH>
            <wp:positionV relativeFrom="page">
              <wp:posOffset>4027170</wp:posOffset>
            </wp:positionV>
            <wp:extent cx="5918200" cy="2808063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280806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-527050</wp:posOffset>
            </wp:positionH>
            <wp:positionV relativeFrom="page">
              <wp:posOffset>4292600</wp:posOffset>
            </wp:positionV>
            <wp:extent cx="6551930" cy="3108754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310875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34"/>
        </w:trPr>
        <w:tc>
          <w:tcPr>
            <w:tcW w:type="dxa" w:w="6052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538" w:after="0"/>
              <w:ind w:left="442" w:right="442" w:firstLine="0"/>
              <w:jc w:val="righ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Montáž pohonné jednotky</w:t>
            </w:r>
          </w:p>
        </w:tc>
        <w:tc>
          <w:tcPr>
            <w:tcW w:type="dxa" w:w="76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808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6"/>
        </w:trPr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76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3. </w:t>
            </w:r>
          </w:p>
        </w:tc>
        <w:tc>
          <w:tcPr>
            <w:tcW w:type="dxa" w:w="480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Každý šroub destičky utáhněte stanoveným momen-</w:t>
            </w: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00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602" w:right="60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NEŽ ZAČNETE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: Zkontrolujte, zda je vložena baterie (viz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482" w:right="48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část </w:t>
            </w: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Vložení baterie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) a zda jsou všechny kabely na svých </w:t>
            </w:r>
          </w:p>
        </w:tc>
        <w:tc>
          <w:tcPr>
            <w:tcW w:type="dxa" w:w="76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270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480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tem v pořadí uvedeném níže.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08"/>
        </w:trPr>
        <w:tc>
          <w:tcPr>
            <w:tcW w:type="dxa" w:w="6052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místech.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32"/>
        </w:trPr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480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16" w:after="0"/>
              <w:ind w:left="1054" w:right="105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13 Nm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192"/>
        </w:trPr>
        <w:tc>
          <w:tcPr>
            <w:tcW w:type="dxa" w:w="102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8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1. </w:t>
            </w:r>
          </w:p>
        </w:tc>
        <w:tc>
          <w:tcPr>
            <w:tcW w:type="dxa" w:w="502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8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Umístěte jednotku do rámu a vložte do ní tři šrouby.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688"/>
        </w:trPr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2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864" w:after="0"/>
              <w:ind w:left="746" w:right="746" w:firstLine="0"/>
              <w:jc w:val="right"/>
            </w:pPr>
            <w:r>
              <w:rPr>
                <w:w w:val="101.25000476837158"/>
                <w:rFonts w:ascii="ITCAvantGardePro" w:hAnsi="ITCAvantGardePro" w:eastAsia="ITCAvantGardePro"/>
                <w:b w:val="0"/>
                <w:i w:val="0"/>
                <w:color w:val="000000"/>
                <w:sz w:val="32"/>
              </w:rPr>
              <w:t>2</w:t>
            </w:r>
          </w:p>
        </w:tc>
        <w:tc>
          <w:tcPr>
            <w:tcW w:type="dxa" w:w="259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992" w:after="0"/>
              <w:ind w:left="744" w:right="744" w:firstLine="0"/>
              <w:jc w:val="left"/>
            </w:pPr>
            <w:r>
              <w:rPr>
                <w:w w:val="101.25000476837158"/>
                <w:rFonts w:ascii="ITCAvantGardePro" w:hAnsi="ITCAvantGardePro" w:eastAsia="ITCAvantGardePro"/>
                <w:b w:val="0"/>
                <w:i w:val="0"/>
                <w:color w:val="000000"/>
                <w:sz w:val="32"/>
              </w:rPr>
              <w:t>1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262"/>
        </w:trPr>
        <w:tc>
          <w:tcPr>
            <w:tcW w:type="dxa" w:w="102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548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2. </w:t>
            </w:r>
          </w:p>
        </w:tc>
        <w:tc>
          <w:tcPr>
            <w:tcW w:type="dxa" w:w="502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548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destičku a prvky připevněte zatím jen volně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520"/>
        </w:trPr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480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54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Každou matici utáhněte stanoveným momentem 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" w:after="0"/>
              <w:ind w:left="786" w:right="78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podle nákresu níže. Všechny kabely se musí na-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44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cházet v destičce.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480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 pořadí uvedeném níže.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326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2" w:after="0"/>
              <w:ind w:left="606" w:right="60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DŮLEŽITÉ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UPOZORNĚNÍ: Pokud jednotku měníte,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2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4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586.0000000000002" w:type="dxa"/>
            </w:tblPr>
            <w:tblGrid>
              <w:gridCol w:w="2218"/>
            </w:tblGrid>
            <w:tr>
              <w:trPr>
                <w:trHeight w:hRule="exact" w:val="274"/>
              </w:trPr>
              <w:tc>
                <w:tcPr>
                  <w:tcW w:type="dxa" w:w="738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28 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410" w:lineRule="exact" w:before="1404" w:after="0"/>
              <w:ind w:left="244" w:right="244" w:firstLine="0"/>
              <w:jc w:val="right"/>
            </w:pPr>
            <w:r>
              <w:rPr>
                <w:w w:val="101.25000476837158"/>
                <w:rFonts w:ascii="ITCAvantGardePro" w:hAnsi="ITCAvantGardePro" w:eastAsia="ITCAvantGardePro"/>
                <w:b w:val="0"/>
                <w:i w:val="0"/>
                <w:color w:val="000000"/>
                <w:sz w:val="32"/>
              </w:rPr>
              <w:t>1</w:t>
            </w:r>
          </w:p>
          <w:p>
            <w:pPr>
              <w:autoSpaceDN w:val="0"/>
              <w:autoSpaceDE w:val="0"/>
              <w:widowControl/>
              <w:spacing w:line="374" w:lineRule="exact" w:before="0" w:after="0"/>
              <w:ind w:left="758" w:right="758" w:firstLine="0"/>
              <w:jc w:val="left"/>
            </w:pPr>
            <w:r>
              <w:rPr>
                <w:w w:val="101.25000476837158"/>
                <w:rFonts w:ascii="ITCAvantGardePro" w:hAnsi="ITCAvantGardePro" w:eastAsia="ITCAvantGardePro"/>
                <w:b w:val="0"/>
                <w:i w:val="0"/>
                <w:color w:val="000000"/>
                <w:sz w:val="32"/>
              </w:rPr>
              <w:t>2</w:t>
            </w:r>
          </w:p>
        </w:tc>
        <w:tc>
          <w:tcPr>
            <w:tcW w:type="dxa" w:w="259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62" w:after="0"/>
              <w:ind w:left="480" w:right="48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28 Nm</w:t>
            </w:r>
          </w:p>
          <w:p>
            <w:pPr>
              <w:autoSpaceDN w:val="0"/>
              <w:autoSpaceDE w:val="0"/>
              <w:widowControl/>
              <w:spacing w:line="408" w:lineRule="exact" w:before="2562" w:after="0"/>
              <w:ind w:left="644" w:right="644" w:firstLine="0"/>
              <w:jc w:val="right"/>
            </w:pPr>
            <w:r>
              <w:rPr>
                <w:w w:val="101.25000476837158"/>
                <w:rFonts w:ascii="ITCAvantGardePro" w:hAnsi="ITCAvantGardePro" w:eastAsia="ITCAvantGardePro"/>
                <w:b w:val="0"/>
                <w:i w:val="0"/>
                <w:color w:val="000000"/>
                <w:sz w:val="32"/>
              </w:rPr>
              <w:t>3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3482"/>
        </w:trPr>
        <w:tc>
          <w:tcPr>
            <w:tcW w:type="dxa" w:w="605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musíte s ní vyměnit i destičku.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240.0" w:type="dxa"/>
      </w:tblPr>
      <w:tblGrid>
        <w:gridCol w:w="6120"/>
        <w:gridCol w:w="6120"/>
      </w:tblGrid>
      <w:tr>
        <w:trPr>
          <w:trHeight w:hRule="exact" w:val="2788"/>
        </w:trPr>
        <w:tc>
          <w:tcPr>
            <w:tcW w:type="dxa" w:w="357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50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5. </w:t>
            </w:r>
          </w:p>
        </w:tc>
        <w:tc>
          <w:tcPr>
            <w:tcW w:type="dxa" w:w="50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23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 jednotce připojte všechny kabely. Všechny musí být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 destičce.</w:t>
            </w:r>
          </w:p>
        </w:tc>
      </w:tr>
    </w:tbl>
    <w:p>
      <w:pPr>
        <w:autoSpaceDN w:val="0"/>
        <w:autoSpaceDE w:val="0"/>
        <w:widowControl/>
        <w:spacing w:line="202" w:lineRule="exact" w:before="206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12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3355340</wp:posOffset>
            </wp:positionH>
            <wp:positionV relativeFrom="page">
              <wp:posOffset>1271270</wp:posOffset>
            </wp:positionV>
            <wp:extent cx="4902200" cy="2325992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232599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-237490</wp:posOffset>
            </wp:positionH>
            <wp:positionV relativeFrom="page">
              <wp:posOffset>1558290</wp:posOffset>
            </wp:positionV>
            <wp:extent cx="4875530" cy="2313337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231333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5316220</wp:posOffset>
            </wp:positionH>
            <wp:positionV relativeFrom="page">
              <wp:posOffset>1567180</wp:posOffset>
            </wp:positionV>
            <wp:extent cx="1433829" cy="1041635"/>
            <wp:wrapNone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433829" cy="10416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5048250</wp:posOffset>
            </wp:positionH>
            <wp:positionV relativeFrom="page">
              <wp:posOffset>2804160</wp:posOffset>
            </wp:positionV>
            <wp:extent cx="312420" cy="312420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12420" cy="3124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6108700</wp:posOffset>
            </wp:positionH>
            <wp:positionV relativeFrom="page">
              <wp:posOffset>2886710</wp:posOffset>
            </wp:positionV>
            <wp:extent cx="312420" cy="312420"/>
            <wp:wrapNone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12420" cy="3124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4709160</wp:posOffset>
            </wp:positionH>
            <wp:positionV relativeFrom="page">
              <wp:posOffset>5668010</wp:posOffset>
            </wp:positionV>
            <wp:extent cx="312419" cy="312419"/>
            <wp:wrapNone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12419" cy="3124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6757670</wp:posOffset>
            </wp:positionH>
            <wp:positionV relativeFrom="page">
              <wp:posOffset>6142990</wp:posOffset>
            </wp:positionV>
            <wp:extent cx="312420" cy="312420"/>
            <wp:wrapNone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12420" cy="3124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-254000</wp:posOffset>
            </wp:positionH>
            <wp:positionV relativeFrom="page">
              <wp:posOffset>4010660</wp:posOffset>
            </wp:positionV>
            <wp:extent cx="6153150" cy="2919541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291954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3350260</wp:posOffset>
            </wp:positionH>
            <wp:positionV relativeFrom="page">
              <wp:posOffset>4272280</wp:posOffset>
            </wp:positionV>
            <wp:extent cx="4900930" cy="2325389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232538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5367020</wp:posOffset>
            </wp:positionH>
            <wp:positionV relativeFrom="page">
              <wp:posOffset>4376420</wp:posOffset>
            </wp:positionV>
            <wp:extent cx="1748789" cy="1465772"/>
            <wp:wrapNone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748789" cy="146577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30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200" w:right="20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0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608"/>
        </w:trPr>
        <w:tc>
          <w:tcPr>
            <w:tcW w:type="dxa" w:w="1163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3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Baterie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8.0" w:type="dxa"/>
            </w:tblPr>
            <w:tblGrid>
              <w:gridCol w:w="11630"/>
            </w:tblGrid>
            <w:tr>
              <w:trPr>
                <w:trHeight w:hRule="exact" w:val="10628"/>
              </w:trPr>
              <w:tc>
                <w:tcPr>
                  <w:tcW w:type="dxa" w:w="10648"/>
                  <w:tcBorders>
                    <w:start w:sz="3.759999990463257" w:val="single" w:color="#FFFFFF"/>
                    <w:top w:sz="3.759999990463257" w:val="single" w:color="#FFFFFF"/>
                    <w:end w:sz="3.759999990463257" w:val="single" w:color="#FFFFFF"/>
                    <w:bottom w:sz="3.75999999046325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1128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09.30000001192099" w:type="dxa"/>
                  </w:tblPr>
                  <w:tblGrid>
                    <w:gridCol w:w="1521"/>
                    <w:gridCol w:w="1521"/>
                    <w:gridCol w:w="1521"/>
                    <w:gridCol w:w="1521"/>
                    <w:gridCol w:w="1521"/>
                    <w:gridCol w:w="1521"/>
                    <w:gridCol w:w="1521"/>
                  </w:tblGrid>
                  <w:tr>
                    <w:trPr>
                      <w:trHeight w:hRule="exact" w:val="4046"/>
                    </w:trPr>
                    <w:tc>
                      <w:tcPr>
                        <w:tcW w:type="dxa" w:w="38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030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08" w:after="0"/>
                          <w:ind w:left="178" w:right="17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316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31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77.99999999999983" w:type="dxa"/>
                        </w:tblPr>
                        <w:tblGrid>
                          <w:gridCol w:w="3162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100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27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303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11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2310.0" w:type="dxa"/>
                        </w:tblPr>
                        <w:tblGrid>
                          <w:gridCol w:w="3032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008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54" w:after="0"/>
                          <w:ind w:left="196" w:right="19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51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1066"/>
                    </w:trPr>
                    <w:tc>
                      <w:tcPr>
                        <w:tcW w:type="dxa" w:w="386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68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4192"/>
                        <w:gridSpan w:val="2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86" w:after="0"/>
                          <w:ind w:left="1818" w:right="181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100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3032"/>
                        <w:vMerge w:val="restart"/>
                        <w:tcBorders>
                          <w:top w:sz="6.0" w:val="single" w:color="#000000"/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72" w:after="0"/>
                          <w:ind w:left="622" w:right="62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00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96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57.99999999999955" w:type="dxa"/>
                        </w:tblPr>
                        <w:tblGrid>
                          <w:gridCol w:w="1008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794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2,5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516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120" w:after="0"/>
                          <w:ind w:left="112" w:right="11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hRule="exact" w:val="828"/>
                    </w:trPr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4192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518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7.99999999999983" w:type="dxa"/>
                        </w:tblPr>
                        <w:tblGrid>
                          <w:gridCol w:w="4192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94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2,5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</w:tr>
                  <w:tr>
                    <w:trPr>
                      <w:trHeight w:hRule="exact" w:val="882"/>
                    </w:trPr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4192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6" w:after="0"/>
                          <w:ind w:left="938" w:right="93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</w:tr>
                  <w:tr>
                    <w:trPr>
                      <w:trHeight w:hRule="exact" w:val="1388"/>
                    </w:trPr>
                    <w:tc>
                      <w:tcPr>
                        <w:tcW w:type="dxa" w:w="38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22" w:after="0"/>
                          <w:ind w:left="66" w:right="6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4192"/>
                        <w:gridSpan w:val="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9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71.99999999999989" w:type="dxa"/>
                        </w:tblPr>
                        <w:tblGrid>
                          <w:gridCol w:w="4192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92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2,5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008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46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97.99999999999955" w:type="dxa"/>
                        </w:tblPr>
                        <w:tblGrid>
                          <w:gridCol w:w="1008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794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2,5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516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36" w:after="0"/>
                          <w:ind w:left="56" w:right="5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hRule="exact" w:val="684"/>
                    </w:trPr>
                    <w:tc>
                      <w:tcPr>
                        <w:tcW w:type="dxa" w:w="386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3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4192"/>
                        <w:gridSpan w:val="2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446" w:after="0"/>
                          <w:ind w:left="130" w:right="13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Šrouby (M4 × 6 mm)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*EB12.100.03U</w:t>
                        </w:r>
                      </w:p>
                    </w:tc>
                    <w:tc>
                      <w:tcPr>
                        <w:tcW w:type="dxa" w:w="1100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3032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008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516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528"/>
                    </w:trPr>
                    <w:tc>
                      <w:tcPr>
                        <w:tcW w:type="dxa" w:w="38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4192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30" w:right="13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Pevný úchyt, spodní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*EB12.100.03S</w:t>
                        </w:r>
                      </w:p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52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4.0000000000009" w:type="dxa"/>
            </w:tblPr>
            <w:tblGrid>
              <w:gridCol w:w="610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10"/>
        </w:trPr>
        <w:tc>
          <w:tcPr>
            <w:tcW w:type="dxa" w:w="1316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48" w:after="0"/>
              <w:ind w:left="176" w:right="1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1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58" w:after="0"/>
              <w:ind w:left="102" w:right="10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Pevný úchyt, horní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*EB12.100.03T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6"/>
        </w:trPr>
        <w:tc>
          <w:tcPr>
            <w:tcW w:type="dxa" w:w="1316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76" w:right="1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1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6" w:after="0"/>
              <w:ind w:left="102" w:right="10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Výstup baterie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*EB12.100.015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40"/>
        </w:trPr>
        <w:tc>
          <w:tcPr>
            <w:tcW w:type="dxa" w:w="1316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76" w:right="1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1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02" w:right="10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 (M5 × 10 mm)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698"/>
        </w:trPr>
        <w:tc>
          <w:tcPr>
            <w:tcW w:type="dxa" w:w="1316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88" w:after="0"/>
              <w:ind w:left="176" w:right="1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031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64" w:after="0"/>
              <w:ind w:left="102" w:right="10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Baterie, Bosch Compact PowerTube 400 –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*EB12.100.046 (US) / *EB12.100.020 (EU)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26" w:lineRule="exact" w:before="156" w:after="0"/>
        <w:ind w:left="810" w:right="810" w:firstLine="0"/>
        <w:jc w:val="lef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>*Díly Bosch</w:t>
      </w:r>
    </w:p>
    <w:p>
      <w:pPr>
        <w:autoSpaceDN w:val="0"/>
        <w:autoSpaceDE w:val="0"/>
        <w:widowControl/>
        <w:spacing w:line="202" w:lineRule="exact" w:before="53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13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1380490</wp:posOffset>
            </wp:positionH>
            <wp:positionV relativeFrom="page">
              <wp:posOffset>765810</wp:posOffset>
            </wp:positionV>
            <wp:extent cx="5553710" cy="2672723"/>
            <wp:wrapNone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267272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1170940</wp:posOffset>
            </wp:positionH>
            <wp:positionV relativeFrom="page">
              <wp:posOffset>2155190</wp:posOffset>
            </wp:positionV>
            <wp:extent cx="5242560" cy="2372804"/>
            <wp:wrapNone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7280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-374650</wp:posOffset>
            </wp:positionH>
            <wp:positionV relativeFrom="page">
              <wp:posOffset>2608580</wp:posOffset>
            </wp:positionV>
            <wp:extent cx="6055360" cy="2914142"/>
            <wp:wrapNone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291414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3638550</wp:posOffset>
            </wp:positionH>
            <wp:positionV relativeFrom="page">
              <wp:posOffset>2630170</wp:posOffset>
            </wp:positionV>
            <wp:extent cx="3089909" cy="1487019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089909" cy="14870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7809230</wp:posOffset>
            </wp:positionV>
            <wp:extent cx="191770" cy="195939"/>
            <wp:wrapNone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8112759</wp:posOffset>
            </wp:positionV>
            <wp:extent cx="191770" cy="191770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8416290</wp:posOffset>
            </wp:positionV>
            <wp:extent cx="191770" cy="191770"/>
            <wp:wrapNone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8740140</wp:posOffset>
            </wp:positionV>
            <wp:extent cx="191770" cy="195939"/>
            <wp:wrapNone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60"/>
        <w:gridCol w:w="3060"/>
        <w:gridCol w:w="3060"/>
        <w:gridCol w:w="3060"/>
      </w:tblGrid>
      <w:tr>
        <w:trPr>
          <w:trHeight w:hRule="exact" w:val="234"/>
        </w:trPr>
        <w:tc>
          <w:tcPr>
            <w:tcW w:type="dxa" w:w="5058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1756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808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92"/>
        </w:trPr>
        <w:tc>
          <w:tcPr>
            <w:tcW w:type="dxa" w:w="505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Vyjmutí baterie</w:t>
            </w:r>
          </w:p>
        </w:tc>
        <w:tc>
          <w:tcPr>
            <w:tcW w:type="dxa" w:w="175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04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3. </w:t>
            </w:r>
          </w:p>
          <w:p>
            <w:pPr>
              <w:autoSpaceDN w:val="0"/>
              <w:autoSpaceDE w:val="0"/>
              <w:widowControl/>
              <w:spacing w:line="226" w:lineRule="exact" w:before="1700" w:after="0"/>
              <w:ind w:left="50" w:right="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lní </w:t>
            </w:r>
          </w:p>
          <w:p>
            <w:pPr>
              <w:autoSpaceDN w:val="0"/>
              <w:autoSpaceDE w:val="0"/>
              <w:widowControl/>
              <w:spacing w:line="226" w:lineRule="exact" w:before="694" w:after="0"/>
              <w:ind w:left="2" w:right="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ámu.</w:t>
            </w:r>
          </w:p>
          <w:p>
            <w:pPr>
              <w:autoSpaceDN w:val="0"/>
              <w:autoSpaceDE w:val="0"/>
              <w:widowControl/>
              <w:spacing w:line="226" w:lineRule="exact" w:before="2908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480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04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Částečně ji vytáhněte a odpojte nabíjecí port.</w:t>
            </w: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90"/>
        </w:trPr>
        <w:tc>
          <w:tcPr>
            <w:tcW w:type="dxa" w:w="505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2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NEŽ ZAČNETE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: Sejměte tyto díly: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505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Kliky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480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Odpojte kabely přidržením konektorů. 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505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8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Kryt řetězu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480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Při odpojování konektorů netahejte za kabely, mohli 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92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480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byste poškodit je i konektor. </w:t>
            </w:r>
          </w:p>
          <w:p>
            <w:pPr>
              <w:autoSpaceDN w:val="0"/>
              <w:autoSpaceDE w:val="0"/>
              <w:widowControl/>
              <w:spacing w:line="228" w:lineRule="exact" w:before="3938" w:after="0"/>
              <w:ind w:left="86" w:right="8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Nabíjecí port</w:t>
            </w:r>
          </w:p>
          <w:p>
            <w:pPr>
              <w:autoSpaceDN w:val="0"/>
              <w:autoSpaceDE w:val="0"/>
              <w:widowControl/>
              <w:spacing w:line="226" w:lineRule="exact" w:before="77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Baterii opatrně vyjměte. 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10084"/>
        </w:trPr>
        <w:tc>
          <w:tcPr>
            <w:tcW w:type="dxa" w:w="505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38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Převodník</w:t>
            </w:r>
          </w:p>
          <w:p>
            <w:pPr>
              <w:autoSpaceDN w:val="0"/>
              <w:autoSpaceDE w:val="0"/>
              <w:widowControl/>
              <w:spacing w:line="228" w:lineRule="exact" w:before="74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Kryt pohonné jednotky</w:t>
            </w:r>
          </w:p>
          <w:p>
            <w:pPr>
              <w:autoSpaceDN w:val="0"/>
              <w:autoSpaceDE w:val="0"/>
              <w:widowControl/>
              <w:spacing w:line="226" w:lineRule="exact" w:before="74" w:after="82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Pohonná jednotka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2529"/>
              <w:gridCol w:w="2529"/>
            </w:tblGrid>
            <w:tr>
              <w:trPr>
                <w:trHeight w:hRule="exact" w:val="952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4" w:after="0"/>
                    <w:ind w:left="118" w:right="118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364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39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4" w:after="0"/>
                    <w:ind w:left="0" w:right="0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Otočte kolo na montážním stojanu tak, aby do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1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rámová trubka byla rovnoběžně se zemí.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12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Vyjměte dva šrouby baterie.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26" w:lineRule="exact" w:before="52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Baterie je nyní volně uložena v r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952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656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794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240.0" w:type="dxa"/>
      </w:tblPr>
      <w:tblGrid>
        <w:gridCol w:w="6120"/>
        <w:gridCol w:w="6120"/>
      </w:tblGrid>
      <w:tr>
        <w:trPr>
          <w:trHeight w:hRule="exact" w:val="4286"/>
        </w:trPr>
        <w:tc>
          <w:tcPr>
            <w:tcW w:type="dxa" w:w="357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796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2" w:lineRule="exact" w:before="367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14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2966720</wp:posOffset>
            </wp:positionH>
            <wp:positionV relativeFrom="page">
              <wp:posOffset>1534160</wp:posOffset>
            </wp:positionV>
            <wp:extent cx="6440170" cy="2942353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440170" cy="29423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2966720</wp:posOffset>
            </wp:positionH>
            <wp:positionV relativeFrom="page">
              <wp:posOffset>1535430</wp:posOffset>
            </wp:positionV>
            <wp:extent cx="6441439" cy="2942932"/>
            <wp:wrapNone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441439" cy="2942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2966720</wp:posOffset>
            </wp:positionH>
            <wp:positionV relativeFrom="page">
              <wp:posOffset>1536700</wp:posOffset>
            </wp:positionV>
            <wp:extent cx="6441439" cy="2942932"/>
            <wp:wrapNone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441439" cy="2942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3582670</wp:posOffset>
            </wp:positionH>
            <wp:positionV relativeFrom="page">
              <wp:posOffset>2282190</wp:posOffset>
            </wp:positionV>
            <wp:extent cx="3152139" cy="4909900"/>
            <wp:wrapNone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152139" cy="49099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-356870</wp:posOffset>
            </wp:positionH>
            <wp:positionV relativeFrom="page">
              <wp:posOffset>3060700</wp:posOffset>
            </wp:positionV>
            <wp:extent cx="4907280" cy="2242014"/>
            <wp:wrapNone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224201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3060700</wp:posOffset>
            </wp:positionH>
            <wp:positionV relativeFrom="page">
              <wp:posOffset>3614420</wp:posOffset>
            </wp:positionV>
            <wp:extent cx="3680459" cy="3441229"/>
            <wp:wrapNone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680459" cy="34412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3061970</wp:posOffset>
            </wp:positionH>
            <wp:positionV relativeFrom="page">
              <wp:posOffset>3615690</wp:posOffset>
            </wp:positionV>
            <wp:extent cx="3680459" cy="3441229"/>
            <wp:wrapNone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680459" cy="34412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3722370</wp:posOffset>
            </wp:positionH>
            <wp:positionV relativeFrom="page">
              <wp:posOffset>4936490</wp:posOffset>
            </wp:positionV>
            <wp:extent cx="4917439" cy="2246655"/>
            <wp:wrapNone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917439" cy="224665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26" w:lineRule="exact" w:before="222" w:after="0"/>
        <w:ind w:left="810" w:right="810" w:firstLine="0"/>
        <w:jc w:val="righ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>Verve+ 1, 2 2024</w:t>
      </w:r>
    </w:p>
    <w:p>
      <w:pPr>
        <w:autoSpaceDN w:val="0"/>
        <w:autoSpaceDE w:val="0"/>
        <w:widowControl/>
        <w:spacing w:line="474" w:lineRule="exact" w:before="308" w:after="0"/>
        <w:ind w:left="810" w:right="810" w:firstLine="0"/>
        <w:jc w:val="left"/>
      </w:pPr>
      <w:r>
        <w:rPr>
          <w:rFonts w:ascii="ITCAvantGardePro" w:hAnsi="ITCAvantGardePro" w:eastAsia="ITCAvantGardePro"/>
          <w:b/>
          <w:i w:val="0"/>
          <w:color w:val="000000"/>
          <w:sz w:val="36"/>
        </w:rPr>
        <w:t>Vložení baterie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117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252"/>
        </w:trPr>
        <w:tc>
          <w:tcPr>
            <w:tcW w:type="dxa" w:w="7072"/>
            <w:gridSpan w:val="4"/>
            <w:vMerge w:val="restart"/>
            <w:tcBorders>
              <w:end w:sz="4.0" w:val="single" w:color="#000000"/>
              <w:start w:sz="3.1040000915527344" w:val="single" w:color="#FFFFFF"/>
              <w:top w:sz="3.1040000915527344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02" w:after="0"/>
              <w:ind w:left="0" w:right="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aby v ní </w:t>
            </w:r>
          </w:p>
        </w:tc>
        <w:tc>
          <w:tcPr>
            <w:tcW w:type="dxa" w:w="360"/>
            <w:tcBorders>
              <w:start w:sz="4.0" w:val="single" w:color="#000000"/>
              <w:top w:sz="4.0" w:val="single" w:color="#000000"/>
              <w:end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354"/>
            <w:vMerge w:val="restart"/>
            <w:tcBorders>
              <w:start w:sz="4.0" w:val="single" w:color="#000000"/>
              <w:bottom w:sz="3.1040000915527344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072"/>
        </w:trPr>
        <w:tc>
          <w:tcPr>
            <w:tcW w:type="dxa" w:w="8160"/>
            <w:gridSpan w:val="4"/>
            <w:vMerge/>
            <w:tcBorders>
              <w:end w:sz="4.0" w:val="single" w:color="#000000"/>
            </w:tcBorders>
          </w:tcPr>
          <w:p/>
        </w:tc>
        <w:tc>
          <w:tcPr>
            <w:tcW w:type="dxa" w:w="360"/>
            <w:tcBorders>
              <w:start w:sz="4.0" w:val="single" w:color="#000000"/>
              <w:top w:sz="4.0" w:val="single" w:color="#000000"/>
              <w:end w:sz="4.0" w:val="single" w:color="#000000"/>
              <w:bottom w:sz="3.1040000915527344" w:val="single" w:color="#FFFFFF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>
              <w:start w:sz="4.0" w:val="single" w:color="#000000"/>
              <w:bottom w:sz="3.1040000915527344" w:val="single" w:color="#FFFFFF"/>
            </w:tcBorders>
          </w:tcPr>
          <w:p/>
        </w:tc>
      </w:tr>
      <w:tr>
        <w:trPr>
          <w:trHeight w:hRule="exact" w:val="176"/>
        </w:trPr>
        <w:tc>
          <w:tcPr>
            <w:tcW w:type="dxa" w:w="8160"/>
            <w:gridSpan w:val="4"/>
            <w:vMerge/>
            <w:tcBorders>
              <w:end w:sz="4.0" w:val="single" w:color="#000000"/>
            </w:tcBorders>
          </w:tcPr>
          <w:p/>
        </w:tc>
        <w:tc>
          <w:tcPr>
            <w:tcW w:type="dxa" w:w="360"/>
            <w:tcBorders>
              <w:start w:sz="4.0" w:val="single" w:color="#000000"/>
              <w:top w:sz="3.1040000915527344" w:val="single" w:color="#FFFFFF"/>
              <w:end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354"/>
            <w:vMerge w:val="restart"/>
            <w:tcBorders>
              <w:start w:sz="4.0" w:val="single" w:color="#000000"/>
              <w:top w:sz="3.1040000915527344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32"/>
        </w:trPr>
        <w:tc>
          <w:tcPr>
            <w:tcW w:type="dxa" w:w="8160"/>
            <w:gridSpan w:val="4"/>
            <w:vMerge/>
            <w:tcBorders>
              <w:end w:sz="4.0" w:val="single" w:color="#000000"/>
            </w:tcBorders>
          </w:tcPr>
          <w:p/>
        </w:tc>
        <w:tc>
          <w:tcPr>
            <w:tcW w:type="dxa" w:w="360"/>
            <w:vMerge w:val="restart"/>
            <w:tcBorders>
              <w:start w:sz="4.0" w:val="single" w:color="#000000"/>
              <w:top w:sz="4.0" w:val="single" w:color="#000000"/>
              <w:end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>
              <w:start w:sz="4.0" w:val="single" w:color="#000000"/>
              <w:top w:sz="3.1040000915527344" w:val="single" w:color="#FFFFFF"/>
            </w:tcBorders>
          </w:tcPr>
          <w:p/>
        </w:tc>
      </w:tr>
      <w:tr>
        <w:trPr>
          <w:trHeight w:hRule="exact" w:val="1220"/>
        </w:trPr>
        <w:tc>
          <w:tcPr>
            <w:tcW w:type="dxa" w:w="3572"/>
            <w:vMerge w:val="restart"/>
            <w:tcBorders>
              <w:start w:sz="4.0" w:val="single" w:color="#FFFFFF"/>
              <w:top w:sz="4.0" w:val="single" w:color="#FFFFFF"/>
              <w:end w:sz="3.1040000915527344" w:val="single" w:color="#FFFFFF"/>
              <w:bottom w:sz="4.0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32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byla napůl a závity šroubů směřovaly dolů</w:t>
            </w:r>
          </w:p>
          <w:p>
            <w:pPr>
              <w:autoSpaceDN w:val="0"/>
              <w:autoSpaceDE w:val="0"/>
              <w:widowControl/>
              <w:spacing w:line="226" w:lineRule="exact" w:before="14" w:after="0"/>
              <w:ind w:left="84" w:right="8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musí vést nad baterií.</w:t>
            </w:r>
          </w:p>
          <w:p>
            <w:pPr>
              <w:autoSpaceDN w:val="0"/>
              <w:autoSpaceDE w:val="0"/>
              <w:widowControl/>
              <w:spacing w:line="226" w:lineRule="exact" w:before="2930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Připojte kabel baterie a kabel dobíjecího </w:t>
            </w:r>
          </w:p>
          <w:p>
            <w:pPr>
              <w:autoSpaceDN w:val="0"/>
              <w:autoSpaceDE w:val="0"/>
              <w:widowControl/>
              <w:spacing w:line="226" w:lineRule="exact" w:before="14" w:after="0"/>
              <w:ind w:left="84" w:right="8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 výstupu baterie. </w:t>
            </w:r>
          </w:p>
        </w:tc>
        <w:tc>
          <w:tcPr>
            <w:tcW w:type="dxa" w:w="1018"/>
            <w:gridSpan w:val="2"/>
            <w:vMerge w:val="restart"/>
            <w:tcBorders>
              <w:start w:sz="3.1040000915527344" w:val="single" w:color="#FFFFFF"/>
              <w:top w:sz="4.0" w:val="single" w:color="#FFFFFF"/>
              <w:end w:sz="4.0" w:val="single" w:color="#FFFFFF"/>
              <w:bottom w:sz="4.0" w:val="single" w:color="#FFFFFF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32" w:after="0"/>
              <w:ind w:left="4" w:right="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. Kabely </w:t>
            </w:r>
          </w:p>
          <w:p>
            <w:pPr>
              <w:autoSpaceDN w:val="0"/>
              <w:autoSpaceDE w:val="0"/>
              <w:widowControl/>
              <w:spacing w:line="226" w:lineRule="exact" w:before="3170" w:after="0"/>
              <w:ind w:left="0" w:right="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portu </w:t>
            </w:r>
          </w:p>
        </w:tc>
        <w:tc>
          <w:tcPr>
            <w:tcW w:type="dxa" w:w="20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>
              <w:start w:sz="4.0" w:val="single" w:color="#000000"/>
              <w:top w:sz="4.0" w:val="single" w:color="#000000"/>
              <w:end w:sz="4.0" w:val="single" w:color="#000000"/>
              <w:bottom w:sz="4.0" w:val="single" w:color="#000000"/>
            </w:tcBorders>
          </w:tcPr>
          <w:p/>
        </w:tc>
        <w:tc>
          <w:tcPr>
            <w:tcW w:type="dxa" w:w="2040"/>
            <w:vMerge/>
            <w:tcBorders>
              <w:start w:sz="4.0" w:val="single" w:color="#000000"/>
              <w:top w:sz="3.1040000915527344" w:val="single" w:color="#FFFFFF"/>
            </w:tcBorders>
          </w:tcPr>
          <w:p/>
        </w:tc>
      </w:tr>
      <w:tr>
        <w:trPr>
          <w:trHeight w:hRule="exact" w:val="1846"/>
        </w:trPr>
        <w:tc>
          <w:tcPr>
            <w:tcW w:type="dxa" w:w="2040"/>
            <w:vMerge/>
            <w:tcBorders>
              <w:start w:sz="4.0" w:val="single" w:color="#FFFFFF"/>
              <w:top w:sz="4.0" w:val="single" w:color="#FFFFFF"/>
              <w:end w:sz="3.1040000915527344" w:val="single" w:color="#FFFFFF"/>
              <w:bottom w:sz="4.0" w:val="single" w:color="#FFFFFF"/>
            </w:tcBorders>
          </w:tcPr>
          <w:p/>
        </w:tc>
        <w:tc>
          <w:tcPr>
            <w:tcW w:type="dxa" w:w="4080"/>
            <w:gridSpan w:val="2"/>
            <w:vMerge/>
            <w:tcBorders>
              <w:start w:sz="3.1040000915527344" w:val="single" w:color="#FFFFFF"/>
              <w:top w:sz="4.0" w:val="single" w:color="#FFFFFF"/>
              <w:end w:sz="4.0" w:val="single" w:color="#FFFFFF"/>
              <w:bottom w:sz="4.0" w:val="single" w:color="#FFFFFF"/>
            </w:tcBorders>
          </w:tcPr>
          <w:p/>
        </w:tc>
        <w:tc>
          <w:tcPr>
            <w:tcW w:type="dxa" w:w="20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60"/>
            <w:tcBorders>
              <w:start w:sz="4.0" w:val="single" w:color="#000000"/>
              <w:top w:sz="4.0" w:val="single" w:color="#000000"/>
              <w:end w:sz="4.0" w:val="single" w:color="#000000"/>
              <w:bottom w:sz="4.952000141143799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>
              <w:start w:sz="4.0" w:val="single" w:color="#000000"/>
              <w:top w:sz="3.1040000915527344" w:val="single" w:color="#FFFFFF"/>
            </w:tcBorders>
          </w:tcPr>
          <w:p/>
        </w:tc>
      </w:tr>
      <w:tr>
        <w:trPr>
          <w:trHeight w:hRule="exact" w:val="402"/>
        </w:trPr>
        <w:tc>
          <w:tcPr>
            <w:tcW w:type="dxa" w:w="2040"/>
            <w:vMerge/>
            <w:tcBorders>
              <w:start w:sz="4.0" w:val="single" w:color="#FFFFFF"/>
              <w:top w:sz="4.0" w:val="single" w:color="#FFFFFF"/>
              <w:end w:sz="3.1040000915527344" w:val="single" w:color="#FFFFFF"/>
              <w:bottom w:sz="4.0" w:val="single" w:color="#FFFFFF"/>
            </w:tcBorders>
          </w:tcPr>
          <w:p/>
        </w:tc>
        <w:tc>
          <w:tcPr>
            <w:tcW w:type="dxa" w:w="4080"/>
            <w:gridSpan w:val="2"/>
            <w:vMerge/>
            <w:tcBorders>
              <w:start w:sz="3.1040000915527344" w:val="single" w:color="#FFFFFF"/>
              <w:top w:sz="4.0" w:val="single" w:color="#FFFFFF"/>
              <w:end w:sz="4.0" w:val="single" w:color="#FFFFFF"/>
              <w:bottom w:sz="4.0" w:val="single" w:color="#FFFFFF"/>
            </w:tcBorders>
          </w:tcPr>
          <w:p/>
        </w:tc>
        <w:tc>
          <w:tcPr>
            <w:tcW w:type="dxa" w:w="20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60"/>
            <w:tcBorders>
              <w:start w:sz="4.0" w:val="single" w:color="#000000"/>
              <w:top w:sz="4.952000141143799" w:val="single" w:color="#000000"/>
              <w:end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tcBorders>
              <w:bottom w:sz="3.1040000915527344" w:val="single" w:color="#FFFFFF"/>
            </w:tcBorders>
          </w:tcPr>
          <w:p/>
        </w:tc>
      </w:tr>
      <w:tr>
        <w:tc>
          <w:tcPr>
            <w:tcW w:type="dxa" w:w="2040"/>
            <w:vMerge/>
            <w:tcBorders>
              <w:start w:sz="4.0" w:val="single" w:color="#FFFFFF"/>
              <w:top w:sz="4.0" w:val="single" w:color="#FFFFFF"/>
              <w:end w:sz="3.1040000915527344" w:val="single" w:color="#FFFFFF"/>
              <w:bottom w:sz="4.0" w:val="single" w:color="#FFFFFF"/>
            </w:tcBorders>
          </w:tcPr>
          <w:p/>
        </w:tc>
        <w:tc>
          <w:tcPr>
            <w:tcW w:type="dxa" w:w="4080"/>
            <w:gridSpan w:val="2"/>
            <w:vMerge/>
            <w:tcBorders>
              <w:start w:sz="3.1040000915527344" w:val="single" w:color="#FFFFFF"/>
              <w:top w:sz="4.0" w:val="single" w:color="#FFFFFF"/>
              <w:end w:sz="4.0" w:val="single" w:color="#FFFFFF"/>
              <w:bottom w:sz="4.0" w:val="single" w:color="#FFFFFF"/>
            </w:tcBorders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  <w:tcBorders>
              <w:bottom w:sz="3.1040000915527344" w:val="single" w:color="#FFFFFF"/>
            </w:tcBorders>
          </w:tcPr>
          <w:p/>
        </w:tc>
      </w:tr>
    </w:tbl>
    <w:p>
      <w:pPr>
        <w:sectPr>
          <w:pgSz w:w="12240" w:h="15840"/>
          <w:pgMar w:top="218" w:right="0" w:bottom="200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"/>
        <w:gridCol w:w="1224"/>
        <w:gridCol w:w="1224"/>
        <w:gridCol w:w="1224"/>
        <w:gridCol w:w="1224"/>
        <w:gridCol w:w="1224"/>
        <w:gridCol w:w="1224"/>
        <w:gridCol w:w="1224"/>
        <w:gridCol w:w="1224"/>
        <w:gridCol w:w="1224"/>
      </w:tblGrid>
      <w:tr>
        <w:trPr>
          <w:trHeight w:hRule="exact" w:val="234"/>
        </w:trPr>
        <w:tc>
          <w:tcPr>
            <w:tcW w:type="dxa" w:w="4124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538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Představec</w:t>
            </w:r>
          </w:p>
        </w:tc>
        <w:tc>
          <w:tcPr>
            <w:tcW w:type="dxa" w:w="198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0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930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1234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740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2210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778"/>
        </w:trPr>
        <w:tc>
          <w:tcPr>
            <w:tcW w:type="dxa" w:w="2448"/>
            <w:gridSpan w:val="2"/>
            <w:vMerge/>
            <w:tcBorders/>
          </w:tcPr>
          <w:p/>
        </w:tc>
        <w:tc>
          <w:tcPr>
            <w:tcW w:type="dxa" w:w="19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416" w:after="0"/>
              <w:ind w:left="30" w:right="3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12</w:t>
            </w:r>
          </w:p>
        </w:tc>
        <w:tc>
          <w:tcPr>
            <w:tcW w:type="dxa" w:w="40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32" w:after="0"/>
              <w:ind w:left="64" w:right="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93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06" w:after="0"/>
              <w:ind w:left="64" w:right="64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</w:tc>
        <w:tc>
          <w:tcPr>
            <w:tcW w:type="dxa" w:w="123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4142" w:after="0"/>
              <w:ind w:left="464" w:right="4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  <w:p>
            <w:pPr>
              <w:autoSpaceDN w:val="0"/>
              <w:autoSpaceDE w:val="0"/>
              <w:widowControl/>
              <w:spacing w:line="244" w:lineRule="exact" w:before="294" w:after="0"/>
              <w:ind w:left="406" w:right="40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  <w:p>
            <w:pPr>
              <w:autoSpaceDN w:val="0"/>
              <w:autoSpaceDE w:val="0"/>
              <w:widowControl/>
              <w:spacing w:line="244" w:lineRule="exact" w:before="470" w:after="0"/>
              <w:ind w:left="350" w:right="3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  <w:p>
            <w:pPr>
              <w:autoSpaceDN w:val="0"/>
              <w:autoSpaceDE w:val="0"/>
              <w:widowControl/>
              <w:spacing w:line="244" w:lineRule="exact" w:before="2890" w:after="0"/>
              <w:ind w:left="208" w:right="20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  <w:p>
            <w:pPr>
              <w:autoSpaceDN w:val="0"/>
              <w:autoSpaceDE w:val="0"/>
              <w:widowControl/>
              <w:spacing w:line="244" w:lineRule="exact" w:before="472" w:after="0"/>
              <w:ind w:left="132" w:right="13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11</w:t>
            </w:r>
          </w:p>
        </w:tc>
        <w:tc>
          <w:tcPr>
            <w:tcW w:type="dxa" w:w="74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290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534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≤4 Nm</w:t>
            </w:r>
          </w:p>
        </w:tc>
        <w:tc>
          <w:tcPr>
            <w:tcW w:type="dxa" w:w="122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3516" w:after="0"/>
              <w:ind w:left="194" w:right="194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838"/>
        </w:trPr>
        <w:tc>
          <w:tcPr>
            <w:tcW w:type="dxa" w:w="144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2" w:right="15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26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30" w:after="0"/>
              <w:ind w:left="152" w:right="152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≤4 Nm</w:t>
            </w:r>
          </w:p>
        </w:tc>
        <w:tc>
          <w:tcPr>
            <w:tcW w:type="dxa" w:w="1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812" w:after="0"/>
              <w:ind w:left="70" w:right="7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5,2 Nm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438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8" w:after="0"/>
              <w:ind w:left="1440" w:right="144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778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6" w:after="0"/>
              <w:ind w:left="1848" w:right="1848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1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52" w:after="0"/>
              <w:ind w:left="92" w:right="9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  <w:p>
            <w:pPr>
              <w:autoSpaceDN w:val="0"/>
              <w:autoSpaceDE w:val="0"/>
              <w:widowControl/>
              <w:spacing w:line="254" w:lineRule="exact" w:before="3622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 x4</w:t>
            </w:r>
          </w:p>
          <w:p>
            <w:pPr>
              <w:autoSpaceDN w:val="0"/>
              <w:autoSpaceDE w:val="0"/>
              <w:widowControl/>
              <w:spacing w:line="244" w:lineRule="exact" w:before="96" w:after="0"/>
              <w:ind w:left="42" w:right="4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 xml:space="preserve">5,2 </w:t>
            </w:r>
          </w:p>
          <w:p>
            <w:pPr>
              <w:autoSpaceDN w:val="0"/>
              <w:autoSpaceDE w:val="0"/>
              <w:widowControl/>
              <w:spacing w:line="244" w:lineRule="exact" w:before="148" w:after="0"/>
              <w:ind w:left="8" w:right="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40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42" w:after="0"/>
              <w:ind w:left="30" w:right="3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  <w:p>
            <w:pPr>
              <w:autoSpaceDN w:val="0"/>
              <w:autoSpaceDE w:val="0"/>
              <w:widowControl/>
              <w:spacing w:line="244" w:lineRule="exact" w:before="1942" w:after="0"/>
              <w:ind w:left="0" w:right="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  <w:p>
            <w:pPr>
              <w:autoSpaceDN w:val="0"/>
              <w:autoSpaceDE w:val="0"/>
              <w:widowControl/>
              <w:spacing w:line="244" w:lineRule="exact" w:before="1798" w:after="0"/>
              <w:ind w:left="0" w:right="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Nm</w:t>
            </w:r>
          </w:p>
          <w:p>
            <w:pPr>
              <w:autoSpaceDN w:val="0"/>
              <w:autoSpaceDE w:val="0"/>
              <w:widowControl/>
              <w:spacing w:line="244" w:lineRule="exact" w:before="122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6230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66" w:after="0"/>
              <w:ind w:left="1618" w:right="161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  <w:p>
            <w:pPr>
              <w:autoSpaceDN w:val="0"/>
              <w:autoSpaceDE w:val="0"/>
              <w:widowControl/>
              <w:spacing w:line="242" w:lineRule="exact" w:before="1954" w:after="0"/>
              <w:ind w:left="1832" w:right="183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  <w:p>
            <w:pPr>
              <w:autoSpaceDN w:val="0"/>
              <w:autoSpaceDE w:val="0"/>
              <w:widowControl/>
              <w:spacing w:line="242" w:lineRule="exact" w:before="388" w:after="0"/>
              <w:ind w:left="1576" w:right="15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10</w:t>
            </w:r>
          </w:p>
          <w:p>
            <w:pPr>
              <w:autoSpaceDN w:val="0"/>
              <w:autoSpaceDE w:val="0"/>
              <w:widowControl/>
              <w:spacing w:line="244" w:lineRule="exact" w:before="402" w:after="0"/>
              <w:ind w:left="1692" w:right="169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048.0" w:type="dxa"/>
      </w:tblPr>
      <w:tblGrid>
        <w:gridCol w:w="6120"/>
        <w:gridCol w:w="6120"/>
      </w:tblGrid>
      <w:tr>
        <w:trPr>
          <w:trHeight w:hRule="exact" w:val="902"/>
        </w:trPr>
        <w:tc>
          <w:tcPr>
            <w:tcW w:type="dxa" w:w="416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70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77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1160.0" w:type="dxa"/>
      </w:tblPr>
      <w:tblGrid>
        <w:gridCol w:w="3060"/>
        <w:gridCol w:w="3060"/>
        <w:gridCol w:w="3060"/>
        <w:gridCol w:w="3060"/>
      </w:tblGrid>
      <w:tr>
        <w:trPr>
          <w:trHeight w:hRule="exact" w:val="636"/>
        </w:trPr>
        <w:tc>
          <w:tcPr>
            <w:tcW w:type="dxa" w:w="255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8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3806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360"/>
        </w:trPr>
        <w:tc>
          <w:tcPr>
            <w:tcW w:type="dxa" w:w="255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6120"/>
            <w:gridSpan w:val="2"/>
            <w:vMerge/>
            <w:tcBorders/>
          </w:tcPr>
          <w:p/>
        </w:tc>
      </w:tr>
      <w:tr>
        <w:trPr>
          <w:trHeight w:hRule="exact" w:val="514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63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176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1756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51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96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72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73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Představec</w:t>
            </w:r>
          </w:p>
        </w:tc>
        <w:tc>
          <w:tcPr>
            <w:tcW w:type="dxa" w:w="53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06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03.99999999999977" w:type="dxa"/>
            </w:tblPr>
            <w:tblGrid>
              <w:gridCol w:w="266"/>
              <w:gridCol w:w="266"/>
            </w:tblGrid>
            <w:tr>
              <w:trPr>
                <w:trHeight w:hRule="exact" w:val="1196"/>
              </w:trPr>
              <w:tc>
                <w:tcPr>
                  <w:tcW w:type="dxa" w:w="144"/>
                  <w:vMerge w:val="restart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36"/>
              </w:trPr>
              <w:tc>
                <w:tcPr>
                  <w:tcW w:type="dxa" w:w="266"/>
                  <w:vMerge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25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724" w:after="0"/>
              <w:ind w:left="40" w:right="40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W5311617</w:t>
            </w:r>
          </w:p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64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73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5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Hvězdicová matice</w:t>
            </w:r>
          </w:p>
        </w:tc>
      </w:tr>
      <w:tr>
        <w:trPr>
          <w:trHeight w:hRule="exact" w:val="47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Podložky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473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Horní zátka</w:t>
            </w:r>
          </w:p>
        </w:tc>
      </w:tr>
      <w:tr>
        <w:trPr>
          <w:trHeight w:hRule="exact" w:val="47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473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Ložiska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W540243</w:t>
            </w:r>
          </w:p>
        </w:tc>
      </w:tr>
      <w:tr>
        <w:trPr>
          <w:trHeight w:hRule="exact" w:val="392"/>
        </w:trPr>
        <w:tc>
          <w:tcPr>
            <w:tcW w:type="dxa" w:w="77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6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Objímka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42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10</w:t>
            </w:r>
          </w:p>
        </w:tc>
        <w:tc>
          <w:tcPr>
            <w:tcW w:type="dxa" w:w="473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4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Dělený kroužek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W5316322</w:t>
            </w:r>
          </w:p>
        </w:tc>
      </w:tr>
      <w:tr>
        <w:trPr>
          <w:trHeight w:hRule="exact" w:val="232"/>
        </w:trPr>
        <w:tc>
          <w:tcPr>
            <w:tcW w:type="dxa" w:w="2040"/>
            <w:vMerge/>
            <w:tcBorders/>
          </w:tcPr>
          <w:p/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představce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394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4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Čelní panel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0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11</w:t>
            </w:r>
          </w:p>
        </w:tc>
        <w:tc>
          <w:tcPr>
            <w:tcW w:type="dxa" w:w="473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Redukce na spodní kroužek vidlice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W5283141</w:t>
            </w:r>
          </w:p>
        </w:tc>
      </w:tr>
      <w:tr>
        <w:trPr>
          <w:trHeight w:hRule="exact" w:val="996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29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82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12</w:t>
            </w:r>
          </w:p>
        </w:tc>
        <w:tc>
          <w:tcPr>
            <w:tcW w:type="dxa" w:w="473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Řídítka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W5319144</w:t>
            </w:r>
          </w:p>
        </w:tc>
      </w:tr>
    </w:tbl>
    <w:p>
      <w:pPr>
        <w:autoSpaceDN w:val="0"/>
        <w:autoSpaceDE w:val="0"/>
        <w:widowControl/>
        <w:spacing w:line="202" w:lineRule="exact" w:before="51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16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4344670</wp:posOffset>
            </wp:positionH>
            <wp:positionV relativeFrom="page">
              <wp:posOffset>852169</wp:posOffset>
            </wp:positionV>
            <wp:extent cx="3947159" cy="1899570"/>
            <wp:wrapNone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947159" cy="18995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1029969</wp:posOffset>
            </wp:positionV>
            <wp:extent cx="7263130" cy="6035678"/>
            <wp:wrapNone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263130" cy="603567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-3855720</wp:posOffset>
            </wp:positionH>
            <wp:positionV relativeFrom="page">
              <wp:posOffset>1094740</wp:posOffset>
            </wp:positionV>
            <wp:extent cx="10791190" cy="5193260"/>
            <wp:wrapNone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0791190" cy="51932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-3328670</wp:posOffset>
            </wp:positionH>
            <wp:positionV relativeFrom="page">
              <wp:posOffset>1216660</wp:posOffset>
            </wp:positionV>
            <wp:extent cx="10791190" cy="5193260"/>
            <wp:wrapNone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0791190" cy="51932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3042920</wp:posOffset>
            </wp:positionH>
            <wp:positionV relativeFrom="page">
              <wp:posOffset>2418080</wp:posOffset>
            </wp:positionV>
            <wp:extent cx="4906009" cy="2361017"/>
            <wp:wrapNone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906009" cy="236101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4036060</wp:posOffset>
            </wp:positionH>
            <wp:positionV relativeFrom="page">
              <wp:posOffset>4131310</wp:posOffset>
            </wp:positionV>
            <wp:extent cx="6324599" cy="3000890"/>
            <wp:wrapNone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324599" cy="30008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3783329</wp:posOffset>
            </wp:positionH>
            <wp:positionV relativeFrom="page">
              <wp:posOffset>4974590</wp:posOffset>
            </wp:positionV>
            <wp:extent cx="4202430" cy="2022419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20224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7228840</wp:posOffset>
            </wp:positionV>
            <wp:extent cx="191770" cy="191770"/>
            <wp:wrapNone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7282180</wp:posOffset>
            </wp:positionV>
            <wp:extent cx="191770" cy="191770"/>
            <wp:wrapNone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7532370</wp:posOffset>
            </wp:positionV>
            <wp:extent cx="191770" cy="187690"/>
            <wp:wrapNone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7586980</wp:posOffset>
            </wp:positionV>
            <wp:extent cx="191770" cy="191770"/>
            <wp:wrapNone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7835900</wp:posOffset>
            </wp:positionV>
            <wp:extent cx="191770" cy="187690"/>
            <wp:wrapNone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7890509</wp:posOffset>
            </wp:positionV>
            <wp:extent cx="191770" cy="195939"/>
            <wp:wrapNone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8139430</wp:posOffset>
            </wp:positionV>
            <wp:extent cx="191770" cy="191770"/>
            <wp:wrapNone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8213090</wp:posOffset>
            </wp:positionV>
            <wp:extent cx="191770" cy="191770"/>
            <wp:wrapNone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8442960</wp:posOffset>
            </wp:positionV>
            <wp:extent cx="191770" cy="191770"/>
            <wp:wrapNone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8536940</wp:posOffset>
            </wp:positionV>
            <wp:extent cx="191770" cy="195939"/>
            <wp:wrapNone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8747760</wp:posOffset>
            </wp:positionV>
            <wp:extent cx="191770" cy="187690"/>
            <wp:wrapNone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8840470</wp:posOffset>
            </wp:positionV>
            <wp:extent cx="191770" cy="191770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26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6" w:right="19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4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72"/>
        </w:trPr>
        <w:tc>
          <w:tcPr>
            <w:tcW w:type="dxa" w:w="1162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4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Kryt představce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6.0" w:type="dxa"/>
            </w:tblPr>
            <w:tblGrid>
              <w:gridCol w:w="11626"/>
            </w:tblGrid>
            <w:tr>
              <w:trPr>
                <w:trHeight w:hRule="exact" w:val="7560"/>
              </w:trPr>
              <w:tc>
                <w:tcPr>
                  <w:tcW w:type="dxa" w:w="10632"/>
                  <w:tcBorders>
                    <w:start w:sz="4.464000225067139" w:val="single" w:color="#FFFFFF"/>
                    <w:top w:sz="4.464000225067139" w:val="single" w:color="#FFFFFF"/>
                    <w:end w:sz="4.464000225067139" w:val="single" w:color="#FFFFFF"/>
                    <w:bottom w:sz="4.464000225067139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780" w:after="304"/>
                    <w:ind w:left="4256" w:right="425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618.419999718666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1028"/>
                    </w:trPr>
                    <w:tc>
                      <w:tcPr>
                        <w:tcW w:type="dxa" w:w="194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04" w:after="0"/>
                          <w:ind w:left="378" w:right="37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884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62" w:after="0"/>
                          <w:ind w:left="320" w:right="32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686" w:after="72"/>
                    <w:ind w:left="3514" w:right="351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684.419999718666" w:type="dxa"/>
                  </w:tblPr>
                  <w:tblGrid>
                    <w:gridCol w:w="10632"/>
                  </w:tblGrid>
                  <w:tr>
                    <w:trPr>
                      <w:trHeight w:hRule="exact" w:val="272"/>
                    </w:trPr>
                    <w:tc>
                      <w:tcPr>
                        <w:tcW w:type="dxa" w:w="626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856" w:after="0"/>
                    <w:ind w:left="3316" w:right="331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8.00000000000182" w:type="dxa"/>
            </w:tblPr>
            <w:tblGrid>
              <w:gridCol w:w="614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6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0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Nýty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W308963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Kryt představce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W5310988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Úchyt světla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W5310989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251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Šrouby (M3 x 6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W438743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214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17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-819150</wp:posOffset>
            </wp:positionH>
            <wp:positionV relativeFrom="page">
              <wp:posOffset>520700</wp:posOffset>
            </wp:positionV>
            <wp:extent cx="6046470" cy="2807830"/>
            <wp:wrapNone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046470" cy="280783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4183379</wp:posOffset>
            </wp:positionH>
            <wp:positionV relativeFrom="page">
              <wp:posOffset>704850</wp:posOffset>
            </wp:positionV>
            <wp:extent cx="3815079" cy="1771627"/>
            <wp:wrapNone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815079" cy="177162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4187190</wp:posOffset>
            </wp:positionH>
            <wp:positionV relativeFrom="page">
              <wp:posOffset>706120</wp:posOffset>
            </wp:positionV>
            <wp:extent cx="3810000" cy="1769269"/>
            <wp:wrapNone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7692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-1092200</wp:posOffset>
            </wp:positionH>
            <wp:positionV relativeFrom="page">
              <wp:posOffset>1037590</wp:posOffset>
            </wp:positionV>
            <wp:extent cx="9204960" cy="4274553"/>
            <wp:wrapNone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204960" cy="42745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4612640</wp:posOffset>
            </wp:positionH>
            <wp:positionV relativeFrom="page">
              <wp:posOffset>4112260</wp:posOffset>
            </wp:positionV>
            <wp:extent cx="3094990" cy="1437236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14372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5853430</wp:posOffset>
            </wp:positionV>
            <wp:extent cx="191770" cy="195939"/>
            <wp:wrapNone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6156960</wp:posOffset>
            </wp:positionV>
            <wp:extent cx="191770" cy="191770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6460490</wp:posOffset>
            </wp:positionV>
            <wp:extent cx="191770" cy="191770"/>
            <wp:wrapNone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6764020</wp:posOffset>
            </wp:positionV>
            <wp:extent cx="191770" cy="195939"/>
            <wp:wrapNone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611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538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Montáž představce</w:t>
            </w:r>
          </w:p>
        </w:tc>
        <w:tc>
          <w:tcPr>
            <w:tcW w:type="dxa" w:w="650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854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6"/>
        </w:trPr>
        <w:tc>
          <w:tcPr>
            <w:tcW w:type="dxa" w:w="4896"/>
            <w:gridSpan w:val="2"/>
            <w:vMerge/>
            <w:tcBorders/>
          </w:tcPr>
          <w:p/>
        </w:tc>
        <w:tc>
          <w:tcPr>
            <w:tcW w:type="dxa" w:w="65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70" w:right="7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3. </w:t>
            </w:r>
          </w:p>
        </w:tc>
        <w:tc>
          <w:tcPr>
            <w:tcW w:type="dxa" w:w="485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162" w:right="16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Dělený kroužek nasaďte na krk vidlice a usaďte ho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2.00000000000045" w:type="dxa"/>
            </w:tblPr>
            <w:tblGrid>
              <w:gridCol w:w="4854"/>
            </w:tblGrid>
            <w:tr>
              <w:trPr>
                <w:trHeight w:hRule="exact" w:val="9342"/>
              </w:trPr>
              <w:tc>
                <w:tcPr>
                  <w:tcW w:type="dxa" w:w="4590"/>
                  <w:tcBorders>
                    <w:start w:sz="5.375999927520752" w:val="single" w:color="#FFFFFF"/>
                    <w:top w:sz="5.375999927520752" w:val="single" w:color="#FFFFFF"/>
                    <w:end w:sz="5.375999927520752" w:val="single" w:color="#FFFFFF"/>
                    <w:bottom w:sz="5.375999927520752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8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1.280000090598605" w:type="dxa"/>
                  </w:tblPr>
                  <w:tblGrid>
                    <w:gridCol w:w="918"/>
                    <w:gridCol w:w="918"/>
                    <w:gridCol w:w="918"/>
                    <w:gridCol w:w="918"/>
                    <w:gridCol w:w="918"/>
                  </w:tblGrid>
                  <w:tr>
                    <w:trPr>
                      <w:trHeight w:hRule="exact" w:val="518"/>
                    </w:trPr>
                    <w:tc>
                      <w:tcPr>
                        <w:tcW w:type="dxa" w:w="2054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88" w:after="0"/>
                          <w:ind w:left="42" w:right="42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do hlavového složení.</w:t>
                        </w:r>
                      </w:p>
                    </w:tc>
                    <w:tc>
                      <w:tcPr>
                        <w:tcW w:type="dxa" w:w="616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03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57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980" w:after="0"/>
                          <w:ind w:left="176" w:right="17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786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836" w:after="0"/>
                          <w:ind w:left="174" w:right="17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hRule="exact" w:val="4732"/>
                    </w:trPr>
                    <w:tc>
                      <w:tcPr>
                        <w:tcW w:type="dxa" w:w="141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02" w:after="0"/>
                          <w:ind w:left="166" w:right="16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64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46" w:after="0"/>
                          <w:ind w:left="164" w:right="16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918"/>
                        <w:vMerge/>
                        <w:tcBorders/>
                      </w:tcPr>
                      <w:p/>
                    </w:tc>
                    <w:tc>
                      <w:tcPr>
                        <w:tcW w:type="dxa" w:w="918"/>
                        <w:vMerge/>
                        <w:tcBorders/>
                      </w:tcPr>
                      <w:p/>
                    </w:tc>
                    <w:tc>
                      <w:tcPr>
                        <w:tcW w:type="dxa" w:w="918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00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 tomto postupu je popsána kompletní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montáž, tj. když na rámu nejsou nainstalované žádné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376" w:right="37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komponenty. Pokud už některé komponenty namontované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86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máte, příslušné kroky přeskočte.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364" w:right="36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NEŽ ZAČNETE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: Všechny kabely, lanka, hadičky či bowdeny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86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musí vést dolní rámovou trubkou.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Při rozvádění kabelů musíte při montáži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594" w:right="5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hlavového složení vyjmout pohonnou jednotku a baterii,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330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abyste mohli upravit délku kabelů.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376"/>
        </w:trPr>
        <w:tc>
          <w:tcPr>
            <w:tcW w:type="dxa" w:w="10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8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1. </w:t>
            </w:r>
          </w:p>
        </w:tc>
        <w:tc>
          <w:tcPr>
            <w:tcW w:type="dxa" w:w="50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5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-107.99999999999997" w:type="dxa"/>
            </w:tblPr>
            <w:tblGrid>
              <w:gridCol w:w="2546"/>
              <w:gridCol w:w="2546"/>
            </w:tblGrid>
            <w:tr>
              <w:trPr>
                <w:trHeight w:hRule="exact" w:val="300"/>
              </w:trPr>
              <w:tc>
                <w:tcPr>
                  <w:tcW w:type="dxa" w:w="224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432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48" w:after="0"/>
                    <w:ind w:left="118" w:right="11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Promažte horní ložisko a otvory na ložiska.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-26" w:lineRule="exact" w:before="0" w:after="0"/>
              <w:ind w:left="0" w:right="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1.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10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2. </w:t>
            </w:r>
          </w:p>
        </w:tc>
        <w:tc>
          <w:tcPr>
            <w:tcW w:type="dxa" w:w="50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Kabely protáhněte horním ložiskem až ke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6454"/>
        </w:trPr>
        <w:tc>
          <w:tcPr>
            <w:tcW w:type="dxa" w:w="611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76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středovému složení.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170.0" w:type="dxa"/>
            </w:tblPr>
            <w:tblGrid>
              <w:gridCol w:w="6118"/>
            </w:tblGrid>
            <w:tr>
              <w:trPr>
                <w:trHeight w:hRule="exact" w:val="5152"/>
              </w:trPr>
              <w:tc>
                <w:tcPr>
                  <w:tcW w:type="dxa" w:w="4590"/>
                  <w:tcBorders>
                    <w:start w:sz="4.0" w:val="single" w:color="#FFFFFF"/>
                    <w:top w:sz="4.0" w:val="single" w:color="#FFFFFF"/>
                    <w:end w:sz="4.0" w:val="single" w:color="#FFFFFF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612.0" w:type="dxa"/>
      </w:tblPr>
      <w:tblGrid>
        <w:gridCol w:w="6120"/>
        <w:gridCol w:w="6120"/>
      </w:tblGrid>
      <w:tr>
        <w:trPr>
          <w:trHeight w:hRule="exact" w:val="3612"/>
        </w:trPr>
        <w:tc>
          <w:tcPr>
            <w:tcW w:type="dxa" w:w="38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54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  <w:p>
            <w:pPr>
              <w:autoSpaceDN w:val="0"/>
              <w:autoSpaceDE w:val="0"/>
              <w:widowControl/>
              <w:spacing w:line="244" w:lineRule="exact" w:before="236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  <w:p>
            <w:pPr>
              <w:autoSpaceDN w:val="0"/>
              <w:autoSpaceDE w:val="0"/>
              <w:widowControl/>
              <w:spacing w:line="244" w:lineRule="exact" w:before="234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  <w:p>
            <w:pPr>
              <w:autoSpaceDN w:val="0"/>
              <w:autoSpaceDE w:val="0"/>
              <w:widowControl/>
              <w:spacing w:line="244" w:lineRule="exact" w:before="234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  <w:p>
            <w:pPr>
              <w:autoSpaceDN w:val="0"/>
              <w:autoSpaceDE w:val="0"/>
              <w:widowControl/>
              <w:spacing w:line="244" w:lineRule="exact" w:before="234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338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5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přední brzdy</w:t>
            </w:r>
          </w:p>
          <w:p>
            <w:pPr>
              <w:autoSpaceDN w:val="0"/>
              <w:autoSpaceDE w:val="0"/>
              <w:widowControl/>
              <w:spacing w:line="226" w:lineRule="exact" w:before="25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ovladače</w:t>
            </w:r>
          </w:p>
          <w:p>
            <w:pPr>
              <w:autoSpaceDN w:val="0"/>
              <w:autoSpaceDE w:val="0"/>
              <w:widowControl/>
              <w:spacing w:line="226" w:lineRule="exact" w:before="25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světla</w:t>
            </w:r>
          </w:p>
          <w:p>
            <w:pPr>
              <w:autoSpaceDN w:val="0"/>
              <w:autoSpaceDE w:val="0"/>
              <w:widowControl/>
              <w:spacing w:line="228" w:lineRule="exact" w:before="25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Bowden přehazovačky</w:t>
            </w:r>
          </w:p>
          <w:p>
            <w:pPr>
              <w:autoSpaceDN w:val="0"/>
              <w:autoSpaceDE w:val="0"/>
              <w:widowControl/>
              <w:spacing w:line="228" w:lineRule="exact" w:before="25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zadní brzdy</w:t>
            </w:r>
          </w:p>
        </w:tc>
      </w:tr>
    </w:tbl>
    <w:p>
      <w:pPr>
        <w:autoSpaceDN w:val="0"/>
        <w:autoSpaceDE w:val="0"/>
        <w:widowControl/>
        <w:spacing w:line="202" w:lineRule="exact" w:before="91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18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-3053080</wp:posOffset>
            </wp:positionH>
            <wp:positionV relativeFrom="page">
              <wp:posOffset>121920</wp:posOffset>
            </wp:positionV>
            <wp:extent cx="17705070" cy="8400687"/>
            <wp:wrapNone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121920</wp:posOffset>
            </wp:positionV>
            <wp:extent cx="17705070" cy="8400687"/>
            <wp:wrapNone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121920</wp:posOffset>
            </wp:positionV>
            <wp:extent cx="17705070" cy="8400687"/>
            <wp:wrapNone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125730</wp:posOffset>
            </wp:positionV>
            <wp:extent cx="17705070" cy="8400687"/>
            <wp:wrapNone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-2952750</wp:posOffset>
            </wp:positionH>
            <wp:positionV relativeFrom="page">
              <wp:posOffset>670560</wp:posOffset>
            </wp:positionV>
            <wp:extent cx="11856720" cy="5706046"/>
            <wp:wrapNone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1856720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-2951480</wp:posOffset>
            </wp:positionH>
            <wp:positionV relativeFrom="page">
              <wp:posOffset>671830</wp:posOffset>
            </wp:positionV>
            <wp:extent cx="11857990" cy="5706658"/>
            <wp:wrapNone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7990" cy="57066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-2950210</wp:posOffset>
            </wp:positionH>
            <wp:positionV relativeFrom="page">
              <wp:posOffset>673100</wp:posOffset>
            </wp:positionV>
            <wp:extent cx="11856719" cy="5706046"/>
            <wp:wrapNone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56719" cy="570604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-1737360</wp:posOffset>
            </wp:positionH>
            <wp:positionV relativeFrom="page">
              <wp:posOffset>2726690</wp:posOffset>
            </wp:positionV>
            <wp:extent cx="7989570" cy="3790885"/>
            <wp:wrapNone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989570" cy="379088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-1741170</wp:posOffset>
            </wp:positionH>
            <wp:positionV relativeFrom="page">
              <wp:posOffset>2804160</wp:posOffset>
            </wp:positionV>
            <wp:extent cx="7989570" cy="3790885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989570" cy="379088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-1742439</wp:posOffset>
            </wp:positionH>
            <wp:positionV relativeFrom="page">
              <wp:posOffset>2805430</wp:posOffset>
            </wp:positionV>
            <wp:extent cx="7989569" cy="3790884"/>
            <wp:wrapNone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989569" cy="379088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-1741170</wp:posOffset>
            </wp:positionH>
            <wp:positionV relativeFrom="page">
              <wp:posOffset>2805430</wp:posOffset>
            </wp:positionV>
            <wp:extent cx="7989570" cy="3790885"/>
            <wp:wrapNone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989570" cy="379088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7115809</wp:posOffset>
            </wp:positionV>
            <wp:extent cx="193039" cy="193039"/>
            <wp:wrapNone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7419340</wp:posOffset>
            </wp:positionV>
            <wp:extent cx="193039" cy="193039"/>
            <wp:wrapNone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7722870</wp:posOffset>
            </wp:positionV>
            <wp:extent cx="193039" cy="188932"/>
            <wp:wrapNone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8026400</wp:posOffset>
            </wp:positionV>
            <wp:extent cx="193039" cy="188932"/>
            <wp:wrapNone/>
            <wp:docPr id="212" name="Picture 2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8329930</wp:posOffset>
            </wp:positionV>
            <wp:extent cx="193039" cy="193039"/>
            <wp:wrapNone/>
            <wp:docPr id="213" name="Picture 2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14" name="Picture 2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982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Mon</w:t>
            </w: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táž představce (pok</w:t>
            </w: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račování)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666.0" w:type="dxa"/>
            </w:tblPr>
            <w:tblGrid>
              <w:gridCol w:w="11622"/>
            </w:tblGrid>
            <w:tr>
              <w:trPr>
                <w:trHeight w:hRule="exact" w:val="6614"/>
              </w:trPr>
              <w:tc>
                <w:tcPr>
                  <w:tcW w:type="dxa" w:w="3598"/>
                  <w:tcBorders>
                    <w:start w:sz="4.0" w:val="single" w:color="#FFFFFF"/>
                    <w:end w:sz="4.0" w:val="single" w:color="#FFFFFF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tabs>
                <w:tab w:pos="1260" w:val="left"/>
                <w:tab w:pos="6480" w:val="left"/>
                <w:tab w:pos="6930" w:val="left"/>
              </w:tabs>
              <w:autoSpaceDE w:val="0"/>
              <w:widowControl/>
              <w:spacing w:line="-1278" w:lineRule="exact" w:before="0" w:after="1188"/>
              <w:ind w:left="810" w:right="66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Veďte kabely představcem a představec usaďte na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6.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Zarovnejte představec s předním kolem a volně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sloupek vidlice. </w:t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utáhněte všechny šrouby čelního panelu. Poté </w:t>
            </w:r>
            <w:r>
              <w:tab/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dva šrouby na levé straně a dále dva </w:t>
            </w:r>
            <w:r>
              <w:tab/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 na pravé straně.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0120.0" w:type="dxa"/>
            </w:tblPr>
            <w:tblGrid>
              <w:gridCol w:w="11622"/>
            </w:tblGrid>
            <w:tr>
              <w:trPr>
                <w:trHeight w:hRule="exact" w:val="274"/>
              </w:trPr>
              <w:tc>
                <w:tcPr>
                  <w:tcW w:type="dxa" w:w="794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5,2 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718" w:after="278"/>
              <w:ind w:left="9880" w:right="4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Nejdříve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tyto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240.0" w:type="dxa"/>
            </w:tblPr>
            <w:tblGrid>
              <w:gridCol w:w="5811"/>
              <w:gridCol w:w="5811"/>
            </w:tblGrid>
            <w:tr>
              <w:trPr>
                <w:trHeight w:hRule="exact" w:val="796"/>
              </w:trPr>
              <w:tc>
                <w:tcPr>
                  <w:tcW w:type="dxa" w:w="356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78" w:after="0"/>
                    <w:ind w:left="126" w:right="12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7. </w:t>
                  </w:r>
                </w:p>
              </w:tc>
              <w:tc>
                <w:tcPr>
                  <w:tcW w:type="dxa" w:w="445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64" w:after="0"/>
                    <w:ind w:left="128" w:right="12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Nasaďte objímku představce na řídítka a volně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utáhněte všechny čtyři šrouby.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26" w:lineRule="exact" w:before="52" w:after="274"/>
              <w:ind w:left="1276" w:right="127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Zářezy musí být zarovnané.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1092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74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5. </w:t>
                  </w:r>
                </w:p>
              </w:tc>
              <w:tc>
                <w:tcPr>
                  <w:tcW w:type="dxa" w:w="596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7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Nasaďte krytku.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58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408.0" w:type="dxa"/>
            </w:tblPr>
            <w:tblGrid>
              <w:gridCol w:w="11622"/>
            </w:tblGrid>
            <w:tr>
              <w:trPr>
                <w:trHeight w:hRule="exact" w:val="254"/>
              </w:trPr>
              <w:tc>
                <w:tcPr>
                  <w:tcW w:type="dxa" w:w="748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≤4 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240.0" w:type="dxa"/>
      </w:tblPr>
      <w:tblGrid>
        <w:gridCol w:w="6120"/>
        <w:gridCol w:w="6120"/>
      </w:tblGrid>
      <w:tr>
        <w:trPr>
          <w:trHeight w:hRule="exact" w:val="796"/>
        </w:trPr>
        <w:tc>
          <w:tcPr>
            <w:tcW w:type="dxa" w:w="356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768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55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1092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6278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2" w:lineRule="exact" w:before="705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19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-9790430</wp:posOffset>
            </wp:positionH>
            <wp:positionV relativeFrom="page">
              <wp:posOffset>-904240</wp:posOffset>
            </wp:positionV>
            <wp:extent cx="13881100" cy="6586293"/>
            <wp:wrapNone/>
            <wp:docPr id="215" name="Picture 2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-9789160</wp:posOffset>
            </wp:positionH>
            <wp:positionV relativeFrom="page">
              <wp:posOffset>-904240</wp:posOffset>
            </wp:positionV>
            <wp:extent cx="13881100" cy="6586293"/>
            <wp:wrapNone/>
            <wp:docPr id="216" name="Picture 2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-9789160</wp:posOffset>
            </wp:positionH>
            <wp:positionV relativeFrom="page">
              <wp:posOffset>-900430</wp:posOffset>
            </wp:positionV>
            <wp:extent cx="13881100" cy="6586293"/>
            <wp:wrapNone/>
            <wp:docPr id="217" name="Picture 2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991869</wp:posOffset>
            </wp:positionV>
            <wp:extent cx="9179560" cy="4355510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994410</wp:posOffset>
            </wp:positionV>
            <wp:extent cx="9179560" cy="4355510"/>
            <wp:wrapNone/>
            <wp:docPr id="219" name="Picture 2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995680</wp:posOffset>
            </wp:positionV>
            <wp:extent cx="9179560" cy="4355510"/>
            <wp:wrapNone/>
            <wp:docPr id="220" name="Picture 2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2645410</wp:posOffset>
            </wp:positionH>
            <wp:positionV relativeFrom="page">
              <wp:posOffset>1176020</wp:posOffset>
            </wp:positionV>
            <wp:extent cx="6292849" cy="2985826"/>
            <wp:wrapNone/>
            <wp:docPr id="221" name="Picture 2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292849" cy="298582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5883910</wp:posOffset>
            </wp:positionH>
            <wp:positionV relativeFrom="page">
              <wp:posOffset>2731770</wp:posOffset>
            </wp:positionV>
            <wp:extent cx="381000" cy="334945"/>
            <wp:wrapNone/>
            <wp:docPr id="222" name="Picture 2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349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2192020</wp:posOffset>
            </wp:positionH>
            <wp:positionV relativeFrom="page">
              <wp:posOffset>4003040</wp:posOffset>
            </wp:positionV>
            <wp:extent cx="6908800" cy="3278082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32780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4561840</wp:posOffset>
            </wp:positionH>
            <wp:positionV relativeFrom="page">
              <wp:posOffset>4304030</wp:posOffset>
            </wp:positionV>
            <wp:extent cx="2882900" cy="4742835"/>
            <wp:wrapNone/>
            <wp:docPr id="224" name="Picture 2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4742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-3001010</wp:posOffset>
            </wp:positionH>
            <wp:positionV relativeFrom="page">
              <wp:posOffset>4380230</wp:posOffset>
            </wp:positionV>
            <wp:extent cx="10533380" cy="4997869"/>
            <wp:wrapNone/>
            <wp:docPr id="225" name="Picture 2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0533380" cy="49978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2087880</wp:posOffset>
            </wp:positionH>
            <wp:positionV relativeFrom="page">
              <wp:posOffset>5398770</wp:posOffset>
            </wp:positionV>
            <wp:extent cx="708659" cy="244656"/>
            <wp:wrapNone/>
            <wp:docPr id="226" name="Picture 2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08659" cy="24465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3247390</wp:posOffset>
            </wp:positionH>
            <wp:positionV relativeFrom="page">
              <wp:posOffset>5941060</wp:posOffset>
            </wp:positionV>
            <wp:extent cx="5172710" cy="2454343"/>
            <wp:wrapNone/>
            <wp:docPr id="227" name="Picture 2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172710" cy="245434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3324860</wp:posOffset>
            </wp:positionH>
            <wp:positionV relativeFrom="page">
              <wp:posOffset>7362190</wp:posOffset>
            </wp:positionV>
            <wp:extent cx="4719320" cy="2239219"/>
            <wp:wrapNone/>
            <wp:docPr id="228" name="Picture 2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719320" cy="22392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29" name="Picture 2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11622"/>
            <w:gridSpan w:val="4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60"/>
        </w:trPr>
        <w:tc>
          <w:tcPr>
            <w:tcW w:type="dxa" w:w="11622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18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Montáž představce (pokračování)</w:t>
            </w:r>
          </w:p>
        </w:tc>
        <w:tc>
          <w:tcPr>
            <w:tcW w:type="dxa" w:w="618"/>
            <w:vMerge w:val="restart"/>
            <w:tcBorders>
              <w:bottom w:sz="6.0" w:val="single" w:color="#060808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84"/>
        </w:trPr>
        <w:tc>
          <w:tcPr>
            <w:tcW w:type="dxa" w:w="11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8. </w:t>
            </w:r>
          </w:p>
        </w:tc>
        <w:tc>
          <w:tcPr>
            <w:tcW w:type="dxa" w:w="499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poslední dva šrouby vzadu. Pak dotáhněte </w:t>
            </w:r>
          </w:p>
        </w:tc>
        <w:tc>
          <w:tcPr>
            <w:tcW w:type="dxa" w:w="548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346" w:right="34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10. Nasaďte kryt představce.</w:t>
            </w:r>
          </w:p>
        </w:tc>
        <w:tc>
          <w:tcPr>
            <w:tcW w:type="dxa" w:w="2448"/>
            <w:vMerge/>
            <w:tcBorders>
              <w:bottom w:sz="6.0" w:val="single" w:color="#060808"/>
            </w:tcBorders>
          </w:tcPr>
          <w:p/>
        </w:tc>
      </w:tr>
      <w:tr>
        <w:trPr>
          <w:trHeight w:hRule="exact" w:val="294"/>
        </w:trPr>
        <w:tc>
          <w:tcPr>
            <w:tcW w:type="dxa" w:w="114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210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9. </w:t>
            </w:r>
          </w:p>
        </w:tc>
        <w:tc>
          <w:tcPr>
            <w:tcW w:type="dxa" w:w="499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i dva šrouby vpředu. </w:t>
            </w:r>
          </w:p>
        </w:tc>
        <w:tc>
          <w:tcPr>
            <w:tcW w:type="dxa" w:w="548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06.0000000000002" w:type="dxa"/>
            </w:tblPr>
            <w:tblGrid>
              <w:gridCol w:w="5488"/>
            </w:tblGrid>
            <w:tr>
              <w:trPr>
                <w:trHeight w:hRule="exact" w:val="8412"/>
              </w:trPr>
              <w:tc>
                <w:tcPr>
                  <w:tcW w:type="dxa" w:w="4590"/>
                  <w:tcBorders>
                    <w:start w:sz="5.104000091552734" w:val="single" w:color="#FFFFFF"/>
                    <w:top w:sz="5.104000091552734" w:val="single" w:color="#FFFFFF"/>
                    <w:end w:sz="5.104000091552734" w:val="single" w:color="#FFFFFF"/>
                    <w:bottom w:sz="5.104000091552734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448"/>
            <w:vMerge/>
            <w:tcBorders>
              <w:bottom w:sz="6.0" w:val="single" w:color="#060808"/>
            </w:tcBorders>
          </w:tcPr>
          <w:p/>
        </w:tc>
      </w:tr>
      <w:tr>
        <w:trPr>
          <w:trHeight w:hRule="exact" w:val="278"/>
        </w:trPr>
        <w:tc>
          <w:tcPr>
            <w:tcW w:type="dxa" w:w="2448"/>
            <w:vMerge/>
            <w:tcBorders/>
          </w:tcPr>
          <w:p/>
        </w:tc>
        <w:tc>
          <w:tcPr>
            <w:tcW w:type="dxa" w:w="499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4" w:after="0"/>
              <w:ind w:left="1568" w:right="156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Nejdříve dotáhněte 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>
              <w:bottom w:sz="6.0" w:val="single" w:color="#060808"/>
            </w:tcBorders>
          </w:tcPr>
          <w:p/>
        </w:tc>
      </w:tr>
      <w:tr>
        <w:trPr>
          <w:trHeight w:hRule="exact" w:val="1458"/>
        </w:trPr>
        <w:tc>
          <w:tcPr>
            <w:tcW w:type="dxa" w:w="2448"/>
            <w:vMerge/>
            <w:tcBorders/>
          </w:tcPr>
          <w:p/>
        </w:tc>
        <w:tc>
          <w:tcPr>
            <w:tcW w:type="dxa" w:w="1410"/>
            <w:tcBorders>
              <w:bottom w:sz="6.0" w:val="single" w:color="#060808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60.0" w:type="dxa"/>
            </w:tblPr>
            <w:tblGrid>
              <w:gridCol w:w="1410"/>
            </w:tblGrid>
            <w:tr>
              <w:trPr>
                <w:trHeight w:hRule="exact" w:val="254"/>
              </w:trPr>
              <w:tc>
                <w:tcPr>
                  <w:tcW w:type="dxa" w:w="792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5,2 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580"/>
            <w:tcBorders>
              <w:bottom w:sz="6.0" w:val="single" w:color="#060808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158" w:right="1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tyto šrouby.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2448"/>
            <w:vMerge/>
            <w:tcBorders>
              <w:bottom w:sz="6.0" w:val="single" w:color="#060808"/>
            </w:tcBorders>
          </w:tcPr>
          <w:p/>
        </w:tc>
      </w:tr>
      <w:tr>
        <w:trPr>
          <w:trHeight w:hRule="exact" w:val="6524"/>
        </w:trPr>
        <w:tc>
          <w:tcPr>
            <w:tcW w:type="dxa" w:w="2448"/>
            <w:vMerge/>
            <w:tcBorders/>
          </w:tcPr>
          <w:p/>
        </w:tc>
        <w:tc>
          <w:tcPr>
            <w:tcW w:type="dxa" w:w="4990"/>
            <w:gridSpan w:val="2"/>
            <w:tcBorders>
              <w:top w:sz="6.0" w:val="single" w:color="#060808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172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Namontujte úchyt světla.</w:t>
            </w:r>
          </w:p>
        </w:tc>
        <w:tc>
          <w:tcPr>
            <w:tcW w:type="dxa" w:w="2448"/>
            <w:vMerge/>
            <w:tcBorders/>
          </w:tcPr>
          <w:p/>
        </w:tc>
        <w:tc>
          <w:tcPr>
            <w:tcW w:type="dxa" w:w="618"/>
            <w:tcBorders>
              <w:top w:sz="6.0" w:val="single" w:color="#060808"/>
            </w:tcBorders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28" w:lineRule="exact" w:before="134" w:after="0"/>
        <w:ind w:left="828" w:right="828" w:firstLine="0"/>
        <w:jc w:val="righ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 xml:space="preserve">11. Připojte páčky na řídítkách a komponenty e-systému. </w:t>
      </w:r>
    </w:p>
    <w:p>
      <w:pPr>
        <w:autoSpaceDN w:val="0"/>
        <w:autoSpaceDE w:val="0"/>
        <w:widowControl/>
        <w:spacing w:line="242" w:lineRule="exact" w:before="1462" w:after="0"/>
        <w:ind w:left="5106" w:right="5106" w:firstLine="0"/>
        <w:jc w:val="left"/>
      </w:pPr>
      <w:r>
        <w:rPr>
          <w:rFonts w:ascii="ITCAvantGardePro" w:hAnsi="ITCAvantGardePro" w:eastAsia="ITCAvantGardePro"/>
          <w:b w:val="0"/>
          <w:i w:val="0"/>
          <w:color w:val="000000"/>
          <w:sz w:val="20"/>
        </w:rPr>
        <w:t>1 Nm</w:t>
      </w:r>
    </w:p>
    <w:p>
      <w:pPr>
        <w:autoSpaceDN w:val="0"/>
        <w:autoSpaceDE w:val="0"/>
        <w:widowControl/>
        <w:spacing w:line="202" w:lineRule="exact" w:before="278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20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3335020</wp:posOffset>
            </wp:positionH>
            <wp:positionV relativeFrom="page">
              <wp:posOffset>852169</wp:posOffset>
            </wp:positionV>
            <wp:extent cx="4851400" cy="2252869"/>
            <wp:wrapNone/>
            <wp:docPr id="230" name="Picture 2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22528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-725170</wp:posOffset>
            </wp:positionH>
            <wp:positionV relativeFrom="page">
              <wp:posOffset>1367790</wp:posOffset>
            </wp:positionV>
            <wp:extent cx="5850890" cy="2776125"/>
            <wp:wrapNone/>
            <wp:docPr id="231" name="Picture 2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277612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1560830</wp:posOffset>
            </wp:positionH>
            <wp:positionV relativeFrom="page">
              <wp:posOffset>1651000</wp:posOffset>
            </wp:positionV>
            <wp:extent cx="1023619" cy="577102"/>
            <wp:wrapNone/>
            <wp:docPr id="232" name="Picture 2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023619" cy="57710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2974340</wp:posOffset>
            </wp:positionV>
            <wp:extent cx="2994659" cy="1635605"/>
            <wp:wrapNone/>
            <wp:docPr id="233" name="Picture 2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994659" cy="16356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2974340</wp:posOffset>
            </wp:positionV>
            <wp:extent cx="2995929" cy="1636299"/>
            <wp:wrapNone/>
            <wp:docPr id="234" name="Picture 2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995929" cy="163629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2975610</wp:posOffset>
            </wp:positionV>
            <wp:extent cx="2994659" cy="1635605"/>
            <wp:wrapNone/>
            <wp:docPr id="235" name="Picture 2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994659" cy="16356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317500</wp:posOffset>
            </wp:positionH>
            <wp:positionV relativeFrom="page">
              <wp:posOffset>3911600</wp:posOffset>
            </wp:positionV>
            <wp:extent cx="4009390" cy="1902372"/>
            <wp:wrapNone/>
            <wp:docPr id="236" name="Picture 2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009390" cy="190237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1753870</wp:posOffset>
            </wp:positionH>
            <wp:positionV relativeFrom="page">
              <wp:posOffset>4491990</wp:posOffset>
            </wp:positionV>
            <wp:extent cx="172719" cy="148045"/>
            <wp:wrapNone/>
            <wp:docPr id="237" name="Picture 2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72719" cy="1480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4102100</wp:posOffset>
            </wp:positionH>
            <wp:positionV relativeFrom="page">
              <wp:posOffset>4767580</wp:posOffset>
            </wp:positionV>
            <wp:extent cx="3615690" cy="1679036"/>
            <wp:wrapNone/>
            <wp:docPr id="238" name="Picture 2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16790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4105910</wp:posOffset>
            </wp:positionH>
            <wp:positionV relativeFrom="page">
              <wp:posOffset>4768850</wp:posOffset>
            </wp:positionV>
            <wp:extent cx="3610610" cy="1676677"/>
            <wp:wrapNone/>
            <wp:docPr id="239" name="Picture 2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16766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518159</wp:posOffset>
            </wp:positionH>
            <wp:positionV relativeFrom="page">
              <wp:posOffset>6045200</wp:posOffset>
            </wp:positionV>
            <wp:extent cx="4644390" cy="2203666"/>
            <wp:wrapNone/>
            <wp:docPr id="240" name="Picture 2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220366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2774950</wp:posOffset>
            </wp:positionH>
            <wp:positionV relativeFrom="page">
              <wp:posOffset>7162800</wp:posOffset>
            </wp:positionV>
            <wp:extent cx="825500" cy="741266"/>
            <wp:wrapNone/>
            <wp:docPr id="241" name="Picture 2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74126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42" name="Picture 2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530"/>
        <w:gridCol w:w="1530"/>
        <w:gridCol w:w="1530"/>
        <w:gridCol w:w="1530"/>
        <w:gridCol w:w="1530"/>
        <w:gridCol w:w="1530"/>
        <w:gridCol w:w="1530"/>
        <w:gridCol w:w="1530"/>
      </w:tblGrid>
      <w:tr>
        <w:trPr>
          <w:trHeight w:hRule="exact" w:val="234"/>
        </w:trPr>
        <w:tc>
          <w:tcPr>
            <w:tcW w:type="dxa" w:w="11624"/>
            <w:gridSpan w:val="7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Verve+ 1, 2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580"/>
        </w:trPr>
        <w:tc>
          <w:tcPr>
            <w:tcW w:type="dxa" w:w="11624"/>
            <w:gridSpan w:val="7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258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Hlavové složení – standardní představec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11624"/>
            </w:tblGrid>
            <w:tr>
              <w:trPr>
                <w:trHeight w:hRule="exact" w:val="9328"/>
              </w:trPr>
              <w:tc>
                <w:tcPr>
                  <w:tcW w:type="dxa" w:w="10632"/>
                  <w:tcBorders>
                    <w:start w:sz="4.943999767303467" w:val="single" w:color="#FFFFFF"/>
                    <w:top w:sz="4.943999767303467" w:val="single" w:color="#FFFFFF"/>
                    <w:end w:sz="4.943999767303467" w:val="single" w:color="#FFFFFF"/>
                    <w:bottom w:sz="4.94399976730346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546" w:after="336"/>
                    <w:ind w:left="1296" w:right="129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817.8200002908707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714"/>
                    </w:trPr>
                    <w:tc>
                      <w:tcPr>
                        <w:tcW w:type="dxa" w:w="265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8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815.9999999999995" w:type="dxa"/>
                        </w:tblPr>
                        <w:tblGrid>
                          <w:gridCol w:w="2650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7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323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36" w:after="0"/>
                          <w:ind w:left="204" w:right="20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46" w:after="128"/>
                    <w:ind w:left="3468" w:right="3468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6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97.8200002908707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792"/>
                    </w:trPr>
                    <w:tc>
                      <w:tcPr>
                        <w:tcW w:type="dxa" w:w="357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12" w:after="0"/>
                          <w:ind w:left="698" w:right="69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461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26" w:after="0"/>
                          <w:ind w:left="1734" w:right="173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340" w:after="376"/>
                    <w:ind w:left="1482" w:right="148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41.8200002908704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702"/>
                    </w:trPr>
                    <w:tc>
                      <w:tcPr>
                        <w:tcW w:type="dxa" w:w="305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74" w:after="0"/>
                          <w:ind w:left="842" w:right="84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446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24" w:after="0"/>
                          <w:ind w:left="2104" w:right="210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32" w:after="946"/>
                    <w:ind w:left="4306" w:right="430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6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161.82000029087" w:type="dxa"/>
                  </w:tblPr>
                  <w:tblGrid>
                    <w:gridCol w:w="2658"/>
                    <w:gridCol w:w="2658"/>
                    <w:gridCol w:w="2658"/>
                    <w:gridCol w:w="2658"/>
                  </w:tblGrid>
                  <w:tr>
                    <w:trPr>
                      <w:trHeight w:hRule="exact" w:val="2052"/>
                    </w:trPr>
                    <w:tc>
                      <w:tcPr>
                        <w:tcW w:type="dxa" w:w="346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944" w:after="0"/>
                          <w:ind w:left="80" w:right="8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10</w:t>
                        </w:r>
                      </w:p>
                    </w:tc>
                    <w:tc>
                      <w:tcPr>
                        <w:tcW w:type="dxa" w:w="14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630" w:after="0"/>
                          <w:ind w:left="78" w:right="7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type="dxa" w:w="141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654" w:after="0"/>
                          <w:ind w:left="132" w:right="13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68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078" w:after="0"/>
                          <w:ind w:left="132" w:right="13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9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154" w:after="0"/>
                    <w:ind w:left="2448" w:right="2448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12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59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7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164"/>
            <w:gridSpan w:val="2"/>
            <w:tcBorders>
              <w:end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8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 (M8 × 33 mm)</w:t>
            </w:r>
          </w:p>
        </w:tc>
        <w:tc>
          <w:tcPr>
            <w:tcW w:type="dxa" w:w="2534"/>
            <w:gridSpan w:val="3"/>
            <w:tcBorders>
              <w:start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9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6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0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Redukce na spodní kroužek vidlice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W5283141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47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27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0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Zátka představce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602179</w:t>
            </w:r>
          </w:p>
        </w:tc>
        <w:tc>
          <w:tcPr>
            <w:tcW w:type="dxa" w:w="534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06.00000000000023" w:type="dxa"/>
            </w:tblPr>
            <w:tblGrid>
              <w:gridCol w:w="267"/>
              <w:gridCol w:w="267"/>
            </w:tblGrid>
            <w:tr>
              <w:trPr>
                <w:trHeight w:hRule="exact" w:val="478"/>
              </w:trPr>
              <w:tc>
                <w:tcPr>
                  <w:tcW w:type="dxa" w:w="144"/>
                  <w:vMerge w:val="restart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520"/>
              </w:trPr>
              <w:tc>
                <w:tcPr>
                  <w:tcW w:type="dxa" w:w="267"/>
                  <w:vMerge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48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510" w:after="0"/>
              <w:ind w:left="40" w:right="40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5262988</w:t>
            </w:r>
          </w:p>
        </w:tc>
        <w:tc>
          <w:tcPr>
            <w:tcW w:type="dxa" w:w="97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8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46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8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Bowden přehazovačky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392"/>
        </w:trPr>
        <w:tc>
          <w:tcPr>
            <w:tcW w:type="dxa" w:w="12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7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27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Nastavitelný představec </w:t>
            </w:r>
          </w:p>
        </w:tc>
        <w:tc>
          <w:tcPr>
            <w:tcW w:type="dxa" w:w="3060"/>
            <w:gridSpan w:val="2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  <w:tc>
          <w:tcPr>
            <w:tcW w:type="dxa" w:w="97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86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46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96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zadní brzdy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310"/>
        </w:trPr>
        <w:tc>
          <w:tcPr>
            <w:tcW w:type="dxa" w:w="1530"/>
            <w:vMerge/>
            <w:tcBorders/>
          </w:tcPr>
          <w:p/>
        </w:tc>
        <w:tc>
          <w:tcPr>
            <w:tcW w:type="dxa" w:w="27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(85 mm)</w:t>
            </w:r>
          </w:p>
        </w:tc>
        <w:tc>
          <w:tcPr>
            <w:tcW w:type="dxa" w:w="3060"/>
            <w:gridSpan w:val="2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  <w:tc>
          <w:tcPr>
            <w:tcW w:type="dxa" w:w="97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2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10</w:t>
            </w:r>
          </w:p>
        </w:tc>
        <w:tc>
          <w:tcPr>
            <w:tcW w:type="dxa" w:w="464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4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přední brzdy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32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270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Kryt ložiska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W5260269</w:t>
            </w:r>
          </w:p>
        </w:tc>
        <w:tc>
          <w:tcPr>
            <w:tcW w:type="dxa" w:w="3060"/>
            <w:gridSpan w:val="2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2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3164"/>
            <w:gridSpan w:val="2"/>
            <w:tcBorders>
              <w:end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Dělený kroužek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5319267</w:t>
            </w:r>
          </w:p>
        </w:tc>
        <w:tc>
          <w:tcPr>
            <w:tcW w:type="dxa" w:w="2534"/>
            <w:gridSpan w:val="3"/>
            <w:tcBorders>
              <w:start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6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11</w:t>
            </w:r>
          </w:p>
        </w:tc>
        <w:tc>
          <w:tcPr>
            <w:tcW w:type="dxa" w:w="46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6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ovladače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242"/>
        </w:trPr>
        <w:tc>
          <w:tcPr>
            <w:tcW w:type="dxa" w:w="6978"/>
            <w:gridSpan w:val="6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6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12</w:t>
            </w:r>
          </w:p>
        </w:tc>
        <w:tc>
          <w:tcPr>
            <w:tcW w:type="dxa" w:w="46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6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světla</w:t>
            </w:r>
          </w:p>
        </w:tc>
        <w:tc>
          <w:tcPr>
            <w:tcW w:type="dxa" w:w="1530"/>
            <w:vMerge/>
            <w:tcBorders/>
          </w:tcPr>
          <w:p/>
        </w:tc>
      </w:tr>
      <w:tr>
        <w:trPr>
          <w:trHeight w:hRule="exact" w:val="69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0" w:lineRule="exact" w:before="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0344"/>
            <w:gridSpan w:val="6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4" w:lineRule="exact" w:before="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Ložiska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W540243</w:t>
            </w:r>
          </w:p>
        </w:tc>
        <w:tc>
          <w:tcPr>
            <w:tcW w:type="dxa" w:w="153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46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21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3995420</wp:posOffset>
            </wp:positionH>
            <wp:positionV relativeFrom="page">
              <wp:posOffset>422909</wp:posOffset>
            </wp:positionV>
            <wp:extent cx="6325870" cy="3001494"/>
            <wp:wrapNone/>
            <wp:docPr id="243" name="Picture 2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325870" cy="300149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-4728210</wp:posOffset>
            </wp:positionH>
            <wp:positionV relativeFrom="page">
              <wp:posOffset>1047750</wp:posOffset>
            </wp:positionV>
            <wp:extent cx="9536430" cy="4589407"/>
            <wp:wrapNone/>
            <wp:docPr id="244" name="Picture 2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9536430" cy="458940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3415029</wp:posOffset>
            </wp:positionH>
            <wp:positionV relativeFrom="page">
              <wp:posOffset>1376680</wp:posOffset>
            </wp:positionV>
            <wp:extent cx="4202430" cy="2022419"/>
            <wp:wrapNone/>
            <wp:docPr id="245" name="Picture 2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20224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3886200</wp:posOffset>
            </wp:positionH>
            <wp:positionV relativeFrom="page">
              <wp:posOffset>3587750</wp:posOffset>
            </wp:positionV>
            <wp:extent cx="3473450" cy="3557655"/>
            <wp:wrapNone/>
            <wp:docPr id="246" name="Picture 2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473450" cy="355765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7247890</wp:posOffset>
            </wp:positionV>
            <wp:extent cx="191770" cy="187690"/>
            <wp:wrapNone/>
            <wp:docPr id="247" name="Picture 2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7298690</wp:posOffset>
            </wp:positionV>
            <wp:extent cx="191770" cy="191770"/>
            <wp:wrapNone/>
            <wp:docPr id="248" name="Picture 2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7551420</wp:posOffset>
            </wp:positionV>
            <wp:extent cx="191770" cy="191770"/>
            <wp:wrapNone/>
            <wp:docPr id="249" name="Picture 2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7647940</wp:posOffset>
            </wp:positionV>
            <wp:extent cx="191770" cy="195939"/>
            <wp:wrapNone/>
            <wp:docPr id="250" name="Picture 2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7854950</wp:posOffset>
            </wp:positionV>
            <wp:extent cx="191770" cy="191770"/>
            <wp:wrapNone/>
            <wp:docPr id="251" name="Picture 2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7971790</wp:posOffset>
            </wp:positionV>
            <wp:extent cx="191770" cy="191770"/>
            <wp:wrapNone/>
            <wp:docPr id="252" name="Picture 2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8158480</wp:posOffset>
            </wp:positionV>
            <wp:extent cx="191770" cy="187690"/>
            <wp:wrapNone/>
            <wp:docPr id="253" name="Picture 2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8294370</wp:posOffset>
            </wp:positionV>
            <wp:extent cx="191770" cy="191770"/>
            <wp:wrapNone/>
            <wp:docPr id="254" name="Picture 2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8462010</wp:posOffset>
            </wp:positionV>
            <wp:extent cx="191770" cy="187690"/>
            <wp:wrapNone/>
            <wp:docPr id="255" name="Picture 2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8597900</wp:posOffset>
            </wp:positionV>
            <wp:extent cx="191770" cy="191770"/>
            <wp:wrapNone/>
            <wp:docPr id="256" name="Picture 2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8766810</wp:posOffset>
            </wp:positionV>
            <wp:extent cx="191770" cy="191770"/>
            <wp:wrapNone/>
            <wp:docPr id="257" name="Picture 2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8902700</wp:posOffset>
            </wp:positionV>
            <wp:extent cx="191770" cy="195939"/>
            <wp:wrapNone/>
            <wp:docPr id="258" name="Picture 2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59" name="Picture 2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11648"/>
            <w:gridSpan w:val="4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68" w:right="16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Verve+ 1, 2 2024 </w:t>
            </w:r>
          </w:p>
        </w:tc>
        <w:tc>
          <w:tcPr>
            <w:tcW w:type="dxa" w:w="592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2388"/>
        </w:trPr>
        <w:tc>
          <w:tcPr>
            <w:tcW w:type="dxa" w:w="11648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52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Kryt řetězu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8.0" w:type="dxa"/>
            </w:tblPr>
            <w:tblGrid>
              <w:gridCol w:w="11648"/>
            </w:tblGrid>
            <w:tr>
              <w:trPr>
                <w:trHeight w:hRule="exact" w:val="11428"/>
              </w:trPr>
              <w:tc>
                <w:tcPr>
                  <w:tcW w:type="dxa" w:w="10644"/>
                  <w:tcBorders>
                    <w:start w:sz="5.48799991607666" w:val="single" w:color="#FFFFFF"/>
                    <w:top w:sz="5.48799991607666" w:val="single" w:color="#FFFFFF"/>
                    <w:end w:sz="5.48799991607666" w:val="single" w:color="#FFFFFF"/>
                    <w:bottom w:sz="5.48799991607666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9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95.1400001049042" w:type="dxa"/>
                  </w:tblPr>
                  <w:tblGrid>
                    <w:gridCol w:w="2661"/>
                    <w:gridCol w:w="2661"/>
                    <w:gridCol w:w="2661"/>
                    <w:gridCol w:w="2661"/>
                  </w:tblGrid>
                  <w:tr>
                    <w:trPr>
                      <w:trHeight w:hRule="exact" w:val="428"/>
                    </w:trPr>
                    <w:tc>
                      <w:tcPr>
                        <w:tcW w:type="dxa" w:w="3124"/>
                        <w:vMerge w:val="restart"/>
                        <w:tcBorders>
                          <w:top w:sz="6.0" w:val="single" w:color="#221F1F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68" w:after="0"/>
                          <w:ind w:left="0" w:right="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4586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24" w:after="0"/>
                          <w:ind w:left="860" w:right="86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842"/>
                        <w:vMerge w:val="restart"/>
                        <w:tcBorders>
                          <w:top w:sz="6.0" w:val="single" w:color="#221F1F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60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144"/>
                        <w:vMerge w:val="restart"/>
                        <w:tcBorders>
                          <w:top w:sz="6.0" w:val="single" w:color="#221F1F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24" w:after="0"/>
                          <w:ind w:left="348" w:right="34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hRule="exact" w:val="644"/>
                    </w:trPr>
                    <w:tc>
                      <w:tcPr>
                        <w:tcW w:type="dxa" w:w="2661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458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44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3570.0" w:type="dxa"/>
                        </w:tblPr>
                        <w:tblGrid>
                          <w:gridCol w:w="4586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2661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2661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204" w:after="132"/>
                    <w:ind w:left="3608" w:right="360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17.14000010490423" w:type="dxa"/>
                  </w:tblPr>
                  <w:tblGrid>
                    <w:gridCol w:w="5322"/>
                    <w:gridCol w:w="5322"/>
                  </w:tblGrid>
                  <w:tr>
                    <w:trPr>
                      <w:trHeight w:hRule="exact" w:val="480"/>
                    </w:trPr>
                    <w:tc>
                      <w:tcPr>
                        <w:tcW w:type="dxa" w:w="51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2" w:after="0"/>
                          <w:ind w:left="418" w:right="41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489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02" w:after="0"/>
                          <w:ind w:left="192" w:right="19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751.1400001049042" w:type="dxa"/>
                  </w:tblPr>
                  <w:tblGrid>
                    <w:gridCol w:w="10644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2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602" w:after="0"/>
                    <w:ind w:left="2080" w:right="208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772" w:after="72"/>
                    <w:ind w:left="3116" w:right="311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53.1400001049043" w:type="dxa"/>
                  </w:tblPr>
                  <w:tblGrid>
                    <w:gridCol w:w="5322"/>
                    <w:gridCol w:w="5322"/>
                  </w:tblGrid>
                  <w:tr>
                    <w:trPr>
                      <w:trHeight w:hRule="exact" w:val="504"/>
                    </w:trPr>
                    <w:tc>
                      <w:tcPr>
                        <w:tcW w:type="dxa" w:w="36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46" w:after="0"/>
                          <w:ind w:left="852" w:right="85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446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4" w:after="0"/>
                          <w:ind w:left="1668" w:right="166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04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7319.140000104904" w:type="dxa"/>
                  </w:tblPr>
                  <w:tblGrid>
                    <w:gridCol w:w="10644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26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82" w:after="0"/>
                    <w:ind w:left="3314" w:right="331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048" w:after="0"/>
                    <w:ind w:left="296" w:right="29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362" w:after="0"/>
                    <w:ind w:left="2832" w:right="2832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6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432" w:after="34"/>
                    <w:ind w:left="540" w:right="54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99.1400001049043" w:type="dxa"/>
                  </w:tblPr>
                  <w:tblGrid>
                    <w:gridCol w:w="5322"/>
                    <w:gridCol w:w="5322"/>
                  </w:tblGrid>
                  <w:tr>
                    <w:trPr>
                      <w:trHeight w:hRule="exact" w:val="452"/>
                    </w:trPr>
                    <w:tc>
                      <w:tcPr>
                        <w:tcW w:type="dxa" w:w="404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02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700.0" w:type="dxa"/>
                        </w:tblPr>
                        <w:tblGrid>
                          <w:gridCol w:w="4044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435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2" w:after="0"/>
                          <w:ind w:left="1530" w:right="153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66" w:after="278"/>
                    <w:ind w:left="1418" w:right="141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521.140000104904" w:type="dxa"/>
                  </w:tblPr>
                  <w:tblGrid>
                    <w:gridCol w:w="3548"/>
                    <w:gridCol w:w="3548"/>
                    <w:gridCol w:w="3548"/>
                  </w:tblGrid>
                  <w:tr>
                    <w:trPr>
                      <w:trHeight w:hRule="exact" w:val="2008"/>
                    </w:trPr>
                    <w:tc>
                      <w:tcPr>
                        <w:tcW w:type="dxa" w:w="328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634" w:after="0"/>
                          <w:ind w:left="442" w:right="44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128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6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440.0" w:type="dxa"/>
                        </w:tblPr>
                        <w:tblGrid>
                          <w:gridCol w:w="1128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950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44" w:after="0"/>
                          <w:ind w:left="90" w:right="9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59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66.00000000000136" w:type="dxa"/>
            </w:tblPr>
            <w:tblGrid>
              <w:gridCol w:w="592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51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0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480"/>
            <w:tcBorders>
              <w:end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1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Šrouby (M5 × 8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W549307</w:t>
            </w:r>
          </w:p>
        </w:tc>
        <w:tc>
          <w:tcPr>
            <w:tcW w:type="dxa" w:w="2188"/>
            <w:tcBorders>
              <w:start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04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4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14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Koncová část krytu řetězu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7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480"/>
            <w:tcBorders>
              <w:end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Podložky (M5)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5317316</w:t>
            </w:r>
          </w:p>
        </w:tc>
        <w:tc>
          <w:tcPr>
            <w:tcW w:type="dxa" w:w="2188"/>
            <w:tcBorders>
              <w:start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6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4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Úchyt řetězové vzpěry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W558816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79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3480"/>
            <w:tcBorders>
              <w:end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7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Kryt řetězu</w:t>
            </w:r>
          </w:p>
        </w:tc>
        <w:tc>
          <w:tcPr>
            <w:tcW w:type="dxa" w:w="2188"/>
            <w:tcBorders>
              <w:start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66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47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76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Úchyt pohonné jednotky</w:t>
            </w:r>
          </w:p>
        </w:tc>
        <w:tc>
          <w:tcPr>
            <w:tcW w:type="dxa" w:w="2448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37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23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-1079500</wp:posOffset>
            </wp:positionH>
            <wp:positionV relativeFrom="page">
              <wp:posOffset>798830</wp:posOffset>
            </wp:positionV>
            <wp:extent cx="6033770" cy="2862898"/>
            <wp:wrapNone/>
            <wp:docPr id="260" name="Picture 2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286289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1821180</wp:posOffset>
            </wp:positionH>
            <wp:positionV relativeFrom="page">
              <wp:posOffset>1125220</wp:posOffset>
            </wp:positionV>
            <wp:extent cx="7388860" cy="3505860"/>
            <wp:wrapNone/>
            <wp:docPr id="261" name="Picture 2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388860" cy="35058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782320</wp:posOffset>
            </wp:positionH>
            <wp:positionV relativeFrom="page">
              <wp:posOffset>3211830</wp:posOffset>
            </wp:positionV>
            <wp:extent cx="4479290" cy="3393062"/>
            <wp:wrapNone/>
            <wp:docPr id="262" name="Picture 2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479290" cy="339306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1014730</wp:posOffset>
            </wp:positionH>
            <wp:positionV relativeFrom="page">
              <wp:posOffset>5469890</wp:posOffset>
            </wp:positionV>
            <wp:extent cx="6977380" cy="3310621"/>
            <wp:wrapNone/>
            <wp:docPr id="263" name="Picture 2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977380" cy="33106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4908550</wp:posOffset>
            </wp:positionH>
            <wp:positionV relativeFrom="page">
              <wp:posOffset>5539740</wp:posOffset>
            </wp:positionV>
            <wp:extent cx="3451859" cy="1637835"/>
            <wp:wrapNone/>
            <wp:docPr id="264" name="Picture 2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451859" cy="1637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8340090</wp:posOffset>
            </wp:positionV>
            <wp:extent cx="191770" cy="187690"/>
            <wp:wrapNone/>
            <wp:docPr id="265" name="Picture 2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8643620</wp:posOffset>
            </wp:positionV>
            <wp:extent cx="191770" cy="191770"/>
            <wp:wrapNone/>
            <wp:docPr id="266" name="Picture 2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8404860</wp:posOffset>
            </wp:positionV>
            <wp:extent cx="191770" cy="191770"/>
            <wp:wrapNone/>
            <wp:docPr id="267" name="Picture 2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8708390</wp:posOffset>
            </wp:positionV>
            <wp:extent cx="191770" cy="191770"/>
            <wp:wrapNone/>
            <wp:docPr id="268" name="Picture 2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8947150</wp:posOffset>
            </wp:positionV>
            <wp:extent cx="191770" cy="191770"/>
            <wp:wrapNone/>
            <wp:docPr id="269" name="Picture 2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9011920</wp:posOffset>
            </wp:positionV>
            <wp:extent cx="191770" cy="195939"/>
            <wp:wrapNone/>
            <wp:docPr id="270" name="Picture 2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71" name="Picture 2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448"/>
        <w:gridCol w:w="2448"/>
        <w:gridCol w:w="2448"/>
        <w:gridCol w:w="2448"/>
        <w:gridCol w:w="2448"/>
      </w:tblGrid>
      <w:tr>
        <w:trPr>
          <w:trHeight w:hRule="exact" w:val="234"/>
        </w:trPr>
        <w:tc>
          <w:tcPr>
            <w:tcW w:type="dxa" w:w="11648"/>
            <w:gridSpan w:val="4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68" w:right="16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Verve+ 1, 2 2024 </w:t>
            </w:r>
          </w:p>
        </w:tc>
        <w:tc>
          <w:tcPr>
            <w:tcW w:type="dxa" w:w="592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450"/>
        </w:trPr>
        <w:tc>
          <w:tcPr>
            <w:tcW w:type="dxa" w:w="11648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Zadní nosič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8.0" w:type="dxa"/>
            </w:tblPr>
            <w:tblGrid>
              <w:gridCol w:w="11648"/>
            </w:tblGrid>
            <w:tr>
              <w:trPr>
                <w:trHeight w:hRule="exact" w:val="10628"/>
              </w:trPr>
              <w:tc>
                <w:tcPr>
                  <w:tcW w:type="dxa" w:w="10648"/>
                  <w:tcBorders>
                    <w:start w:sz="3.759999990463257" w:val="single" w:color="#FFFFFF"/>
                    <w:top w:sz="3.759999990463257" w:val="single" w:color="#FFFFFF"/>
                    <w:end w:sz="3.759999990463257" w:val="single" w:color="#FFFFFF"/>
                    <w:bottom w:sz="3.75999999046325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162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05.300000011921" w:type="dxa"/>
                  </w:tblPr>
                  <w:tblGrid>
                    <w:gridCol w:w="3549"/>
                    <w:gridCol w:w="3549"/>
                    <w:gridCol w:w="3549"/>
                  </w:tblGrid>
                  <w:tr>
                    <w:trPr>
                      <w:trHeight w:hRule="exact" w:val="656"/>
                    </w:trPr>
                    <w:tc>
                      <w:tcPr>
                        <w:tcW w:type="dxa" w:w="2094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52" w:after="0"/>
                          <w:ind w:left="930" w:right="93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762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9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052.0" w:type="dxa"/>
                        </w:tblPr>
                        <w:tblGrid>
                          <w:gridCol w:w="1762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5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324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1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144" w:after="0"/>
                    <w:ind w:left="3826" w:right="382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32" w:after="334"/>
                    <w:ind w:left="1478" w:right="147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989.3000000119207" w:type="dxa"/>
                  </w:tblPr>
                  <w:tblGrid>
                    <w:gridCol w:w="5324"/>
                    <w:gridCol w:w="5324"/>
                  </w:tblGrid>
                  <w:tr>
                    <w:trPr>
                      <w:trHeight w:hRule="exact" w:val="1828"/>
                    </w:trPr>
                    <w:tc>
                      <w:tcPr>
                        <w:tcW w:type="dxa" w:w="4588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14" w:after="0"/>
                          <w:ind w:left="1990" w:right="199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2840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98" w:after="0"/>
                          <w:ind w:left="1204" w:right="120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746" w:after="0"/>
                    <w:ind w:left="1456" w:right="145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7</w:t>
                  </w:r>
                </w:p>
                <w:p>
                  <w:pPr>
                    <w:autoSpaceDN w:val="0"/>
                    <w:autoSpaceDE w:val="0"/>
                    <w:widowControl/>
                    <w:spacing w:line="242" w:lineRule="exact" w:before="448" w:after="3388"/>
                    <w:ind w:left="1864" w:right="186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313.300000011922" w:type="dxa"/>
                  </w:tblPr>
                  <w:tblGrid>
                    <w:gridCol w:w="10648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26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92" w:after="238"/>
                    <w:ind w:left="4112" w:right="4112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9129.300000011921" w:type="dxa"/>
                  </w:tblPr>
                  <w:tblGrid>
                    <w:gridCol w:w="10648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3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74" w:after="0"/>
                    <w:ind w:left="1146" w:right="114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59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66.00000000000136" w:type="dxa"/>
            </w:tblPr>
            <w:tblGrid>
              <w:gridCol w:w="592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4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4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274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5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Šrouby (M5 × 20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5317310</w:t>
            </w:r>
          </w:p>
        </w:tc>
        <w:tc>
          <w:tcPr>
            <w:tcW w:type="dxa" w:w="2510"/>
            <w:tcBorders>
              <w:start w:sz="8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2" w:after="0"/>
              <w:ind w:left="256" w:right="25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458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32" w:after="0"/>
              <w:ind w:left="26" w:right="2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Kryt šroubu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W5318891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54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8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274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9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Podložky (M5)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5317316</w:t>
            </w:r>
          </w:p>
        </w:tc>
        <w:tc>
          <w:tcPr>
            <w:tcW w:type="dxa" w:w="2510"/>
            <w:tcBorders>
              <w:start w:sz="8.0" w:val="single" w:color="#000000"/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56" w:after="0"/>
              <w:ind w:left="256" w:right="25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58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6" w:after="0"/>
              <w:ind w:left="26" w:right="2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Zadní nosič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W5310771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68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Distanční podložky (5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5260275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68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Matice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W5251640</w:t>
            </w:r>
          </w:p>
        </w:tc>
        <w:tc>
          <w:tcPr>
            <w:tcW w:type="dxa" w:w="2448"/>
            <w:vMerge/>
            <w:tcBorders/>
          </w:tcPr>
          <w:p/>
        </w:tc>
      </w:tr>
      <w:tr>
        <w:trPr>
          <w:trHeight w:hRule="exact" w:val="76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68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Šrouby (M5 × 25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5308514</w:t>
            </w:r>
          </w:p>
        </w:tc>
        <w:tc>
          <w:tcPr>
            <w:tcW w:type="dxa" w:w="2448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39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25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-1400810</wp:posOffset>
            </wp:positionH>
            <wp:positionV relativeFrom="page">
              <wp:posOffset>1031240</wp:posOffset>
            </wp:positionV>
            <wp:extent cx="7603489" cy="3607697"/>
            <wp:wrapNone/>
            <wp:docPr id="272" name="Picture 2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603489" cy="360769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3769360</wp:posOffset>
            </wp:positionH>
            <wp:positionV relativeFrom="page">
              <wp:posOffset>2153920</wp:posOffset>
            </wp:positionV>
            <wp:extent cx="3256280" cy="1545037"/>
            <wp:wrapNone/>
            <wp:docPr id="273" name="Picture 2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3256280" cy="154503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2482850</wp:posOffset>
            </wp:positionH>
            <wp:positionV relativeFrom="page">
              <wp:posOffset>3896360</wp:posOffset>
            </wp:positionV>
            <wp:extent cx="8366759" cy="3969853"/>
            <wp:wrapNone/>
            <wp:docPr id="274" name="Picture 2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8366759" cy="39698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7692390</wp:posOffset>
            </wp:positionV>
            <wp:extent cx="191770" cy="187690"/>
            <wp:wrapNone/>
            <wp:docPr id="275" name="Picture 2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7772400</wp:posOffset>
            </wp:positionV>
            <wp:extent cx="191770" cy="195939"/>
            <wp:wrapNone/>
            <wp:docPr id="276" name="Picture 2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7995920</wp:posOffset>
            </wp:positionV>
            <wp:extent cx="191770" cy="191770"/>
            <wp:wrapNone/>
            <wp:docPr id="277" name="Picture 2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8075930</wp:posOffset>
            </wp:positionV>
            <wp:extent cx="191770" cy="195939"/>
            <wp:wrapNone/>
            <wp:docPr id="278" name="Picture 2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8379459</wp:posOffset>
            </wp:positionV>
            <wp:extent cx="191770" cy="191770"/>
            <wp:wrapNone/>
            <wp:docPr id="279" name="Picture 2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8682990</wp:posOffset>
            </wp:positionV>
            <wp:extent cx="191770" cy="191770"/>
            <wp:wrapNone/>
            <wp:docPr id="280" name="Picture 2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8986520</wp:posOffset>
            </wp:positionV>
            <wp:extent cx="191770" cy="195939"/>
            <wp:wrapNone/>
            <wp:docPr id="281" name="Picture 2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82" name="Picture 2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48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68" w:right="16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Verve+ 1, 2 2024 </w:t>
            </w:r>
          </w:p>
        </w:tc>
        <w:tc>
          <w:tcPr>
            <w:tcW w:type="dxa" w:w="592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598"/>
        </w:trPr>
        <w:tc>
          <w:tcPr>
            <w:tcW w:type="dxa" w:w="1164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Kruhový zámek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8.0" w:type="dxa"/>
            </w:tblPr>
            <w:tblGrid>
              <w:gridCol w:w="11648"/>
            </w:tblGrid>
            <w:tr>
              <w:trPr>
                <w:trHeight w:hRule="exact" w:val="7838"/>
              </w:trPr>
              <w:tc>
                <w:tcPr>
                  <w:tcW w:type="dxa" w:w="10646"/>
                  <w:tcBorders>
                    <w:start w:sz="4.544000148773193" w:val="single" w:color="#FFFFFF"/>
                    <w:top w:sz="4.544000148773193" w:val="single" w:color="#FFFFFF"/>
                    <w:end w:sz="4.544000148773193" w:val="single" w:color="#FFFFFF"/>
                    <w:bottom w:sz="4.544000148773193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1016" w:after="0"/>
                    <w:ind w:left="4800" w:right="4800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2858" w:after="150"/>
                    <w:ind w:left="2470" w:right="247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642.3199998140335" w:type="dxa"/>
                  </w:tblPr>
                  <w:tblGrid>
                    <w:gridCol w:w="10646"/>
                  </w:tblGrid>
                  <w:tr>
                    <w:trPr>
                      <w:trHeight w:hRule="exact" w:val="272"/>
                    </w:trPr>
                    <w:tc>
                      <w:tcPr>
                        <w:tcW w:type="dxa" w:w="62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20" w:after="1048"/>
                    <w:ind w:left="3766" w:right="376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08.31999981403357" w:type="dxa"/>
                  </w:tblPr>
                  <w:tblGrid>
                    <w:gridCol w:w="5323"/>
                    <w:gridCol w:w="5323"/>
                  </w:tblGrid>
                  <w:tr>
                    <w:trPr>
                      <w:trHeight w:hRule="exact" w:val="1390"/>
                    </w:trPr>
                    <w:tc>
                      <w:tcPr>
                        <w:tcW w:type="dxa" w:w="36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04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659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1056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Šrouby (M5 × 12 mm)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5308514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59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66.00000000000136" w:type="dxa"/>
            </w:tblPr>
            <w:tblGrid>
              <w:gridCol w:w="592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5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8" w:lineRule="exact" w:before="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6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Podložky (M5)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W521137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303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6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Kruhový zámek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592162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2570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28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-1355090</wp:posOffset>
            </wp:positionH>
            <wp:positionV relativeFrom="page">
              <wp:posOffset>891540</wp:posOffset>
            </wp:positionV>
            <wp:extent cx="9133840" cy="4333817"/>
            <wp:wrapNone/>
            <wp:docPr id="283" name="Picture 2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9133840" cy="433381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6167120</wp:posOffset>
            </wp:positionV>
            <wp:extent cx="191770" cy="195939"/>
            <wp:wrapNone/>
            <wp:docPr id="284" name="Picture 2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85" name="Picture 2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sectPr w:rsidR="00FC693F" w:rsidRPr="0006063C" w:rsidSect="00034616">
      <w:pgSz w:w="12240" w:h="15840"/>
      <w:pgMar w:top="218" w:right="0" w:bottom="208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hyperlink" Target="http://trekbikes.com/manuals" TargetMode="External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png"/><Relationship Id="rId190" Type="http://schemas.openxmlformats.org/officeDocument/2006/relationships/image" Target="media/image181.png"/><Relationship Id="rId191" Type="http://schemas.openxmlformats.org/officeDocument/2006/relationships/image" Target="media/image182.png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Relationship Id="rId198" Type="http://schemas.openxmlformats.org/officeDocument/2006/relationships/image" Target="media/image189.png"/><Relationship Id="rId199" Type="http://schemas.openxmlformats.org/officeDocument/2006/relationships/image" Target="media/image190.png"/><Relationship Id="rId200" Type="http://schemas.openxmlformats.org/officeDocument/2006/relationships/image" Target="media/image191.png"/><Relationship Id="rId201" Type="http://schemas.openxmlformats.org/officeDocument/2006/relationships/image" Target="media/image192.png"/><Relationship Id="rId202" Type="http://schemas.openxmlformats.org/officeDocument/2006/relationships/image" Target="media/image193.png"/><Relationship Id="rId203" Type="http://schemas.openxmlformats.org/officeDocument/2006/relationships/image" Target="media/image194.png"/><Relationship Id="rId204" Type="http://schemas.openxmlformats.org/officeDocument/2006/relationships/image" Target="media/image195.png"/><Relationship Id="rId205" Type="http://schemas.openxmlformats.org/officeDocument/2006/relationships/image" Target="media/image196.png"/><Relationship Id="rId206" Type="http://schemas.openxmlformats.org/officeDocument/2006/relationships/image" Target="media/image197.png"/><Relationship Id="rId207" Type="http://schemas.openxmlformats.org/officeDocument/2006/relationships/image" Target="media/image198.png"/><Relationship Id="rId208" Type="http://schemas.openxmlformats.org/officeDocument/2006/relationships/image" Target="media/image199.png"/><Relationship Id="rId209" Type="http://schemas.openxmlformats.org/officeDocument/2006/relationships/image" Target="media/image200.png"/><Relationship Id="rId210" Type="http://schemas.openxmlformats.org/officeDocument/2006/relationships/image" Target="media/image201.png"/><Relationship Id="rId211" Type="http://schemas.openxmlformats.org/officeDocument/2006/relationships/image" Target="media/image202.png"/><Relationship Id="rId212" Type="http://schemas.openxmlformats.org/officeDocument/2006/relationships/image" Target="media/image203.png"/><Relationship Id="rId213" Type="http://schemas.openxmlformats.org/officeDocument/2006/relationships/image" Target="media/image204.png"/><Relationship Id="rId214" Type="http://schemas.openxmlformats.org/officeDocument/2006/relationships/image" Target="media/image205.png"/><Relationship Id="rId215" Type="http://schemas.openxmlformats.org/officeDocument/2006/relationships/image" Target="media/image206.png"/><Relationship Id="rId216" Type="http://schemas.openxmlformats.org/officeDocument/2006/relationships/image" Target="media/image207.png"/><Relationship Id="rId217" Type="http://schemas.openxmlformats.org/officeDocument/2006/relationships/image" Target="media/image208.png"/><Relationship Id="rId218" Type="http://schemas.openxmlformats.org/officeDocument/2006/relationships/image" Target="media/image2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