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autoSpaceDN w:val="0"/>
        <w:autoSpaceDE w:val="0"/>
        <w:widowControl/>
        <w:spacing w:line="12382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3322.0" w:type="dxa"/>
      </w:tblPr>
      <w:tblGrid>
        <w:gridCol w:w="5010"/>
        <w:gridCol w:w="5010"/>
      </w:tblGrid>
      <w:tr>
        <w:trPr>
          <w:trHeight w:hRule="exact" w:val="1458"/>
        </w:trPr>
        <w:tc>
          <w:tcPr>
            <w:tcW w:type="dxa" w:w="1688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500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04" w:lineRule="exact" w:before="970" w:after="0"/>
              <w:ind w:left="10" w:right="10" w:firstLine="0"/>
              <w:jc w:val="right"/>
            </w:pPr>
            <w:r>
              <w:rPr>
                <w:rFonts w:ascii="RingsideCompressed" w:hAnsi="RingsideCompressed" w:eastAsia="RingsideCompressed"/>
                <w:b/>
                <w:i w:val="0"/>
                <w:color w:val="221F1F"/>
                <w:sz w:val="80"/>
              </w:rPr>
              <w:t>VERVE+ 1 LT</w:t>
            </w:r>
            <w:r>
              <w:br/>
            </w:r>
            <w:r>
              <w:rPr>
                <w:w w:val="101.11477893331778"/>
                <w:rFonts w:ascii="RingsideExtraWide" w:hAnsi="RingsideExtraWide" w:eastAsia="RingsideExtraWide"/>
                <w:b w:val="0"/>
                <w:i w:val="0"/>
                <w:color w:val="221F1F"/>
                <w:sz w:val="23"/>
              </w:rPr>
              <w:t>SERVISNÍ PŘÍRUČKA</w:t>
            </w:r>
          </w:p>
        </w:tc>
      </w:tr>
    </w:tbl>
    <w:p>
      <w:pPr>
        <w:autoSpaceDN w:val="0"/>
        <w:autoSpaceDE w:val="0"/>
        <w:widowControl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-2491740</wp:posOffset>
            </wp:positionH>
            <wp:positionV relativeFrom="page">
              <wp:posOffset>3810</wp:posOffset>
            </wp:positionV>
            <wp:extent cx="15293340" cy="10202991"/>
            <wp:wrapNone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293340" cy="1020299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5687060</wp:posOffset>
            </wp:positionH>
            <wp:positionV relativeFrom="page">
              <wp:posOffset>604520</wp:posOffset>
            </wp:positionV>
            <wp:extent cx="1691639" cy="439826"/>
            <wp:wrapNone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91639" cy="43982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1005840</wp:posOffset>
            </wp:positionH>
            <wp:positionV relativeFrom="page">
              <wp:posOffset>4636770</wp:posOffset>
            </wp:positionV>
            <wp:extent cx="5858510" cy="3823654"/>
            <wp:wrapNone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58510" cy="3823654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4380230</wp:posOffset>
            </wp:positionH>
            <wp:positionV relativeFrom="page">
              <wp:posOffset>7264400</wp:posOffset>
            </wp:positionV>
            <wp:extent cx="7894320" cy="1931982"/>
            <wp:wrapNone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94320" cy="193198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924560</wp:posOffset>
            </wp:positionH>
            <wp:positionV relativeFrom="page">
              <wp:posOffset>7285990</wp:posOffset>
            </wp:positionV>
            <wp:extent cx="7893050" cy="1931671"/>
            <wp:wrapNone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93050" cy="1931671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1440" w:right="780" w:bottom="320" w:left="144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2240"/>
      </w:tblGrid>
      <w:tr>
        <w:trPr>
          <w:trHeight w:hRule="exact" w:val="234"/>
        </w:trPr>
        <w:tc>
          <w:tcPr>
            <w:tcW w:type="dxa" w:w="12240"/>
            <w:tcBorders/>
            <w:shd w:fill="e5e5e5"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810" w:right="810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 LT 2024</w:t>
            </w:r>
          </w:p>
        </w:tc>
      </w:tr>
    </w:tbl>
    <w:p>
      <w:pPr>
        <w:autoSpaceDN w:val="0"/>
        <w:autoSpaceDE w:val="0"/>
        <w:widowControl/>
        <w:spacing w:line="730" w:lineRule="exact" w:before="262" w:after="212"/>
        <w:ind w:left="810" w:right="810" w:firstLine="0"/>
        <w:jc w:val="left"/>
      </w:pPr>
      <w:r>
        <w:rPr>
          <w:rFonts w:ascii="ITCAvantGardePro" w:hAnsi="ITCAvantGardePro" w:eastAsia="ITCAvantGardePro"/>
          <w:b w:val="0"/>
          <w:i w:val="0"/>
          <w:color w:val="000000"/>
          <w:sz w:val="60"/>
        </w:rPr>
        <w:t>Obsah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592.0" w:type="dxa"/>
      </w:tblPr>
      <w:tblGrid>
        <w:gridCol w:w="2040"/>
        <w:gridCol w:w="2040"/>
        <w:gridCol w:w="2040"/>
        <w:gridCol w:w="2040"/>
        <w:gridCol w:w="2040"/>
        <w:gridCol w:w="2040"/>
      </w:tblGrid>
      <w:tr>
        <w:trPr>
          <w:trHeight w:hRule="exact" w:val="1422"/>
        </w:trPr>
        <w:tc>
          <w:tcPr>
            <w:tcW w:type="dxa" w:w="1496"/>
            <w:vMerge w:val="restart"/>
            <w:tcBorders>
              <w:end w:sz="8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16" w:lineRule="exact" w:before="20" w:after="0"/>
              <w:ind w:left="70" w:right="70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8"/>
              </w:rPr>
              <w:t>Vedení</w:t>
            </w:r>
          </w:p>
        </w:tc>
        <w:tc>
          <w:tcPr>
            <w:tcW w:type="dxa" w:w="1984"/>
            <w:tcBorders>
              <w:start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6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85.99999999999994" w:type="dxa"/>
            </w:tblPr>
            <w:tblGrid>
              <w:gridCol w:w="661"/>
              <w:gridCol w:w="661"/>
              <w:gridCol w:w="661"/>
            </w:tblGrid>
            <w:tr>
              <w:trPr>
                <w:trHeight w:hRule="exact" w:val="83"/>
              </w:trPr>
              <w:tc>
                <w:tcPr>
                  <w:tcW w:type="dxa" w:w="100"/>
                  <w:tcBorders/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344"/>
                  <w:tcBorders>
                    <w:top w:sz="4.0" w:val="single" w:color="#000000"/>
                    <w:bottom w:sz="0.7039999961853027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210"/>
                  <w:tcBorders>
                    <w:bottom w:sz="0.7039999961853027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1251"/>
              </w:trPr>
              <w:tc>
                <w:tcPr>
                  <w:tcW w:type="dxa" w:w="100"/>
                  <w:tcBorders>
                    <w:start w:sz="4.0" w:val="single" w:color="#FFFFFF"/>
                    <w:end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344"/>
                  <w:tcBorders>
                    <w:start w:sz="4.0" w:val="single" w:color="#000000"/>
                    <w:top w:sz="0.7039999961853027" w:val="single" w:color="#FFFFFF"/>
                    <w:end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210"/>
                  <w:tcBorders>
                    <w:start w:sz="4.0" w:val="single" w:color="#000000"/>
                    <w:top w:sz="0.7039999961853027" w:val="single" w:color="#FFFFFF"/>
                    <w:end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194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6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34.00000000000034" w:type="dxa"/>
            </w:tblPr>
            <w:tblGrid>
              <w:gridCol w:w="649"/>
              <w:gridCol w:w="649"/>
              <w:gridCol w:w="649"/>
            </w:tblGrid>
            <w:tr>
              <w:trPr>
                <w:trHeight w:hRule="exact" w:val="83"/>
              </w:trPr>
              <w:tc>
                <w:tcPr>
                  <w:tcW w:type="dxa" w:w="114"/>
                  <w:tcBorders>
                    <w:bottom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346"/>
                  <w:tcBorders>
                    <w:top w:sz="4.0" w:val="single" w:color="#000000"/>
                    <w:bottom w:sz="0.7039999961853027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210"/>
                  <w:tcBorders>
                    <w:bottom w:sz="0.7039999961853027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1251"/>
              </w:trPr>
              <w:tc>
                <w:tcPr>
                  <w:tcW w:type="dxa" w:w="114"/>
                  <w:tcBorders>
                    <w:start w:sz="4.0" w:val="single" w:color="#FFFFFF"/>
                    <w:top w:sz="4.0" w:val="single" w:color="#FFFFFF"/>
                    <w:end w:sz="4.0" w:val="single" w:color="#000000"/>
                    <w:bottom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346"/>
                  <w:tcBorders>
                    <w:start w:sz="4.0" w:val="single" w:color="#000000"/>
                    <w:top w:sz="0.7039999961853027" w:val="single" w:color="#FFFFFF"/>
                    <w:end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210"/>
                  <w:tcBorders>
                    <w:start w:sz="4.0" w:val="single" w:color="#000000"/>
                    <w:top w:sz="0.7039999961853027" w:val="single" w:color="#FFFFFF"/>
                    <w:end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194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6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40.0" w:type="dxa"/>
            </w:tblPr>
            <w:tblGrid>
              <w:gridCol w:w="648"/>
              <w:gridCol w:w="648"/>
              <w:gridCol w:w="648"/>
            </w:tblGrid>
            <w:tr>
              <w:trPr>
                <w:trHeight w:hRule="exact" w:val="83"/>
              </w:trPr>
              <w:tc>
                <w:tcPr>
                  <w:tcW w:type="dxa" w:w="100"/>
                  <w:tcBorders>
                    <w:bottom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344"/>
                  <w:tcBorders>
                    <w:top w:sz="4.0" w:val="single" w:color="#000000"/>
                    <w:bottom w:sz="0.7039999961853027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210"/>
                  <w:tcBorders>
                    <w:bottom w:sz="0.7039999961853027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1251"/>
              </w:trPr>
              <w:tc>
                <w:tcPr>
                  <w:tcW w:type="dxa" w:w="100"/>
                  <w:tcBorders>
                    <w:start w:sz="4.0" w:val="single" w:color="#FFFFFF"/>
                    <w:top w:sz="4.0" w:val="single" w:color="#FFFFFF"/>
                    <w:end w:sz="4.0" w:val="single" w:color="#000000"/>
                    <w:bottom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344"/>
                  <w:tcBorders>
                    <w:start w:sz="4.0" w:val="single" w:color="#000000"/>
                    <w:top w:sz="0.7039999961853027" w:val="single" w:color="#FFFFFF"/>
                    <w:end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210"/>
                  <w:tcBorders>
                    <w:start w:sz="4.0" w:val="single" w:color="#000000"/>
                    <w:top w:sz="0.7039999961853027" w:val="single" w:color="#FFFFFF"/>
                    <w:end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193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6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50.0" w:type="dxa"/>
            </w:tblPr>
            <w:tblGrid>
              <w:gridCol w:w="643"/>
              <w:gridCol w:w="643"/>
              <w:gridCol w:w="643"/>
            </w:tblGrid>
            <w:tr>
              <w:trPr>
                <w:trHeight w:hRule="exact" w:val="83"/>
              </w:trPr>
              <w:tc>
                <w:tcPr>
                  <w:tcW w:type="dxa" w:w="82"/>
                  <w:tcBorders/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346"/>
                  <w:tcBorders>
                    <w:top w:sz="4.0" w:val="single" w:color="#000000"/>
                    <w:bottom w:sz="0.7039999961853027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210"/>
                  <w:tcBorders>
                    <w:bottom w:sz="0.7039999961853027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1251"/>
              </w:trPr>
              <w:tc>
                <w:tcPr>
                  <w:tcW w:type="dxa" w:w="82"/>
                  <w:tcBorders>
                    <w:start w:sz="0.7039999961853027" w:val="single" w:color="#FFFFFF"/>
                    <w:end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346"/>
                  <w:tcBorders>
                    <w:start w:sz="4.0" w:val="single" w:color="#000000"/>
                    <w:top w:sz="0.7039999961853027" w:val="single" w:color="#FFFFFF"/>
                    <w:end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210"/>
                  <w:tcBorders>
                    <w:start w:sz="4.0" w:val="single" w:color="#000000"/>
                    <w:top w:sz="0.7039999961853027" w:val="single" w:color="#FFFFFF"/>
                    <w:end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207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110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40.0" w:type="dxa"/>
            </w:tblPr>
            <w:tblGrid>
              <w:gridCol w:w="690"/>
              <w:gridCol w:w="690"/>
              <w:gridCol w:w="690"/>
            </w:tblGrid>
            <w:tr>
              <w:trPr>
                <w:trHeight w:hRule="exact" w:val="1273"/>
              </w:trPr>
              <w:tc>
                <w:tcPr>
                  <w:tcW w:type="dxa" w:w="100"/>
                  <w:tcBorders>
                    <w:start w:sz="4.0" w:val="single" w:color="#FFFFFF"/>
                    <w:top w:sz="4.0" w:val="single" w:color="#FFFFFF"/>
                    <w:end w:sz="4.0" w:val="single" w:color="#000000"/>
                    <w:bottom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344"/>
                  <w:tcBorders>
                    <w:start w:sz="4.0" w:val="single" w:color="#000000"/>
                    <w:end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auto" w:before="0" w:after="0"/>
                    <w:ind w:left="208" w:right="208" w:firstLine="0"/>
                    <w:jc w:val="right"/>
                  </w:pPr>
                  <w:r>
                    <w:drawing>
                      <wp:inline xmlns:a="http://schemas.openxmlformats.org/drawingml/2006/main" xmlns:pic="http://schemas.openxmlformats.org/drawingml/2006/picture">
                        <wp:extent cx="74929" cy="193934"/>
                        <wp:docPr id="6" name="Picture 6"/>
                        <wp:cNvGraphicFramePr>
                          <a:graphicFrameLocks noChangeAspect="1"/>
                        </wp:cNvGraphicFramePr>
                        <a:graphic>
                          <a:graphicData uri="http://schemas.openxmlformats.org/drawingml/2006/picture">
                            <pic:pic>
                              <pic:nvPicPr>
                                <pic:cNvPr id="0" name="image.png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4929" cy="193934"/>
                                </a:xfrm>
                                <a:prstGeom prst="rect"/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drawing>
                      <wp:inline xmlns:a="http://schemas.openxmlformats.org/drawingml/2006/main" xmlns:pic="http://schemas.openxmlformats.org/drawingml/2006/picture">
                        <wp:extent cx="330200" cy="158909"/>
                        <wp:docPr id="7" name="Picture 7"/>
                        <wp:cNvGraphicFramePr>
                          <a:graphicFrameLocks noChangeAspect="1"/>
                        </wp:cNvGraphicFramePr>
                        <a:graphic>
                          <a:graphicData uri="http://schemas.openxmlformats.org/drawingml/2006/picture">
                            <pic:pic>
                              <pic:nvPicPr>
                                <pic:cNvPr id="0" name="image.png"/>
                                <pic:cNvPicPr/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0200" cy="158909"/>
                                </a:xfrm>
                                <a:prstGeom prst="rect"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autoSpaceDN w:val="0"/>
                    <w:autoSpaceDE w:val="0"/>
                    <w:widowControl/>
                    <w:spacing w:line="240" w:lineRule="auto" w:before="216" w:after="0"/>
                    <w:ind w:left="400" w:right="400" w:firstLine="0"/>
                    <w:jc w:val="right"/>
                  </w:pPr>
                  <w:r>
                    <w:drawing>
                      <wp:inline xmlns:a="http://schemas.openxmlformats.org/drawingml/2006/main" xmlns:pic="http://schemas.openxmlformats.org/drawingml/2006/picture">
                        <wp:extent cx="99059" cy="99059"/>
                        <wp:docPr id="8" name="Picture 8"/>
                        <wp:cNvGraphicFramePr>
                          <a:graphicFrameLocks noChangeAspect="1"/>
                        </wp:cNvGraphicFramePr>
                        <a:graphic>
                          <a:graphicData uri="http://schemas.openxmlformats.org/drawingml/2006/picture">
                            <pic:pic>
                              <pic:nvPicPr>
                                <pic:cNvPr id="0" name="image.png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9059" cy="99059"/>
                                </a:xfrm>
                                <a:prstGeom prst="rect"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755.0" w:type="dxa"/>
                  </w:tblPr>
                  <w:tblGrid>
                    <w:gridCol w:w="1344"/>
                  </w:tblGrid>
                  <w:tr>
                    <w:trPr>
                      <w:trHeight w:hRule="exact" w:val="99"/>
                    </w:trPr>
                    <w:tc>
                      <w:tcPr>
                        <w:tcW w:type="dxa" w:w="268"/>
                        <w:tcBorders>
                          <w:bottom w:sz="3.25600004196167" w:val="single" w:color="#060808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</w:tr>
                  <w:tr>
                    <w:trPr>
                      <w:trHeight w:hRule="exact" w:val="152"/>
                    </w:trPr>
                    <w:tc>
                      <w:tcPr>
                        <w:tcW w:type="dxa" w:w="268"/>
                        <w:tcBorders>
                          <w:top w:sz="3.25600004196167" w:val="single" w:color="#060808"/>
                          <w:end w:sz="3.25600004196167" w:val="single" w:color="#060808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0" w:lineRule="auto" w:before="32" w:after="0"/>
                          <w:ind w:left="0" w:right="0" w:firstLine="0"/>
                          <w:jc w:val="center"/>
                        </w:pPr>
                        <w:r>
                          <w:drawing>
                            <wp:inline xmlns:a="http://schemas.openxmlformats.org/drawingml/2006/main" xmlns:pic="http://schemas.openxmlformats.org/drawingml/2006/picture">
                              <wp:extent cx="166370" cy="80066"/>
                              <wp:docPr id="9" name="Picture 9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0" name="image.png"/>
                                      <pic:cNvPicPr/>
                                    </pic:nvPicPr>
                                    <pic:blipFill>
                                      <a:blip r:embed="rId16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66370" cy="80066"/>
                                      </a:xfrm>
                                      <a:prstGeom prst="rect"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</w:tc>
              <w:tc>
                <w:tcPr>
                  <w:tcW w:type="dxa" w:w="210"/>
                  <w:tcBorders>
                    <w:start w:sz="4.0" w:val="single" w:color="#000000"/>
                    <w:end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358"/>
        </w:trPr>
        <w:tc>
          <w:tcPr>
            <w:tcW w:type="dxa" w:w="2040"/>
            <w:vMerge/>
            <w:tcBorders>
              <w:end w:sz="8.0" w:val="single" w:color="#000000"/>
            </w:tcBorders>
          </w:tcPr>
          <w:p/>
        </w:tc>
        <w:tc>
          <w:tcPr>
            <w:tcW w:type="dxa" w:w="1984"/>
            <w:tcBorders>
              <w:start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24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20"/>
                <w:u w:val="single"/>
              </w:rPr>
              <w:t>Vedení brzd/řazení</w:t>
            </w:r>
          </w:p>
        </w:tc>
        <w:tc>
          <w:tcPr>
            <w:tcW w:type="dxa" w:w="194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24" w:after="0"/>
              <w:ind w:left="364" w:right="364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20"/>
                <w:u w:val="single"/>
              </w:rPr>
              <w:t>Vedení světel</w:t>
            </w:r>
          </w:p>
        </w:tc>
        <w:tc>
          <w:tcPr>
            <w:tcW w:type="dxa" w:w="194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24" w:after="0"/>
              <w:ind w:left="172" w:right="172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20"/>
                <w:u w:val="single"/>
              </w:rPr>
              <w:t>Vedení e-systému</w:t>
            </w:r>
          </w:p>
        </w:tc>
        <w:tc>
          <w:tcPr>
            <w:tcW w:type="dxa" w:w="193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24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20"/>
                <w:u w:val="single"/>
              </w:rPr>
              <w:t xml:space="preserve">Vedení hlavového </w:t>
            </w:r>
          </w:p>
        </w:tc>
        <w:tc>
          <w:tcPr>
            <w:tcW w:type="dxa" w:w="207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24" w:after="0"/>
              <w:ind w:left="190" w:right="19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20"/>
                <w:u w:val="single"/>
              </w:rPr>
              <w:t>Schéma zapojení</w:t>
            </w:r>
          </w:p>
        </w:tc>
      </w:tr>
    </w:tbl>
    <w:p>
      <w:pPr>
        <w:autoSpaceDN w:val="0"/>
        <w:autoSpaceDE w:val="0"/>
        <w:widowControl/>
        <w:spacing w:line="228" w:lineRule="exact" w:before="6" w:after="114"/>
        <w:ind w:left="3080" w:right="3080" w:firstLine="0"/>
        <w:jc w:val="right"/>
      </w:pPr>
      <w:r>
        <w:rPr>
          <w:rFonts w:ascii="FranklinGothic" w:hAnsi="FranklinGothic" w:eastAsia="FranklinGothic"/>
          <w:b w:val="0"/>
          <w:i w:val="0"/>
          <w:color w:val="4F5CD5"/>
          <w:sz w:val="20"/>
          <w:u w:val="single"/>
        </w:rPr>
        <w:t>složení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452.0" w:type="dxa"/>
      </w:tblPr>
      <w:tblGrid>
        <w:gridCol w:w="2040"/>
        <w:gridCol w:w="2040"/>
        <w:gridCol w:w="2040"/>
        <w:gridCol w:w="2040"/>
        <w:gridCol w:w="2040"/>
        <w:gridCol w:w="2040"/>
      </w:tblGrid>
      <w:tr>
        <w:trPr>
          <w:trHeight w:hRule="exact" w:val="1540"/>
        </w:trPr>
        <w:tc>
          <w:tcPr>
            <w:tcW w:type="dxa" w:w="1594"/>
            <w:tcBorders>
              <w:bottom w:sz="4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16" w:lineRule="exact" w:before="132" w:after="0"/>
              <w:ind w:left="38" w:right="38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8"/>
              </w:rPr>
              <w:t>E-systém</w:t>
            </w:r>
          </w:p>
        </w:tc>
        <w:tc>
          <w:tcPr>
            <w:tcW w:type="dxa" w:w="200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110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38.000000000000114" w:type="dxa"/>
            </w:tblPr>
            <w:tblGrid>
              <w:gridCol w:w="2002"/>
            </w:tblGrid>
            <w:tr>
              <w:trPr>
                <w:trHeight w:hRule="exact" w:val="2534"/>
              </w:trPr>
              <w:tc>
                <w:tcPr>
                  <w:tcW w:type="dxa" w:w="1910"/>
                  <w:tcBorders>
                    <w:start w:sz="8.0" w:val="single" w:color="#000000"/>
                    <w:bottom w:sz="2.3519999980926514" w:val="single" w:color="#FFFFF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66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187.99999999999983" w:type="dxa"/>
                  </w:tblPr>
                  <w:tblGrid>
                    <w:gridCol w:w="637"/>
                    <w:gridCol w:w="637"/>
                    <w:gridCol w:w="637"/>
                  </w:tblGrid>
                  <w:tr>
                    <w:trPr>
                      <w:trHeight w:hRule="exact" w:val="1258"/>
                    </w:trPr>
                    <w:tc>
                      <w:tcPr>
                        <w:tcW w:type="dxa" w:w="102"/>
                        <w:tcBorders>
                          <w:start w:sz="4.0" w:val="single" w:color="#FFFFFF"/>
                          <w:top w:sz="4.0" w:val="single" w:color="#FFFFFF"/>
                          <w:end w:sz="4.0" w:val="single" w:color="#000000"/>
                          <w:bottom w:sz="4.0" w:val="single" w:color="#FFFFFF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1344"/>
                        <w:tcBorders>
                          <w:start w:sz="4.0" w:val="single" w:color="#000000"/>
                          <w:end w:sz="4.0" w:val="single" w:color="#000000"/>
                          <w:bottom w:sz="0.7039999961853027" w:val="single" w:color="#FFFFFF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210"/>
                        <w:tcBorders>
                          <w:start w:sz="4.0" w:val="single" w:color="#000000"/>
                          <w:end w:sz="4.0" w:val="single" w:color="#FFFFFF"/>
                          <w:bottom w:sz="0.7039999961853027" w:val="single" w:color="#FFFFFF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</w:tr>
                  <w:tr>
                    <w:trPr>
                      <w:trHeight w:hRule="exact" w:val="97"/>
                    </w:trPr>
                    <w:tc>
                      <w:tcPr>
                        <w:tcW w:type="dxa" w:w="102"/>
                        <w:tcBorders>
                          <w:top w:sz="4.0" w:val="single" w:color="#FFFFFF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1344"/>
                        <w:tcBorders>
                          <w:top w:sz="0.7039999961853027" w:val="single" w:color="#FFFFFF"/>
                          <w:bottom w:sz="4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210"/>
                        <w:tcBorders>
                          <w:top w:sz="0.7039999961853027" w:val="single" w:color="#FFFFFF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0" w:lineRule="exact" w:before="100" w:after="0"/>
                    <w:ind w:left="0" w:right="0" w:firstLine="0"/>
                    <w:jc w:val="center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4F5CD5"/>
                      <w:sz w:val="20"/>
                      <w:u w:val="single"/>
                    </w:rPr>
                    <w:t xml:space="preserve">Snímač krouticího 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4F5CD5"/>
                      <w:sz w:val="20"/>
                      <w:u w:val="single"/>
                    </w:rPr>
                    <w:t xml:space="preserve">momentu/středové </w:t>
                  </w:r>
                </w:p>
                <w:p>
                  <w:pPr>
                    <w:autoSpaceDN w:val="0"/>
                    <w:autoSpaceDE w:val="0"/>
                    <w:widowControl/>
                    <w:spacing w:line="228" w:lineRule="exact" w:before="12" w:after="0"/>
                    <w:ind w:left="0" w:right="0" w:firstLine="0"/>
                    <w:jc w:val="center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4F5CD5"/>
                      <w:sz w:val="20"/>
                      <w:u w:val="single"/>
                    </w:rPr>
                    <w:t>složení</w:t>
                  </w:r>
                </w:p>
              </w:tc>
            </w:tr>
            <w:tr>
              <w:trPr>
                <w:trHeight w:hRule="exact" w:val="1386"/>
              </w:trPr>
              <w:tc>
                <w:tcPr>
                  <w:tcW w:type="dxa" w:w="1910"/>
                  <w:tcBorders>
                    <w:top w:sz="2.3519999980926514" w:val="single" w:color="#FFFFFF"/>
                    <w:end w:sz="2.3519999980926514" w:val="single" w:color="#FFFFFF"/>
                    <w:bottom w:sz="2.3519999980926514" w:val="single" w:color="#FFFFF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0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300.0" w:type="dxa"/>
                  </w:tblPr>
                  <w:tblGrid>
                    <w:gridCol w:w="1910"/>
                  </w:tblGrid>
                  <w:tr>
                    <w:trPr>
                      <w:trHeight w:hRule="exact" w:val="1326"/>
                    </w:trPr>
                    <w:tc>
                      <w:tcPr>
                        <w:tcW w:type="dxa" w:w="1344"/>
                        <w:tcBorders>
                          <w:start w:sz="4.0" w:val="single" w:color="#000000"/>
                          <w:top w:sz="4.0" w:val="single" w:color="#000000"/>
                          <w:end w:sz="4.0" w:val="single" w:color="#000000"/>
                          <w:bottom w:sz="4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1914"/>
            <w:tcBorders>
              <w:bottom w:sz="4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184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271.9999999999999" w:type="dxa"/>
            </w:tblPr>
            <w:tblGrid>
              <w:gridCol w:w="1914"/>
            </w:tblGrid>
            <w:tr>
              <w:trPr>
                <w:trHeight w:hRule="exact" w:val="1326"/>
              </w:trPr>
              <w:tc>
                <w:tcPr>
                  <w:tcW w:type="dxa" w:w="1346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3960"/>
            <w:gridSpan w:val="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190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250.0" w:type="dxa"/>
            </w:tblPr>
            <w:tblGrid>
              <w:gridCol w:w="660"/>
              <w:gridCol w:w="660"/>
              <w:gridCol w:w="660"/>
              <w:gridCol w:w="660"/>
              <w:gridCol w:w="660"/>
              <w:gridCol w:w="660"/>
            </w:tblGrid>
            <w:tr>
              <w:trPr>
                <w:trHeight w:hRule="exact" w:val="78"/>
              </w:trPr>
              <w:tc>
                <w:tcPr>
                  <w:tcW w:type="dxa" w:w="106"/>
                  <w:vMerge w:val="restart"/>
                  <w:tcBorders>
                    <w:start w:sz="4.0" w:val="single" w:color="#000000"/>
                    <w:top w:sz="4.0" w:val="single" w:color="#000000"/>
                    <w:end w:sz="2.8320000171661377" w:val="single" w:color="#FFFFFF"/>
                  </w:tcBorders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330"/>
                  <w:vMerge w:val="restart"/>
                  <w:tcBorders>
                    <w:start w:sz="2.8320000171661377" w:val="single" w:color="#FFFFFF"/>
                    <w:end w:sz="4.0" w:val="single" w:color="#000000"/>
                    <w:bottom w:sz="2.8320000171661377" w:val="single" w:color="#FFFFFF"/>
                  </w:tcBorders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02"/>
                  <w:gridSpan w:val="2"/>
                  <w:vMerge w:val="restart"/>
                  <w:tcBorders>
                    <w:start w:sz="4.0" w:val="single" w:color="#FFFFFF"/>
                    <w:top w:sz="4.0" w:val="single" w:color="#FFFFFF"/>
                    <w:end w:sz="4.0" w:val="single" w:color="#000000"/>
                    <w:bottom w:sz="2.8320000171661377" w:val="single" w:color="#FFFFFF"/>
                  </w:tcBorders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328"/>
                  <w:tcBorders>
                    <w:bottom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226"/>
                  <w:tcBorders>
                    <w:bottom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1273"/>
              </w:trPr>
              <w:tc>
                <w:tcPr>
                  <w:tcW w:type="dxa" w:w="660"/>
                  <w:vMerge/>
                  <w:tcBorders>
                    <w:start w:sz="4.0" w:val="single" w:color="#000000"/>
                    <w:top w:sz="4.0" w:val="single" w:color="#000000"/>
                    <w:end w:sz="2.8320000171661377" w:val="single" w:color="#FFFFFF"/>
                  </w:tcBorders>
                </w:tcPr>
                <w:p/>
              </w:tc>
              <w:tc>
                <w:tcPr>
                  <w:tcW w:type="dxa" w:w="660"/>
                  <w:vMerge/>
                  <w:tcBorders>
                    <w:start w:sz="2.8320000171661377" w:val="single" w:color="#FFFFFF"/>
                    <w:end w:sz="4.0" w:val="single" w:color="#000000"/>
                    <w:bottom w:sz="2.8320000171661377" w:val="single" w:color="#FFFFFF"/>
                  </w:tcBorders>
                </w:tcPr>
                <w:p/>
              </w:tc>
              <w:tc>
                <w:tcPr>
                  <w:tcW w:type="dxa" w:w="1320"/>
                  <w:gridSpan w:val="2"/>
                  <w:vMerge/>
                  <w:tcBorders>
                    <w:start w:sz="4.0" w:val="single" w:color="#000000"/>
                    <w:top w:sz="2.8320000171661377" w:val="single" w:color="#FFFFFF"/>
                    <w:end w:sz="4.0" w:val="single" w:color="#000000"/>
                    <w:bottom w:sz="2.8320000171661377" w:val="single" w:color="#FFFFFF"/>
                  </w:tcBorders>
                </w:tcPr>
                <w:p/>
              </w:tc>
              <w:tc>
                <w:tcPr>
                  <w:tcW w:type="dxa" w:w="1328"/>
                  <w:tcBorders>
                    <w:start w:sz="4.0" w:val="single" w:color="#000000"/>
                    <w:top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226"/>
                  <w:tcBorders>
                    <w:top w:sz="4.0" w:val="single" w:color="#FFFFFF"/>
                    <w:end w:sz="4.0" w:val="single" w:color="#FFFFFF"/>
                    <w:bottom w:sz="0.7039999961853027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36"/>
              </w:trPr>
              <w:tc>
                <w:tcPr>
                  <w:tcW w:type="dxa" w:w="660"/>
                  <w:vMerge/>
                  <w:tcBorders>
                    <w:start w:sz="4.0" w:val="single" w:color="#000000"/>
                    <w:top w:sz="4.0" w:val="single" w:color="#000000"/>
                    <w:end w:sz="2.8320000171661377" w:val="single" w:color="#FFFFFF"/>
                  </w:tcBorders>
                </w:tcPr>
                <w:p/>
              </w:tc>
              <w:tc>
                <w:tcPr>
                  <w:tcW w:type="dxa" w:w="660"/>
                  <w:vMerge/>
                  <w:tcBorders>
                    <w:start w:sz="2.8320000171661377" w:val="single" w:color="#FFFFFF"/>
                    <w:end w:sz="4.0" w:val="single" w:color="#000000"/>
                    <w:bottom w:sz="2.8320000171661377" w:val="single" w:color="#FFFFFF"/>
                  </w:tcBorders>
                </w:tcPr>
                <w:p/>
              </w:tc>
              <w:tc>
                <w:tcPr>
                  <w:tcW w:type="dxa" w:w="1320"/>
                  <w:gridSpan w:val="2"/>
                  <w:vMerge/>
                  <w:tcBorders>
                    <w:start w:sz="4.0" w:val="single" w:color="#000000"/>
                    <w:top w:sz="2.8320000171661377" w:val="single" w:color="#FFFFFF"/>
                    <w:end w:sz="4.0" w:val="single" w:color="#000000"/>
                    <w:bottom w:sz="2.8320000171661377" w:val="single" w:color="#FFFFFF"/>
                  </w:tcBorders>
                </w:tcPr>
                <w:p/>
              </w:tc>
              <w:tc>
                <w:tcPr>
                  <w:tcW w:type="dxa" w:w="660"/>
                  <w:tcBorders/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226"/>
                  <w:tcBorders>
                    <w:top w:sz="0.7039999961853027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1978"/>
            <w:tcBorders>
              <w:bottom w:sz="4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184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210.0" w:type="dxa"/>
            </w:tblPr>
            <w:tblGrid>
              <w:gridCol w:w="1978"/>
            </w:tblGrid>
            <w:tr>
              <w:trPr>
                <w:trHeight w:hRule="exact" w:val="1326"/>
              </w:trPr>
              <w:tc>
                <w:tcPr>
                  <w:tcW w:type="dxa" w:w="1344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90"/>
        </w:trPr>
        <w:tc>
          <w:tcPr>
            <w:tcW w:type="dxa" w:w="1594"/>
            <w:vMerge w:val="restart"/>
            <w:tcBorders>
              <w:top w:sz="4.0" w:val="single" w:color="#000000"/>
              <w:bottom w:sz="4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1914"/>
            <w:vMerge w:val="restart"/>
            <w:tcBorders>
              <w:top w:sz="4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12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20"/>
                <w:u w:val="single"/>
              </w:rPr>
              <w:t xml:space="preserve">Vyjmutí snímače </w:t>
            </w:r>
          </w:p>
        </w:tc>
        <w:tc>
          <w:tcPr>
            <w:tcW w:type="dxa" w:w="4080"/>
            <w:gridSpan w:val="2"/>
            <w:vMerge/>
            <w:tcBorders/>
          </w:tcPr>
          <w:p/>
        </w:tc>
        <w:tc>
          <w:tcPr>
            <w:tcW w:type="dxa" w:w="1978"/>
            <w:vMerge w:val="restart"/>
            <w:tcBorders>
              <w:top w:sz="4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12" w:after="0"/>
              <w:ind w:left="176" w:right="17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20"/>
                <w:u w:val="single"/>
              </w:rPr>
              <w:t xml:space="preserve">Vyjmutí baterie a </w:t>
            </w:r>
          </w:p>
        </w:tc>
      </w:tr>
      <w:tr>
        <w:trPr>
          <w:trHeight w:hRule="exact" w:val="262"/>
        </w:trPr>
        <w:tc>
          <w:tcPr>
            <w:tcW w:type="dxa" w:w="2040"/>
            <w:vMerge/>
            <w:tcBorders>
              <w:top w:sz="4.0" w:val="single" w:color="#000000"/>
              <w:bottom w:sz="4.0" w:val="single" w:color="#000000"/>
            </w:tcBorders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>
              <w:top w:sz="4.0" w:val="single" w:color="#000000"/>
            </w:tcBorders>
          </w:tcPr>
          <w:p/>
        </w:tc>
        <w:tc>
          <w:tcPr>
            <w:tcW w:type="dxa" w:w="194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28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20"/>
                <w:u w:val="single"/>
              </w:rPr>
              <w:t xml:space="preserve">Montáž snímače </w:t>
            </w:r>
          </w:p>
        </w:tc>
        <w:tc>
          <w:tcPr>
            <w:tcW w:type="dxa" w:w="201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28" w:after="0"/>
              <w:ind w:left="232" w:right="232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20"/>
                <w:u w:val="single"/>
              </w:rPr>
              <w:t>Baterie a ovladač</w:t>
            </w:r>
          </w:p>
        </w:tc>
        <w:tc>
          <w:tcPr>
            <w:tcW w:type="dxa" w:w="2040"/>
            <w:vMerge/>
            <w:tcBorders>
              <w:top w:sz="4.0" w:val="single" w:color="#000000"/>
            </w:tcBorders>
          </w:tcPr>
          <w:p/>
        </w:tc>
      </w:tr>
      <w:tr>
        <w:trPr>
          <w:trHeight w:hRule="exact" w:val="240"/>
        </w:trPr>
        <w:tc>
          <w:tcPr>
            <w:tcW w:type="dxa" w:w="2040"/>
            <w:vMerge/>
            <w:tcBorders>
              <w:top w:sz="4.0" w:val="single" w:color="#000000"/>
              <w:bottom w:sz="4.0" w:val="single" w:color="#000000"/>
            </w:tcBorders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191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6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20"/>
                <w:u w:val="single"/>
              </w:rPr>
              <w:t>krouticího momentu/</w:t>
            </w:r>
          </w:p>
        </w:tc>
        <w:tc>
          <w:tcPr>
            <w:tcW w:type="dxa" w:w="3960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6" w:after="0"/>
              <w:ind w:left="80" w:right="8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20"/>
                <w:u w:val="single"/>
              </w:rPr>
              <w:t>krouticího momentu/</w:t>
            </w:r>
          </w:p>
        </w:tc>
        <w:tc>
          <w:tcPr>
            <w:tcW w:type="dxa" w:w="1978"/>
            <w:vMerge w:val="restart"/>
            <w:tcBorders>
              <w:bottom w:sz="4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6" w:after="0"/>
              <w:ind w:left="506" w:right="50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20"/>
                <w:u w:val="single"/>
              </w:rPr>
              <w:t>ovladače</w:t>
            </w:r>
          </w:p>
        </w:tc>
      </w:tr>
      <w:tr>
        <w:trPr>
          <w:trHeight w:hRule="exact" w:val="542"/>
        </w:trPr>
        <w:tc>
          <w:tcPr>
            <w:tcW w:type="dxa" w:w="2040"/>
            <w:vMerge/>
            <w:tcBorders>
              <w:top w:sz="4.0" w:val="single" w:color="#000000"/>
              <w:bottom w:sz="4.0" w:val="single" w:color="#000000"/>
            </w:tcBorders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1914"/>
            <w:tcBorders>
              <w:bottom w:sz="4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6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20"/>
                <w:u w:val="single"/>
              </w:rPr>
              <w:t>středového složení</w:t>
            </w:r>
          </w:p>
        </w:tc>
        <w:tc>
          <w:tcPr>
            <w:tcW w:type="dxa" w:w="3960"/>
            <w:gridSpan w:val="2"/>
            <w:tcBorders>
              <w:bottom w:sz="4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6" w:after="0"/>
              <w:ind w:left="180" w:right="18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20"/>
                <w:u w:val="single"/>
              </w:rPr>
              <w:t>středového složení</w:t>
            </w:r>
          </w:p>
        </w:tc>
        <w:tc>
          <w:tcPr>
            <w:tcW w:type="dxa" w:w="2040"/>
            <w:vMerge/>
            <w:tcBorders>
              <w:bottom w:sz="4.0" w:val="single" w:color="#000000"/>
            </w:tcBorders>
          </w:tcPr>
          <w:p/>
        </w:tc>
      </w:tr>
      <w:tr>
        <w:trPr>
          <w:trHeight w:hRule="exact" w:val="1346"/>
        </w:trPr>
        <w:tc>
          <w:tcPr>
            <w:tcW w:type="dxa" w:w="1594"/>
            <w:tcBorders>
              <w:top w:sz="4.0" w:val="single" w:color="#000000"/>
              <w:bottom w:sz="4.0" w:val="single" w:color="#000000"/>
            </w:tcBorders>
            <w:tcMar>
              <w:start w:w="0" w:type="dxa"/>
              <w:end w:w="0" w:type="dxa"/>
            </w:tcMar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1914"/>
            <w:tcBorders>
              <w:top w:sz="4.0" w:val="single" w:color="#000000"/>
              <w:bottom w:sz="4.0" w:val="single" w:color="#000000"/>
            </w:tcBorders>
            <w:tcMar>
              <w:start w:w="0" w:type="dxa"/>
              <w:end w:w="0" w:type="dxa"/>
            </w:tcMar>
          </w:tcPr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258.0000000000001" w:type="dxa"/>
            </w:tblPr>
            <w:tblGrid>
              <w:gridCol w:w="957"/>
              <w:gridCol w:w="957"/>
            </w:tblGrid>
            <w:tr>
              <w:trPr>
                <w:trHeight w:hRule="exact" w:val="1145"/>
              </w:trPr>
              <w:tc>
                <w:tcPr>
                  <w:tcW w:type="dxa" w:w="1360"/>
                  <w:tcBorders>
                    <w:end w:sz="4.0" w:val="single" w:color="#000000"/>
                    <w:bottom w:sz="0.6399999856948853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08"/>
                  <w:tcBorders>
                    <w:start w:sz="4.0" w:val="single" w:color="#000000"/>
                    <w:end w:sz="3.615999937057495" w:val="single" w:color="#FFFFFF"/>
                    <w:bottom w:sz="0.6399999856948853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197"/>
              </w:trPr>
              <w:tc>
                <w:tcPr>
                  <w:tcW w:type="dxa" w:w="1360"/>
                  <w:tcBorders>
                    <w:start w:sz="4.0" w:val="single" w:color="#000000"/>
                    <w:top w:sz="0.6399999856948853" w:val="single" w:color="#FFFFFF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08"/>
                  <w:tcBorders>
                    <w:start w:sz="4.0" w:val="single" w:color="#000000"/>
                    <w:top w:sz="0.6399999856948853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3960"/>
            <w:gridSpan w:val="2"/>
            <w:tcBorders>
              <w:top w:sz="4.0" w:val="single" w:color="#000000"/>
              <w:bottom w:sz="4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93.99999999999977" w:type="dxa"/>
            </w:tblPr>
            <w:tblGrid>
              <w:gridCol w:w="1320"/>
              <w:gridCol w:w="1320"/>
              <w:gridCol w:w="1320"/>
            </w:tblGrid>
            <w:tr>
              <w:trPr>
                <w:trHeight w:hRule="exact" w:val="81"/>
              </w:trPr>
              <w:tc>
                <w:tcPr>
                  <w:tcW w:type="dxa" w:w="102"/>
                  <w:tcBorders>
                    <w:bottom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344"/>
                  <w:tcBorders>
                    <w:top w:sz="4.0" w:val="single" w:color="#000000"/>
                    <w:bottom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208"/>
                  <w:tcBorders>
                    <w:bottom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1251"/>
              </w:trPr>
              <w:tc>
                <w:tcPr>
                  <w:tcW w:type="dxa" w:w="102"/>
                  <w:tcBorders>
                    <w:start w:sz="4.0" w:val="single" w:color="#FFFFFF"/>
                    <w:top w:sz="4.0" w:val="single" w:color="#FFFFFF"/>
                    <w:end w:sz="4.0" w:val="single" w:color="#000000"/>
                    <w:bottom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344"/>
                  <w:tcBorders>
                    <w:start w:sz="4.0" w:val="single" w:color="#000000"/>
                    <w:top w:sz="4.0" w:val="single" w:color="#FFFFFF"/>
                    <w:end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208"/>
                  <w:tcBorders>
                    <w:start w:sz="4.0" w:val="single" w:color="#000000"/>
                    <w:top w:sz="4.0" w:val="single" w:color="#FFFFFF"/>
                    <w:end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1978"/>
            <w:tcBorders>
              <w:top w:sz="4.0" w:val="single" w:color="#000000"/>
              <w:bottom w:sz="4.0" w:val="single" w:color="#000000"/>
            </w:tcBorders>
            <w:tcMar>
              <w:start w:w="0" w:type="dxa"/>
              <w:end w:w="0" w:type="dxa"/>
            </w:tcMar>
          </w:tcPr>
          <w:p/>
        </w:tc>
      </w:tr>
      <w:tr>
        <w:trPr>
          <w:trHeight w:hRule="exact" w:val="76"/>
        </w:trPr>
        <w:tc>
          <w:tcPr>
            <w:tcW w:type="dxa" w:w="1594"/>
            <w:vMerge w:val="restart"/>
            <w:tcBorders>
              <w:top w:sz="4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1914"/>
            <w:vMerge w:val="restart"/>
            <w:tcBorders>
              <w:top w:sz="4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12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20"/>
                <w:u w:val="single"/>
              </w:rPr>
              <w:t>Motor v náboji</w:t>
            </w:r>
          </w:p>
        </w:tc>
        <w:tc>
          <w:tcPr>
            <w:tcW w:type="dxa" w:w="3960"/>
            <w:gridSpan w:val="2"/>
            <w:vMerge w:val="restart"/>
            <w:tcBorders>
              <w:top w:sz="4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12" w:after="0"/>
              <w:ind w:left="86" w:right="8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20"/>
                <w:u w:val="single"/>
              </w:rPr>
              <w:t>Kryt nabíjecího portu</w:t>
            </w:r>
          </w:p>
        </w:tc>
        <w:tc>
          <w:tcPr>
            <w:tcW w:type="dxa" w:w="1978"/>
            <w:vMerge w:val="restart"/>
            <w:tcBorders>
              <w:top w:sz="4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</w:tr>
      <w:tr>
        <w:trPr>
          <w:trHeight w:hRule="exact" w:val="276"/>
        </w:trPr>
        <w:tc>
          <w:tcPr>
            <w:tcW w:type="dxa" w:w="2040"/>
            <w:vMerge/>
            <w:tcBorders>
              <w:top w:sz="4.0" w:val="single" w:color="#000000"/>
            </w:tcBorders>
          </w:tcPr>
          <w:p/>
        </w:tc>
        <w:tc>
          <w:tcPr>
            <w:tcW w:type="dxa" w:w="200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42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20"/>
                <w:u w:val="single"/>
              </w:rPr>
              <w:t xml:space="preserve">Instalace baterie a </w:t>
            </w:r>
          </w:p>
        </w:tc>
        <w:tc>
          <w:tcPr>
            <w:tcW w:type="dxa" w:w="2040"/>
            <w:vMerge/>
            <w:tcBorders>
              <w:top w:sz="4.0" w:val="single" w:color="#000000"/>
            </w:tcBorders>
          </w:tcPr>
          <w:p/>
        </w:tc>
        <w:tc>
          <w:tcPr>
            <w:tcW w:type="dxa" w:w="4080"/>
            <w:gridSpan w:val="2"/>
            <w:vMerge/>
            <w:tcBorders>
              <w:top w:sz="4.0" w:val="single" w:color="#000000"/>
            </w:tcBorders>
          </w:tcPr>
          <w:p/>
        </w:tc>
        <w:tc>
          <w:tcPr>
            <w:tcW w:type="dxa" w:w="2040"/>
            <w:vMerge/>
            <w:tcBorders>
              <w:top w:sz="4.0" w:val="single" w:color="#000000"/>
            </w:tcBorders>
          </w:tcPr>
          <w:p/>
        </w:tc>
      </w:tr>
    </w:tbl>
    <w:p>
      <w:pPr>
        <w:autoSpaceDN w:val="0"/>
        <w:autoSpaceDE w:val="0"/>
        <w:widowControl/>
        <w:spacing w:line="228" w:lineRule="exact" w:before="6" w:after="122"/>
        <w:ind w:left="2680" w:right="2680" w:firstLine="0"/>
        <w:jc w:val="left"/>
      </w:pPr>
      <w:r>
        <w:rPr>
          <w:rFonts w:ascii="FranklinGothic" w:hAnsi="FranklinGothic" w:eastAsia="FranklinGothic"/>
          <w:b w:val="0"/>
          <w:i w:val="0"/>
          <w:color w:val="4F5CD5"/>
          <w:sz w:val="20"/>
          <w:u w:val="single"/>
        </w:rPr>
        <w:t>ovladače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528.0" w:type="dxa"/>
      </w:tblPr>
      <w:tblGrid>
        <w:gridCol w:w="2040"/>
        <w:gridCol w:w="2040"/>
        <w:gridCol w:w="2040"/>
        <w:gridCol w:w="2040"/>
        <w:gridCol w:w="2040"/>
        <w:gridCol w:w="2040"/>
      </w:tblGrid>
      <w:tr>
        <w:trPr>
          <w:trHeight w:hRule="exact" w:val="452"/>
        </w:trPr>
        <w:tc>
          <w:tcPr>
            <w:tcW w:type="dxa" w:w="165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18" w:lineRule="exact" w:before="124" w:after="0"/>
              <w:ind w:left="102" w:right="102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8"/>
              </w:rPr>
              <w:t xml:space="preserve">Hlavové </w:t>
            </w:r>
          </w:p>
        </w:tc>
        <w:tc>
          <w:tcPr>
            <w:tcW w:type="dxa" w:w="1866"/>
            <w:vMerge w:val="restart"/>
            <w:tcBorders>
              <w:bottom w:sz="3.9839999675750732" w:val="single" w:color="#4F5CD5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650" w:after="0"/>
              <w:ind w:left="412" w:right="412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20"/>
              </w:rPr>
              <w:t>Představec</w:t>
            </w:r>
          </w:p>
        </w:tc>
        <w:tc>
          <w:tcPr>
            <w:tcW w:type="dxa" w:w="192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186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73.99999999999977" w:type="dxa"/>
            </w:tblPr>
            <w:tblGrid>
              <w:gridCol w:w="640"/>
              <w:gridCol w:w="640"/>
              <w:gridCol w:w="640"/>
            </w:tblGrid>
            <w:tr>
              <w:trPr>
                <w:trHeight w:hRule="exact" w:val="81"/>
              </w:trPr>
              <w:tc>
                <w:tcPr>
                  <w:tcW w:type="dxa" w:w="100"/>
                  <w:tcBorders>
                    <w:bottom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346"/>
                  <w:tcBorders>
                    <w:top w:sz="4.0" w:val="single" w:color="#000000"/>
                    <w:bottom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208"/>
                  <w:tcBorders>
                    <w:bottom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1251"/>
              </w:trPr>
              <w:tc>
                <w:tcPr>
                  <w:tcW w:type="dxa" w:w="100"/>
                  <w:tcBorders>
                    <w:start w:sz="4.0" w:val="single" w:color="#FFFFFF"/>
                    <w:top w:sz="4.0" w:val="single" w:color="#FFFFFF"/>
                    <w:end w:sz="4.0" w:val="single" w:color="#000000"/>
                    <w:bottom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346"/>
                  <w:tcBorders>
                    <w:start w:sz="4.0" w:val="single" w:color="#000000"/>
                    <w:top w:sz="4.0" w:val="single" w:color="#FFFFFF"/>
                    <w:end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208"/>
                  <w:tcBorders>
                    <w:start w:sz="4.0" w:val="single" w:color="#000000"/>
                    <w:top w:sz="4.0" w:val="single" w:color="#FFFFFF"/>
                    <w:end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1986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192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291.9999999999993" w:type="dxa"/>
            </w:tblPr>
            <w:tblGrid>
              <w:gridCol w:w="662"/>
              <w:gridCol w:w="662"/>
              <w:gridCol w:w="662"/>
            </w:tblGrid>
            <w:tr>
              <w:trPr>
                <w:trHeight w:hRule="exact" w:val="1335"/>
              </w:trPr>
              <w:tc>
                <w:tcPr>
                  <w:tcW w:type="dxa" w:w="338"/>
                  <w:tcBorders>
                    <w:start w:sz="4.0" w:val="single" w:color="#000000"/>
                    <w:top w:sz="4.0" w:val="single" w:color="#000000"/>
                    <w:end w:sz="0.8479999899864197" w:val="single" w:color="#FFFFFF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758"/>
                  <w:tcBorders>
                    <w:start w:sz="0.8479999899864197" w:val="single" w:color="#FFFFFF"/>
                    <w:end w:sz="0.8479999899864197" w:val="single" w:color="#FFFFFF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248"/>
                  <w:tcBorders>
                    <w:start w:sz="0.8479999899864197" w:val="single" w:color="#FFFFFF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48"/>
              </w:trPr>
              <w:tc>
                <w:tcPr>
                  <w:tcW w:type="dxa" w:w="338"/>
                  <w:tcBorders>
                    <w:top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758"/>
                  <w:tcBorders>
                    <w:top w:sz="4.0" w:val="single" w:color="#000000"/>
                    <w:bottom w:sz="0.8479999899864197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248"/>
                  <w:tcBorders>
                    <w:top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1870"/>
            <w:vMerge w:val="restart"/>
            <w:tcBorders>
              <w:bottom w:sz="3.9839999675750732" w:val="single" w:color="#4F5CD5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  <w:tc>
          <w:tcPr>
            <w:tcW w:type="dxa" w:w="2198"/>
            <w:vMerge w:val="restart"/>
            <w:tcBorders>
              <w:bottom w:sz="3.9839999675750732" w:val="single" w:color="#4F5CD5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174"/>
        </w:trPr>
        <w:tc>
          <w:tcPr>
            <w:tcW w:type="dxa" w:w="1652"/>
            <w:vMerge w:val="restart"/>
            <w:tcBorders>
              <w:bottom w:sz="3.9839999675750732" w:val="single" w:color="#4F5CD5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18" w:lineRule="exact" w:before="8" w:after="0"/>
              <w:ind w:left="172" w:right="172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8"/>
              </w:rPr>
              <w:t>složení</w:t>
            </w:r>
          </w:p>
        </w:tc>
        <w:tc>
          <w:tcPr>
            <w:tcW w:type="dxa" w:w="2040"/>
            <w:vMerge/>
            <w:tcBorders>
              <w:bottom w:sz="3.9839999675750732" w:val="single" w:color="#4F5CD5"/>
            </w:tcBorders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>
              <w:bottom w:sz="3.9839999675750732" w:val="single" w:color="#4F5CD5"/>
            </w:tcBorders>
          </w:tcPr>
          <w:p/>
        </w:tc>
        <w:tc>
          <w:tcPr>
            <w:tcW w:type="dxa" w:w="2040"/>
            <w:vMerge/>
            <w:tcBorders>
              <w:bottom w:sz="3.9839999675750732" w:val="single" w:color="#4F5CD5"/>
            </w:tcBorders>
          </w:tcPr>
          <w:p/>
        </w:tc>
      </w:tr>
      <w:tr>
        <w:trPr>
          <w:trHeight w:hRule="exact" w:val="224"/>
        </w:trPr>
        <w:tc>
          <w:tcPr>
            <w:tcW w:type="dxa" w:w="2040"/>
            <w:vMerge/>
            <w:tcBorders>
              <w:bottom w:sz="3.9839999675750732" w:val="single" w:color="#4F5CD5"/>
            </w:tcBorders>
          </w:tcPr>
          <w:p/>
        </w:tc>
        <w:tc>
          <w:tcPr>
            <w:tcW w:type="dxa" w:w="2040"/>
            <w:vMerge/>
            <w:tcBorders>
              <w:bottom w:sz="3.9839999675750732" w:val="single" w:color="#4F5CD5"/>
            </w:tcBorders>
          </w:tcPr>
          <w:p/>
        </w:tc>
        <w:tc>
          <w:tcPr>
            <w:tcW w:type="dxa" w:w="1920"/>
            <w:tcBorders>
              <w:bottom w:sz="3.9839999675750732" w:val="single" w:color="#4F5CD5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24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20"/>
              </w:rPr>
              <w:t>Kryt představce</w:t>
            </w:r>
          </w:p>
        </w:tc>
        <w:tc>
          <w:tcPr>
            <w:tcW w:type="dxa" w:w="1986"/>
            <w:tcBorders>
              <w:bottom w:sz="3.9839999675750732" w:val="single" w:color="#4F5CD5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24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20"/>
                <w:u w:val="single"/>
              </w:rPr>
              <w:t>Instalace představce</w:t>
            </w:r>
          </w:p>
        </w:tc>
        <w:tc>
          <w:tcPr>
            <w:tcW w:type="dxa" w:w="2040"/>
            <w:vMerge/>
            <w:tcBorders>
              <w:bottom w:sz="3.9839999675750732" w:val="single" w:color="#4F5CD5"/>
            </w:tcBorders>
          </w:tcPr>
          <w:p/>
        </w:tc>
        <w:tc>
          <w:tcPr>
            <w:tcW w:type="dxa" w:w="2040"/>
            <w:vMerge/>
            <w:tcBorders>
              <w:bottom w:sz="3.9839999675750732" w:val="single" w:color="#4F5CD5"/>
            </w:tcBorders>
          </w:tcPr>
          <w:p/>
        </w:tc>
      </w:tr>
      <w:tr>
        <w:trPr>
          <w:trHeight w:hRule="exact" w:val="160"/>
        </w:trPr>
        <w:tc>
          <w:tcPr>
            <w:tcW w:type="dxa" w:w="1652"/>
            <w:vMerge w:val="restart"/>
            <w:tcBorders>
              <w:top w:sz="3.9839999675750732" w:val="single" w:color="#4F5CD5"/>
              <w:bottom w:sz="3.9839999675750732" w:val="single" w:color="#4F5CD5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18" w:lineRule="exact" w:before="230" w:after="0"/>
              <w:ind w:left="172" w:right="172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8"/>
              </w:rPr>
              <w:t>Rám</w:t>
            </w:r>
          </w:p>
        </w:tc>
        <w:tc>
          <w:tcPr>
            <w:tcW w:type="dxa" w:w="1866"/>
            <w:tcBorders>
              <w:top w:sz="3.9839999675750732" w:val="single" w:color="#4F5CD5"/>
            </w:tcBorders>
            <w:tcMar>
              <w:start w:w="0" w:type="dxa"/>
              <w:end w:w="0" w:type="dxa"/>
            </w:tcMar>
          </w:tcPr>
          <w:p/>
        </w:tc>
        <w:tc>
          <w:tcPr>
            <w:tcW w:type="dxa" w:w="1920"/>
            <w:tcBorders>
              <w:top w:sz="3.9839999675750732" w:val="single" w:color="#4F5CD5"/>
            </w:tcBorders>
            <w:tcMar>
              <w:start w:w="0" w:type="dxa"/>
              <w:end w:w="0" w:type="dxa"/>
            </w:tcMar>
          </w:tcPr>
          <w:p/>
        </w:tc>
        <w:tc>
          <w:tcPr>
            <w:tcW w:type="dxa" w:w="1986"/>
            <w:tcBorders>
              <w:top w:sz="3.9839999675750732" w:val="single" w:color="#4F5CD5"/>
            </w:tcBorders>
            <w:tcMar>
              <w:start w:w="0" w:type="dxa"/>
              <w:end w:w="0" w:type="dxa"/>
            </w:tcMar>
          </w:tcPr>
          <w:p/>
        </w:tc>
        <w:tc>
          <w:tcPr>
            <w:tcW w:type="dxa" w:w="1870"/>
            <w:vMerge w:val="restart"/>
            <w:tcBorders>
              <w:top w:sz="3.9839999675750732" w:val="single" w:color="#4F5CD5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86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241.99999999999932" w:type="dxa"/>
            </w:tblPr>
            <w:tblGrid>
              <w:gridCol w:w="1870"/>
            </w:tblGrid>
            <w:tr>
              <w:trPr>
                <w:trHeight w:hRule="exact" w:val="1326"/>
              </w:trPr>
              <w:tc>
                <w:tcPr>
                  <w:tcW w:type="dxa" w:w="1346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2198"/>
            <w:vMerge w:val="restart"/>
            <w:tcBorders>
              <w:top w:sz="3.9839999675750732" w:val="single" w:color="#4F5CD5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2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33.99999999999977" w:type="dxa"/>
            </w:tblPr>
            <w:tblGrid>
              <w:gridCol w:w="733"/>
              <w:gridCol w:w="733"/>
              <w:gridCol w:w="733"/>
            </w:tblGrid>
            <w:tr>
              <w:trPr>
                <w:trHeight w:hRule="exact" w:val="1355"/>
              </w:trPr>
              <w:tc>
                <w:tcPr>
                  <w:tcW w:type="dxa" w:w="733"/>
                  <w:tcBorders>
                    <w:start w:sz="4.464000225067139" w:val="single" w:color="#FFFFFF"/>
                    <w:top w:sz="4.464000225067139" w:val="single" w:color="#FFFFFF"/>
                    <w:end w:sz="4.0" w:val="single" w:color="#000000"/>
                    <w:bottom w:sz="4.464000225067139" w:val="single" w:color="#FFFFFF"/>
                  </w:tcBorders>
                </w:tcPr>
                <w:p/>
              </w:tc>
              <w:tc>
                <w:tcPr>
                  <w:tcW w:type="dxa" w:w="733"/>
                </w:tcPr>
                <w:p/>
              </w:tc>
              <w:tc>
                <w:tcPr>
                  <w:tcW w:type="dxa" w:w="733"/>
                </w:tcPr>
                <w:p/>
              </w:tc>
            </w:tr>
          </w:tbl>
          <w:p/>
        </w:tc>
      </w:tr>
      <w:tr>
        <w:tc>
          <w:tcPr>
            <w:tcW w:type="dxa" w:w="2040"/>
            <w:vMerge/>
            <w:tcBorders>
              <w:top w:sz="3.9839999675750732" w:val="single" w:color="#4F5CD5"/>
              <w:bottom w:sz="3.9839999675750732" w:val="single" w:color="#4F5CD5"/>
            </w:tcBorders>
          </w:tcPr>
          <w:p/>
        </w:tc>
        <w:tc>
          <w:tcPr>
            <w:tcW w:type="dxa" w:w="2040"/>
          </w:tcPr>
          <w:p/>
        </w:tc>
        <w:tc>
          <w:tcPr>
            <w:tcW w:type="dxa" w:w="2040"/>
          </w:tcPr>
          <w:p/>
        </w:tc>
        <w:tc>
          <w:tcPr>
            <w:tcW w:type="dxa" w:w="2040"/>
          </w:tcPr>
          <w:p/>
        </w:tc>
        <w:tc>
          <w:tcPr>
            <w:tcW w:type="dxa" w:w="2040"/>
            <w:vMerge/>
            <w:tcBorders>
              <w:top w:sz="3.9839999675750732" w:val="single" w:color="#4F5CD5"/>
            </w:tcBorders>
          </w:tcPr>
          <w:p/>
        </w:tc>
        <w:tc>
          <w:tcPr>
            <w:tcW w:type="dxa" w:w="2040"/>
            <w:vMerge/>
            <w:tcBorders>
              <w:top w:sz="3.9839999675750732" w:val="single" w:color="#4F5CD5"/>
            </w:tcBorders>
          </w:tcPr>
          <w:p/>
        </w:tc>
      </w:tr>
      <w:tr>
        <w:tc>
          <w:tcPr>
            <w:tcW w:type="dxa" w:w="2040"/>
            <w:vMerge/>
            <w:tcBorders>
              <w:top w:sz="3.9839999675750732" w:val="single" w:color="#4F5CD5"/>
              <w:bottom w:sz="3.9839999675750732" w:val="single" w:color="#4F5CD5"/>
            </w:tcBorders>
          </w:tcPr>
          <w:p/>
        </w:tc>
        <w:tc>
          <w:tcPr>
            <w:tcW w:type="dxa" w:w="2040"/>
          </w:tcPr>
          <w:p/>
        </w:tc>
        <w:tc>
          <w:tcPr>
            <w:tcW w:type="dxa" w:w="2040"/>
          </w:tcPr>
          <w:p/>
        </w:tc>
        <w:tc>
          <w:tcPr>
            <w:tcW w:type="dxa" w:w="2040"/>
          </w:tcPr>
          <w:p/>
        </w:tc>
        <w:tc>
          <w:tcPr>
            <w:tcW w:type="dxa" w:w="2040"/>
          </w:tcPr>
          <w:p/>
        </w:tc>
        <w:tc>
          <w:tcPr>
            <w:tcW w:type="dxa" w:w="2040"/>
          </w:tcPr>
          <w:p/>
        </w:tc>
      </w:tr>
      <w:tr>
        <w:tc>
          <w:tcPr>
            <w:tcW w:type="dxa" w:w="2040"/>
            <w:vMerge/>
            <w:tcBorders>
              <w:top w:sz="3.9839999675750732" w:val="single" w:color="#4F5CD5"/>
              <w:bottom w:sz="3.9839999675750732" w:val="single" w:color="#4F5CD5"/>
            </w:tcBorders>
          </w:tcPr>
          <w:p/>
        </w:tc>
        <w:tc>
          <w:tcPr>
            <w:tcW w:type="dxa" w:w="2040"/>
          </w:tcPr>
          <w:p/>
        </w:tc>
        <w:tc>
          <w:tcPr>
            <w:tcW w:type="dxa" w:w="2040"/>
          </w:tcPr>
          <w:p/>
        </w:tc>
        <w:tc>
          <w:tcPr>
            <w:tcW w:type="dxa" w:w="2040"/>
          </w:tcPr>
          <w:p/>
        </w:tc>
        <w:tc>
          <w:tcPr>
            <w:tcW w:type="dxa" w:w="2040"/>
          </w:tcPr>
          <w:p/>
        </w:tc>
        <w:tc>
          <w:tcPr>
            <w:tcW w:type="dxa" w:w="2040"/>
          </w:tcPr>
          <w:p/>
        </w:tc>
      </w:tr>
      <w:tr>
        <w:tc>
          <w:tcPr>
            <w:tcW w:type="dxa" w:w="2040"/>
          </w:tcPr>
          <w:p/>
        </w:tc>
        <w:tc>
          <w:tcPr>
            <w:tcW w:type="dxa" w:w="2040"/>
          </w:tcPr>
          <w:p/>
        </w:tc>
        <w:tc>
          <w:tcPr>
            <w:tcW w:type="dxa" w:w="2040"/>
          </w:tcPr>
          <w:p/>
        </w:tc>
        <w:tc>
          <w:tcPr>
            <w:tcW w:type="dxa" w:w="2040"/>
          </w:tcPr>
          <w:p/>
        </w:tc>
        <w:tc>
          <w:tcPr>
            <w:tcW w:type="dxa" w:w="2040"/>
          </w:tcPr>
          <w:p/>
        </w:tc>
        <w:tc>
          <w:tcPr>
            <w:tcW w:type="dxa" w:w="2040"/>
          </w:tcPr>
          <w:p/>
        </w:tc>
      </w:tr>
      <w:tr>
        <w:tc>
          <w:tcPr>
            <w:tcW w:type="dxa" w:w="2040"/>
          </w:tcPr>
          <w:p/>
        </w:tc>
        <w:tc>
          <w:tcPr>
            <w:tcW w:type="dxa" w:w="2040"/>
          </w:tcPr>
          <w:p/>
        </w:tc>
        <w:tc>
          <w:tcPr>
            <w:tcW w:type="dxa" w:w="2040"/>
          </w:tcPr>
          <w:p/>
        </w:tc>
        <w:tc>
          <w:tcPr>
            <w:tcW w:type="dxa" w:w="2040"/>
          </w:tcPr>
          <w:p/>
        </w:tc>
        <w:tc>
          <w:tcPr>
            <w:tcW w:type="dxa" w:w="2040"/>
          </w:tcPr>
          <w:p/>
        </w:tc>
        <w:tc>
          <w:tcPr>
            <w:tcW w:type="dxa" w:w="2040"/>
          </w:tcPr>
          <w:p/>
        </w:tc>
      </w:tr>
      <w:tr>
        <w:tc>
          <w:tcPr>
            <w:tcW w:type="dxa" w:w="2040"/>
          </w:tcPr>
          <w:p/>
        </w:tc>
        <w:tc>
          <w:tcPr>
            <w:tcW w:type="dxa" w:w="2040"/>
          </w:tcPr>
          <w:p/>
        </w:tc>
        <w:tc>
          <w:tcPr>
            <w:tcW w:type="dxa" w:w="2040"/>
          </w:tcPr>
          <w:p/>
        </w:tc>
        <w:tc>
          <w:tcPr>
            <w:tcW w:type="dxa" w:w="2040"/>
          </w:tcPr>
          <w:p/>
        </w:tc>
        <w:tc>
          <w:tcPr>
            <w:tcW w:type="dxa" w:w="2040"/>
          </w:tcPr>
          <w:p/>
        </w:tc>
        <w:tc>
          <w:tcPr>
            <w:tcW w:type="dxa" w:w="2040"/>
          </w:tcPr>
          <w:p/>
        </w:tc>
      </w:tr>
    </w:tbl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2240"/>
      </w:tblGrid>
      <w:tr>
        <w:trPr>
          <w:trHeight w:hRule="exact" w:val="234"/>
        </w:trPr>
        <w:tc>
          <w:tcPr>
            <w:tcW w:type="dxa" w:w="12240"/>
            <w:tcBorders/>
            <w:shd w:fill="e5e5e5"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810" w:right="810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 LT 2024</w:t>
            </w:r>
          </w:p>
        </w:tc>
      </w:tr>
    </w:tbl>
    <w:p>
      <w:pPr>
        <w:autoSpaceDN w:val="0"/>
        <w:autoSpaceDE w:val="0"/>
        <w:widowControl/>
        <w:spacing w:line="474" w:lineRule="exact" w:before="304" w:after="124"/>
        <w:ind w:left="810" w:right="810" w:firstLine="0"/>
        <w:jc w:val="left"/>
      </w:pPr>
      <w:r>
        <w:rPr>
          <w:rFonts w:ascii="ITCAvantGardePro" w:hAnsi="ITCAvantGardePro" w:eastAsia="ITCAvantGardePro"/>
          <w:b/>
          <w:i w:val="0"/>
          <w:color w:val="000000"/>
          <w:sz w:val="36"/>
        </w:rPr>
        <w:t>Informace o této příručce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404.0" w:type="dxa"/>
      </w:tblPr>
      <w:tblGrid>
        <w:gridCol w:w="4080"/>
        <w:gridCol w:w="4080"/>
        <w:gridCol w:w="4080"/>
      </w:tblGrid>
      <w:tr>
        <w:trPr>
          <w:trHeight w:hRule="exact" w:val="582"/>
        </w:trPr>
        <w:tc>
          <w:tcPr>
            <w:tcW w:type="dxa" w:w="572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18" w:lineRule="exact" w:before="124" w:after="0"/>
              <w:ind w:left="406" w:right="40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8"/>
              </w:rPr>
              <w:t>Kategorie</w:t>
            </w:r>
          </w:p>
          <w:p>
            <w:pPr>
              <w:autoSpaceDN w:val="0"/>
              <w:autoSpaceDE w:val="0"/>
              <w:widowControl/>
              <w:spacing w:line="240" w:lineRule="exact" w:before="72" w:after="0"/>
              <w:ind w:left="406" w:right="354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Tato příručka zahrnuje nákresy dílů, technické informace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(jako např. mazání a hodnoty utahovacího momentu),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pokyny, čísla dílů a užitečné rady. Neobsahuje však pokyny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týkající se kompletně všech komponentů (jako např. </w:t>
            </w:r>
            <w:r>
              <w:br/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brzdných třmenů). Další informace naleznete v příručce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jejich výrobce. </w:t>
            </w:r>
          </w:p>
          <w:p>
            <w:pPr>
              <w:autoSpaceDN w:val="0"/>
              <w:autoSpaceDE w:val="0"/>
              <w:widowControl/>
              <w:spacing w:line="318" w:lineRule="exact" w:before="216" w:after="0"/>
              <w:ind w:left="406" w:right="40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8"/>
              </w:rPr>
              <w:t>Náhradní díly</w:t>
            </w:r>
          </w:p>
          <w:p>
            <w:pPr>
              <w:autoSpaceDN w:val="0"/>
              <w:autoSpaceDE w:val="0"/>
              <w:widowControl/>
              <w:spacing w:line="240" w:lineRule="exact" w:before="72" w:after="0"/>
              <w:ind w:left="406" w:right="40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Společnost Trek doporučuje používat pouze náhradní díly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Trek OEM (originální díly výrobce). </w:t>
            </w:r>
          </w:p>
          <w:p>
            <w:pPr>
              <w:autoSpaceDN w:val="0"/>
              <w:autoSpaceDE w:val="0"/>
              <w:widowControl/>
              <w:spacing w:line="318" w:lineRule="exact" w:before="236" w:after="0"/>
              <w:ind w:left="406" w:right="40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8"/>
              </w:rPr>
              <w:t>Další informace</w:t>
            </w:r>
          </w:p>
          <w:p>
            <w:pPr>
              <w:autoSpaceDN w:val="0"/>
              <w:autoSpaceDE w:val="0"/>
              <w:widowControl/>
              <w:spacing w:line="240" w:lineRule="exact" w:before="72" w:after="0"/>
              <w:ind w:left="406" w:right="40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Další příručky jsou k dispozici na stránce </w:t>
            </w:r>
            <w:r>
              <w:br/>
            </w:r>
            <w:r>
              <w:rPr>
                <w:rFonts w:ascii="FranklinGothic" w:hAnsi="FranklinGothic" w:eastAsia="FranklinGothic"/>
                <w:b w:val="0"/>
                <w:i w:val="0"/>
                <w:color w:val="4F5CD5"/>
                <w:sz w:val="20"/>
                <w:u w:val="single"/>
              </w:rPr>
              <w:hyperlink r:id="rId17" w:history="1">
                <w:r>
                  <w:rPr>
                    <w:rStyle w:val="Hyperlink"/>
                  </w:rPr>
                  <w:t>Trekbikes.com/manuals</w:t>
                </w:r>
              </w:hyperlink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.</w:t>
            </w:r>
          </w:p>
          <w:p>
            <w:pPr>
              <w:autoSpaceDN w:val="0"/>
              <w:autoSpaceDE w:val="0"/>
              <w:widowControl/>
              <w:spacing w:line="226" w:lineRule="exact" w:before="104" w:after="0"/>
              <w:ind w:left="406" w:right="40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• Návod k obsluze kola Trek </w:t>
            </w:r>
          </w:p>
          <w:p>
            <w:pPr>
              <w:autoSpaceDN w:val="0"/>
              <w:autoSpaceDE w:val="0"/>
              <w:widowControl/>
              <w:spacing w:line="228" w:lineRule="exact" w:before="74" w:after="0"/>
              <w:ind w:left="406" w:right="40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• Stručný průvodce - elektrokolo Hyena</w:t>
            </w:r>
          </w:p>
          <w:p>
            <w:pPr>
              <w:autoSpaceDN w:val="0"/>
              <w:autoSpaceDE w:val="0"/>
              <w:widowControl/>
              <w:spacing w:line="318" w:lineRule="exact" w:before="214" w:after="0"/>
              <w:ind w:left="406" w:right="40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8"/>
              </w:rPr>
              <w:t xml:space="preserve">Kontrola kola </w:t>
            </w:r>
          </w:p>
          <w:p>
            <w:pPr>
              <w:autoSpaceDN w:val="0"/>
              <w:autoSpaceDE w:val="0"/>
              <w:widowControl/>
              <w:spacing w:line="240" w:lineRule="exact" w:before="74" w:after="0"/>
              <w:ind w:left="406" w:right="40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 vybalení z krabice a odstranění veškerého obalového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materiálu kolo důkladně prohlédněte:</w:t>
            </w:r>
          </w:p>
          <w:p>
            <w:pPr>
              <w:autoSpaceDN w:val="0"/>
              <w:autoSpaceDE w:val="0"/>
              <w:widowControl/>
              <w:spacing w:line="228" w:lineRule="exact" w:before="102" w:after="0"/>
              <w:ind w:left="406" w:right="40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• Zkontrolujte všechny povrchy kola, zda nejsou </w:t>
            </w:r>
          </w:p>
          <w:p>
            <w:pPr>
              <w:autoSpaceDN w:val="0"/>
              <w:autoSpaceDE w:val="0"/>
              <w:widowControl/>
              <w:spacing w:line="240" w:lineRule="exact" w:before="0" w:after="0"/>
              <w:ind w:left="676" w:right="40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poškozené. Zvláštní pozornost věnujte nohám vidlice a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sedlovým vzpěrám (vnitřní i vnější plochy).</w:t>
            </w:r>
          </w:p>
          <w:p>
            <w:pPr>
              <w:autoSpaceDN w:val="0"/>
              <w:autoSpaceDE w:val="0"/>
              <w:widowControl/>
              <w:spacing w:line="228" w:lineRule="exact" w:before="12" w:after="0"/>
              <w:ind w:left="406" w:right="40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• Pokud je obal poškozený v blízkosti přední části </w:t>
            </w:r>
          </w:p>
          <w:p>
            <w:pPr>
              <w:autoSpaceDN w:val="0"/>
              <w:autoSpaceDE w:val="0"/>
              <w:widowControl/>
              <w:spacing w:line="240" w:lineRule="exact" w:before="0" w:after="0"/>
              <w:ind w:left="676" w:right="67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kola, vyjměte vidlici z rámu a zkontrolujte, zda není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poškozený sloupek.</w:t>
            </w:r>
          </w:p>
        </w:tc>
        <w:tc>
          <w:tcPr>
            <w:tcW w:type="dxa" w:w="5706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18" w:lineRule="exact" w:before="124" w:after="0"/>
              <w:ind w:left="354" w:right="354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8"/>
              </w:rPr>
              <w:t>Vysvětlivky</w:t>
            </w:r>
          </w:p>
        </w:tc>
      </w:tr>
      <w:tr>
        <w:trPr>
          <w:trHeight w:hRule="exact" w:val="762"/>
        </w:trPr>
        <w:tc>
          <w:tcPr>
            <w:tcW w:type="dxa" w:w="4080"/>
            <w:vMerge/>
            <w:tcBorders/>
          </w:tcPr>
          <w:p/>
        </w:tc>
        <w:tc>
          <w:tcPr>
            <w:tcW w:type="dxa" w:w="104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32" w:lineRule="exact" w:before="140" w:after="0"/>
              <w:ind w:left="162" w:right="162" w:firstLine="0"/>
              <w:jc w:val="right"/>
            </w:pPr>
            <w:r>
              <w:rPr>
                <w:rFonts w:ascii="Wingdings" w:hAnsi="Wingdings" w:eastAsia="Wingdings"/>
                <w:b w:val="0"/>
                <w:i w:val="0"/>
                <w:color w:val="000000"/>
                <w:sz w:val="30"/>
              </w:rPr>
              <w:t></w:t>
            </w:r>
          </w:p>
        </w:tc>
        <w:tc>
          <w:tcPr>
            <w:tcW w:type="dxa" w:w="46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2" w:lineRule="exact" w:before="224" w:after="0"/>
              <w:ind w:left="130" w:right="13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4"/>
              </w:rPr>
              <w:t>Stahovací páska</w:t>
            </w:r>
          </w:p>
        </w:tc>
      </w:tr>
      <w:tr>
        <w:trPr>
          <w:trHeight w:hRule="exact" w:val="730"/>
        </w:trPr>
        <w:tc>
          <w:tcPr>
            <w:tcW w:type="dxa" w:w="4080"/>
            <w:vMerge/>
            <w:tcBorders/>
          </w:tcPr>
          <w:p/>
        </w:tc>
        <w:tc>
          <w:tcPr>
            <w:tcW w:type="dxa" w:w="104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54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436.0000000000002" w:type="dxa"/>
            </w:tblPr>
            <w:tblGrid>
              <w:gridCol w:w="1046"/>
            </w:tblGrid>
            <w:tr>
              <w:trPr>
                <w:trHeight w:hRule="exact" w:val="252"/>
              </w:trPr>
              <w:tc>
                <w:tcPr>
                  <w:tcW w:type="dxa" w:w="628"/>
                  <w:tcBorders>
                    <w:start w:sz="8.0" w:val="single" w:color="#000000"/>
                    <w:top w:sz="8.0" w:val="single" w:color="#000000"/>
                    <w:end w:sz="8.0" w:val="single" w:color="#000000"/>
                    <w:bottom w:sz="8.0" w:val="single" w:color="#000000"/>
                  </w:tcBorders>
                  <w:shd w:fill="ffffff"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4" w:lineRule="exact" w:before="2" w:after="0"/>
                    <w:ind w:left="0" w:right="0" w:firstLine="0"/>
                    <w:jc w:val="center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Nm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46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2" w:lineRule="exact" w:before="266" w:after="0"/>
              <w:ind w:left="130" w:right="13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4"/>
              </w:rPr>
              <w:t>Kroutící moment</w:t>
            </w:r>
          </w:p>
        </w:tc>
      </w:tr>
      <w:tr>
        <w:trPr>
          <w:trHeight w:hRule="exact" w:val="540"/>
        </w:trPr>
        <w:tc>
          <w:tcPr>
            <w:tcW w:type="dxa" w:w="4080"/>
            <w:vMerge/>
            <w:tcBorders/>
          </w:tcPr>
          <w:p/>
        </w:tc>
        <w:tc>
          <w:tcPr>
            <w:tcW w:type="dxa" w:w="5706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192" w:after="0"/>
              <w:ind w:left="600" w:right="600" w:firstLine="0"/>
              <w:jc w:val="left"/>
            </w:pPr>
            <w:r>
              <w:drawing>
                <wp:inline xmlns:a="http://schemas.openxmlformats.org/drawingml/2006/main" xmlns:pic="http://schemas.openxmlformats.org/drawingml/2006/picture">
                  <wp:extent cx="193039" cy="193039"/>
                  <wp:docPr id="10" name="Picture 10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image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39" cy="19303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810"/>
        </w:trPr>
        <w:tc>
          <w:tcPr>
            <w:tcW w:type="dxa" w:w="4080"/>
            <w:vMerge/>
            <w:tcBorders/>
          </w:tcPr>
          <w:p/>
        </w:tc>
        <w:tc>
          <w:tcPr>
            <w:tcW w:type="dxa" w:w="104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48" w:after="0"/>
              <w:ind w:left="18" w:right="18" w:firstLine="0"/>
              <w:jc w:val="right"/>
            </w:pPr>
            <w:r>
              <w:drawing>
                <wp:inline xmlns:a="http://schemas.openxmlformats.org/drawingml/2006/main" xmlns:pic="http://schemas.openxmlformats.org/drawingml/2006/picture">
                  <wp:extent cx="354329" cy="429363"/>
                  <wp:docPr id="11" name="Picture 1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image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329" cy="42936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2" w:lineRule="exact" w:before="50" w:after="0"/>
              <w:ind w:left="130" w:right="13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4"/>
              </w:rPr>
              <w:t>Použití zajišťovače závitů</w:t>
            </w:r>
          </w:p>
        </w:tc>
      </w:tr>
      <w:tr>
        <w:trPr>
          <w:trHeight w:hRule="exact" w:val="386"/>
        </w:trPr>
        <w:tc>
          <w:tcPr>
            <w:tcW w:type="dxa" w:w="4080"/>
            <w:vMerge/>
            <w:tcBorders/>
          </w:tcPr>
          <w:p/>
        </w:tc>
        <w:tc>
          <w:tcPr>
            <w:tcW w:type="dxa" w:w="5706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82" w:after="0"/>
              <w:ind w:left="578" w:right="578" w:firstLine="0"/>
              <w:jc w:val="left"/>
            </w:pPr>
            <w:r>
              <w:drawing>
                <wp:inline xmlns:a="http://schemas.openxmlformats.org/drawingml/2006/main" xmlns:pic="http://schemas.openxmlformats.org/drawingml/2006/picture">
                  <wp:extent cx="193039" cy="193039"/>
                  <wp:docPr id="12" name="Picture 12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image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39" cy="19303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hRule="exact" w:val="420"/>
        </w:trPr>
        <w:tc>
          <w:tcPr>
            <w:tcW w:type="dxa" w:w="4080"/>
            <w:vMerge/>
            <w:tcBorders/>
          </w:tcPr>
          <w:p/>
        </w:tc>
        <w:tc>
          <w:tcPr>
            <w:tcW w:type="dxa" w:w="104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4" w:after="0"/>
              <w:ind w:left="32" w:right="32" w:firstLine="0"/>
              <w:jc w:val="right"/>
            </w:pPr>
            <w:r>
              <w:drawing>
                <wp:inline xmlns:a="http://schemas.openxmlformats.org/drawingml/2006/main" xmlns:pic="http://schemas.openxmlformats.org/drawingml/2006/picture">
                  <wp:extent cx="213360" cy="255195"/>
                  <wp:docPr id="13" name="Picture 13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image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" cy="25519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6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72" w:lineRule="exact" w:before="158" w:after="0"/>
              <w:ind w:left="130" w:right="13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4"/>
              </w:rPr>
              <w:t>Použití maziva Bontrager</w:t>
            </w:r>
          </w:p>
        </w:tc>
      </w:tr>
      <w:tr>
        <w:trPr>
          <w:trHeight w:hRule="exact" w:val="3716"/>
        </w:trPr>
        <w:tc>
          <w:tcPr>
            <w:tcW w:type="dxa" w:w="4080"/>
            <w:vMerge/>
            <w:tcBorders/>
          </w:tcPr>
          <w:p/>
        </w:tc>
        <w:tc>
          <w:tcPr>
            <w:tcW w:type="dxa" w:w="5706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0" w:after="0"/>
              <w:ind w:left="528" w:right="528" w:firstLine="0"/>
              <w:jc w:val="left"/>
            </w:pPr>
            <w:r>
              <w:drawing>
                <wp:inline xmlns:a="http://schemas.openxmlformats.org/drawingml/2006/main" xmlns:pic="http://schemas.openxmlformats.org/drawingml/2006/picture">
                  <wp:extent cx="260350" cy="268748"/>
                  <wp:docPr id="14" name="Picture 14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image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50" cy="268748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autoSpaceDN w:val="0"/>
              <w:autoSpaceDE w:val="0"/>
              <w:widowControl/>
              <w:spacing w:line="318" w:lineRule="exact" w:before="412" w:after="198"/>
              <w:ind w:left="354" w:right="354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8"/>
              </w:rPr>
              <w:t>Bezpečnost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357.99999999999955" w:type="dxa"/>
            </w:tblPr>
            <w:tblGrid>
              <w:gridCol w:w="5706"/>
            </w:tblGrid>
            <w:tr>
              <w:trPr>
                <w:trHeight w:hRule="exact" w:val="520"/>
              </w:trPr>
              <w:tc>
                <w:tcPr>
                  <w:tcW w:type="dxa" w:w="4940"/>
                  <w:tcBorders>
                    <w:start w:sz="4.0" w:val="single" w:color="#3F3F3F"/>
                    <w:top w:sz="4.0" w:val="single" w:color="#3F3F3F"/>
                    <w:end w:sz="4.0" w:val="single" w:color="#3F3F3F"/>
                    <w:bottom w:sz="4.0" w:val="single" w:color="#3F3F3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362" w:lineRule="exact" w:before="142" w:after="0"/>
                    <w:ind w:left="754" w:right="754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221F1F"/>
                      <w:sz w:val="32"/>
                    </w:rPr>
                    <w:t>VAROVÁNÍ</w:t>
                  </w:r>
                </w:p>
              </w:tc>
            </w:tr>
            <w:tr>
              <w:trPr>
                <w:trHeight w:hRule="exact" w:val="1748"/>
              </w:trPr>
              <w:tc>
                <w:tcPr>
                  <w:tcW w:type="dxa" w:w="4940"/>
                  <w:tcBorders>
                    <w:start w:sz="4.0" w:val="single" w:color="#3F3F3F"/>
                    <w:top w:sz="4.0" w:val="single" w:color="#3F3F3F"/>
                    <w:end w:sz="4.0" w:val="single" w:color="#3F3F3F"/>
                    <w:bottom w:sz="4.0" w:val="single" w:color="#3F3F3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38" w:lineRule="exact" w:before="56" w:after="0"/>
                    <w:ind w:left="76" w:right="7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4"/>
                    </w:rPr>
                    <w:t>Řádně utáhněte spojovací prvky</w:t>
                  </w:r>
                  <w:r>
                    <w:br/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Spojovací prvky vždy utáhněte na požadovaný moment. 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V případě překročení stanovené hodnoty může dojít 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k deformaci nebo poškození komponentů a spojů. Ne-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dotažení může vést k uvolnění spojovacích prvků nebo 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komponentů. Obojí může poškodit kolo a zapříčinit úraz 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jezdce.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</w:tbl>
    <w:p>
      <w:pPr>
        <w:autoSpaceDN w:val="0"/>
        <w:autoSpaceDE w:val="0"/>
        <w:widowControl/>
        <w:spacing w:line="84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6484.0" w:type="dxa"/>
      </w:tblPr>
      <w:tblGrid>
        <w:gridCol w:w="12240"/>
      </w:tblGrid>
      <w:tr>
        <w:trPr>
          <w:trHeight w:hRule="exact" w:val="520"/>
        </w:trPr>
        <w:tc>
          <w:tcPr>
            <w:tcW w:type="dxa" w:w="4940"/>
            <w:tcBorders>
              <w:start w:sz="4.0" w:val="single" w:color="#3F3F3F"/>
              <w:top w:sz="4.0" w:val="single" w:color="#3F3F3F"/>
              <w:end w:sz="4.0" w:val="single" w:color="#3F3F3F"/>
              <w:bottom w:sz="4.0" w:val="single" w:color="#3F3F3F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362" w:lineRule="exact" w:before="144" w:after="0"/>
              <w:ind w:left="754" w:right="754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221F1F"/>
                <w:sz w:val="32"/>
              </w:rPr>
              <w:t>VAROVÁNÍ</w:t>
            </w:r>
          </w:p>
        </w:tc>
      </w:tr>
      <w:tr>
        <w:trPr>
          <w:trHeight w:hRule="exact" w:val="1768"/>
        </w:trPr>
        <w:tc>
          <w:tcPr>
            <w:tcW w:type="dxa" w:w="4940"/>
            <w:tcBorders>
              <w:start w:sz="4.0" w:val="single" w:color="#3F3F3F"/>
              <w:top w:sz="4.0" w:val="single" w:color="#3F3F3F"/>
              <w:end w:sz="4.0" w:val="single" w:color="#3F3F3F"/>
              <w:bottom w:sz="4.0" w:val="single" w:color="#3F3F3F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38" w:lineRule="exact" w:before="56" w:after="0"/>
              <w:ind w:left="76" w:right="7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4"/>
              </w:rPr>
              <w:t>Opětovně naneste zajišťovač závitů</w:t>
            </w:r>
            <w:r>
              <w:br/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Chcete-li demontovaný spojovací materiál ošetřený za-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jišťovačem závitů použít i při montáži, musíte ho nejprve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očistit izopropylalkoholem a pak na něj nanést novou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vrstvu lepidla. Pokud zajišťovač nepoužijete, šroubové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spoje se mohou uvolnit a způsobit poškození kola </w:t>
            </w:r>
            <w:r>
              <w:br/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a zranění jezdce.</w:t>
            </w:r>
          </w:p>
        </w:tc>
      </w:tr>
    </w:tbl>
    <w:p>
      <w:pPr>
        <w:autoSpaceDN w:val="0"/>
        <w:autoSpaceDE w:val="0"/>
        <w:widowControl/>
        <w:spacing w:line="202" w:lineRule="exact" w:before="3322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2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-1814.0" w:type="dxa"/>
      </w:tblPr>
      <w:tblGrid>
        <w:gridCol w:w="1749"/>
        <w:gridCol w:w="1749"/>
        <w:gridCol w:w="1749"/>
        <w:gridCol w:w="1749"/>
        <w:gridCol w:w="1749"/>
        <w:gridCol w:w="1749"/>
        <w:gridCol w:w="1749"/>
      </w:tblGrid>
      <w:tr>
        <w:trPr>
          <w:trHeight w:hRule="exact" w:val="234"/>
        </w:trPr>
        <w:tc>
          <w:tcPr>
            <w:tcW w:type="dxa" w:w="13436"/>
            <w:gridSpan w:val="6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2" w:right="192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 LT 2024</w:t>
            </w:r>
          </w:p>
        </w:tc>
        <w:tc>
          <w:tcPr>
            <w:tcW w:type="dxa" w:w="618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1750"/>
        </w:trPr>
        <w:tc>
          <w:tcPr>
            <w:tcW w:type="dxa" w:w="13436"/>
            <w:gridSpan w:val="6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0"/>
              <w:ind w:left="2624" w:right="2624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Vedení světel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2602.0" w:type="dxa"/>
            </w:tblPr>
            <w:tblGrid>
              <w:gridCol w:w="13436"/>
            </w:tblGrid>
            <w:tr>
              <w:trPr>
                <w:trHeight w:hRule="exact" w:val="10864"/>
              </w:trPr>
              <w:tc>
                <w:tcPr>
                  <w:tcW w:type="dxa" w:w="10632"/>
                  <w:tcBorders>
                    <w:start w:sz="5.343999862670898" w:val="single" w:color="#FFFFFF"/>
                    <w:top w:sz="5.343999862670898" w:val="single" w:color="#FFFFFF"/>
                    <w:end w:sz="5.343999862670898" w:val="single" w:color="#FFFFFF"/>
                    <w:bottom w:sz="5.343999862670898" w:val="single" w:color="#FFFFF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10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199.32000017166146" w:type="dxa"/>
                  </w:tblPr>
                  <w:tblGrid>
                    <w:gridCol w:w="2126"/>
                    <w:gridCol w:w="2126"/>
                    <w:gridCol w:w="2126"/>
                    <w:gridCol w:w="2126"/>
                    <w:gridCol w:w="2126"/>
                  </w:tblGrid>
                  <w:tr>
                    <w:trPr>
                      <w:trHeight w:hRule="exact" w:val="1076"/>
                    </w:trPr>
                    <w:tc>
                      <w:tcPr>
                        <w:tcW w:type="dxa" w:w="1114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4718" w:after="0"/>
                          <w:ind w:left="200" w:right="200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type="dxa" w:w="1302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5544" w:after="0"/>
                          <w:ind w:left="390" w:right="390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8</w:t>
                        </w:r>
                      </w:p>
                    </w:tc>
                    <w:tc>
                      <w:tcPr>
                        <w:tcW w:type="dxa" w:w="7498"/>
                        <w:gridSpan w:val="2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12" w:after="0"/>
                          <w:ind w:left="2280" w:right="2280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type="dxa" w:w="330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724" w:after="0"/>
                          <w:ind w:left="44" w:right="44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hRule="exact" w:val="938"/>
                    </w:trPr>
                    <w:tc>
                      <w:tcPr>
                        <w:tcW w:type="dxa" w:w="2126"/>
                        <w:vMerge/>
                        <w:tcBorders/>
                      </w:tcPr>
                      <w:p/>
                    </w:tc>
                    <w:tc>
                      <w:tcPr>
                        <w:tcW w:type="dxa" w:w="2126"/>
                        <w:vMerge/>
                        <w:tcBorders/>
                      </w:tcPr>
                      <w:p/>
                    </w:tc>
                    <w:tc>
                      <w:tcPr>
                        <w:tcW w:type="dxa" w:w="359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90" w:lineRule="exact" w:before="618" w:after="0"/>
                          <w:ind w:left="114" w:right="114" w:firstLine="0"/>
                          <w:jc w:val="right"/>
                        </w:pPr>
                        <w:r>
                          <w:rPr>
                            <w:rFonts w:ascii="MyriadPro" w:hAnsi="MyriadPro" w:eastAsia="MyriadPro"/>
                            <w:b w:val="0"/>
                            <w:i w:val="0"/>
                            <w:color w:val="000000"/>
                            <w:sz w:val="24"/>
                          </w:rPr>
                          <w:t>–</w:t>
                        </w:r>
                      </w:p>
                    </w:tc>
                    <w:tc>
                      <w:tcPr>
                        <w:tcW w:type="dxa" w:w="390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90" w:lineRule="exact" w:before="618" w:after="0"/>
                          <w:ind w:left="116" w:right="116" w:firstLine="0"/>
                          <w:jc w:val="left"/>
                        </w:pPr>
                        <w:r>
                          <w:rPr>
                            <w:rFonts w:ascii="MyriadPro" w:hAnsi="MyriadPro" w:eastAsia="MyriadPro"/>
                            <w:b w:val="0"/>
                            <w:i w:val="0"/>
                            <w:color w:val="000000"/>
                            <w:sz w:val="24"/>
                          </w:rPr>
                          <w:t>+</w:t>
                        </w:r>
                      </w:p>
                    </w:tc>
                    <w:tc>
                      <w:tcPr>
                        <w:tcW w:type="dxa" w:w="2126"/>
                        <w:vMerge/>
                        <w:tcBorders/>
                      </w:tcPr>
                      <w:p/>
                    </w:tc>
                  </w:tr>
                  <w:tr>
                    <w:trPr>
                      <w:trHeight w:hRule="exact" w:val="3484"/>
                    </w:trPr>
                    <w:tc>
                      <w:tcPr>
                        <w:tcW w:type="dxa" w:w="2126"/>
                        <w:vMerge/>
                        <w:tcBorders/>
                      </w:tcPr>
                      <w:p/>
                    </w:tc>
                    <w:tc>
                      <w:tcPr>
                        <w:tcW w:type="dxa" w:w="2126"/>
                        <w:vMerge/>
                        <w:tcBorders/>
                      </w:tcPr>
                      <w:p/>
                    </w:tc>
                    <w:tc>
                      <w:tcPr>
                        <w:tcW w:type="dxa" w:w="7498"/>
                        <w:gridSpan w:val="2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0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4692.0" w:type="dxa"/>
                        </w:tblPr>
                        <w:tblGrid>
                          <w:gridCol w:w="7498"/>
                        </w:tblGrid>
                        <w:tr>
                          <w:trPr>
                            <w:trHeight w:hRule="exact" w:val="272"/>
                          </w:trPr>
                          <w:tc>
                            <w:tcPr>
                              <w:tcW w:type="dxa" w:w="626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4" w:lineRule="exact" w:before="2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3 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20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390.0" w:type="dxa"/>
                        </w:tblPr>
                        <w:tblGrid>
                          <w:gridCol w:w="2499"/>
                          <w:gridCol w:w="2499"/>
                          <w:gridCol w:w="2499"/>
                        </w:tblGrid>
                        <w:tr>
                          <w:trPr>
                            <w:trHeight w:hRule="exact" w:val="1096"/>
                          </w:trPr>
                          <w:tc>
                            <w:tcPr>
                              <w:tcW w:type="dxa" w:w="550"/>
                              <w:gridSpan w:val="2"/>
                              <w:tcBorders>
                                <w:end w:sz="16.583999633789062" w:val="single" w:color="#252120"/>
                                <w:bottom w:sz="6.0" w:val="single" w:color="#000000"/>
                              </w:tcBorders>
                              <w:tcMar>
                                <w:start w:w="0" w:type="dxa"/>
                                <w:end w:w="0" w:type="dxa"/>
                              </w:tcMar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412" w:lineRule="exact" w:before="332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w w:val="101.02294473087086"/>
                                  <w:rFonts w:ascii="MyriadPro" w:hAnsi="MyriadPro" w:eastAsia="MyriadPro"/>
                                  <w:b w:val="0"/>
                                  <w:i w:val="0"/>
                                  <w:color w:val="000000"/>
                                  <w:sz w:val="34"/>
                                </w:rPr>
                                <w:t>+</w:t>
                              </w:r>
                            </w:p>
                          </w:tc>
                          <w:tc>
                            <w:tcPr>
                              <w:tcW w:type="dxa" w:w="6514"/>
                              <w:tcBorders>
                                <w:start w:sz="16.583999633789062" w:val="single" w:color="#252120"/>
                                <w:bottom w:sz="6.0" w:val="single" w:color="#000000"/>
                              </w:tcBorders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84" w:lineRule="exact" w:before="0" w:after="0"/>
                                <w:ind w:left="0" w:right="0"/>
                              </w:pPr>
                            </w:p>
                            <w:tbl>
                              <w:tblPr>
                                <w:tblW w:type="auto" w:w="0"/>
                                <w:tblLayout w:type="fixed"/>
                                <w:tblLook w:firstColumn="1" w:firstRow="1" w:lastColumn="0" w:lastRow="0" w:noHBand="0" w:noVBand="1" w:val="04A0"/>
                                <w:tblInd w:w="-186.72999954223656" w:type="dxa"/>
                              </w:tblPr>
                              <w:tblGrid>
                                <w:gridCol w:w="1086"/>
                                <w:gridCol w:w="1086"/>
                                <w:gridCol w:w="1086"/>
                                <w:gridCol w:w="1086"/>
                                <w:gridCol w:w="1086"/>
                                <w:gridCol w:w="1086"/>
                              </w:tblGrid>
                              <w:tr>
                                <w:trPr>
                                  <w:trHeight w:hRule="exact" w:val="744"/>
                                </w:trPr>
                                <w:tc>
                                  <w:tcPr>
                                    <w:tcW w:type="dxa" w:w="102"/>
                                    <w:vMerge w:val="restart"/>
                                    <w:tcBorders/>
                                    <w:tcMar>
                                      <w:start w:w="0" w:type="dxa"/>
                                      <w:end w:w="0" w:type="dxa"/>
                                    </w:tcMar>
                                    <w:tcMar>
                                      <w:start w:w="0" w:type="dxa"/>
                                      <w:end w:w="0" w:type="dxa"/>
                                    </w:tcMar>
                                  </w:tcPr>
                                  <w:p/>
                                </w:tc>
                                <w:tc>
                                  <w:tcPr>
                                    <w:tcW w:type="dxa" w:w="370"/>
                                    <w:vMerge w:val="restart"/>
                                    <w:tcBorders/>
                                    <w:tcMar>
                                      <w:start w:w="0" w:type="dxa"/>
                                      <w:end w:w="0" w:type="dxa"/>
                                    </w:tcMar>
                                    <w:tcMar>
                                      <w:start w:w="0" w:type="dxa"/>
                                      <w:end w:w="0" w:type="dxa"/>
                                    </w:tcMar>
                                  </w:tcPr>
                                  <w:p>
                                    <w:pPr>
                                      <w:autoSpaceDN w:val="0"/>
                                      <w:autoSpaceDE w:val="0"/>
                                      <w:widowControl/>
                                      <w:spacing w:line="412" w:lineRule="exact" w:before="246" w:after="0"/>
                                      <w:ind w:left="0" w:right="0" w:firstLine="0"/>
                                      <w:jc w:val="center"/>
                                    </w:pPr>
                                    <w:r>
                                      <w:rPr>
                                        <w:w w:val="101.02294473087086"/>
                                        <w:rFonts w:ascii="MyriadPro" w:hAnsi="MyriadPro" w:eastAsia="MyriadPro"/>
                                        <w:b w:val="0"/>
                                        <w:i w:val="0"/>
                                        <w:color w:val="000000"/>
                                        <w:sz w:val="34"/>
                                      </w:rPr>
                                      <w:t>–</w:t>
                                    </w:r>
                                  </w:p>
                                </w:tc>
                                <w:tc>
                                  <w:tcPr>
                                    <w:tcW w:type="dxa" w:w="2718"/>
                                    <w:tcBorders/>
                                    <w:tcMar>
                                      <w:start w:w="0" w:type="dxa"/>
                                      <w:end w:w="0" w:type="dxa"/>
                                    </w:tcMar>
                                  </w:tcPr>
                                  <w:p>
                                    <w:pPr>
                                      <w:autoSpaceDN w:val="0"/>
                                      <w:autoSpaceDE w:val="0"/>
                                      <w:widowControl/>
                                      <w:spacing w:line="228" w:lineRule="exact" w:before="510" w:after="0"/>
                                      <w:ind w:left="98" w:right="98" w:firstLine="0"/>
                                      <w:jc w:val="left"/>
                                    </w:pPr>
                                    <w:r>
                                      <w:rPr>
                                        <w:rFonts w:ascii="FranklinGothic" w:hAnsi="FranklinGothic" w:eastAsia="FranklinGothic"/>
                                        <w:b w:val="0"/>
                                        <w:i/>
                                        <w:color w:val="000000"/>
                                        <w:sz w:val="20"/>
                                      </w:rPr>
                                      <w:t>Zdroj: Komponenty Herr-</w:t>
                                    </w:r>
                                  </w:p>
                                </w:tc>
                                <w:tc>
                                  <w:tcPr>
                                    <w:tcW w:type="dxa" w:w="1574"/>
                                    <w:vMerge w:val="restart"/>
                                    <w:tcBorders/>
                                    <w:tcMar>
                                      <w:start w:w="0" w:type="dxa"/>
                                      <w:end w:w="0" w:type="dxa"/>
                                    </w:tcMar>
                                    <w:tcMar>
                                      <w:start w:w="0" w:type="dxa"/>
                                      <w:end w:w="0" w:type="dxa"/>
                                    </w:tcMar>
                                  </w:tcPr>
                                  <w:p>
                                    <w:pPr>
                                      <w:autoSpaceDN w:val="0"/>
                                      <w:autoSpaceDE w:val="0"/>
                                      <w:widowControl/>
                                      <w:spacing w:line="242" w:lineRule="exact" w:before="364" w:after="0"/>
                                      <w:ind w:left="562" w:right="562" w:firstLine="0"/>
                                      <w:jc w:val="left"/>
                                    </w:pPr>
                                    <w:r>
                                      <w:rPr>
                                        <w:rFonts w:ascii="ITCAvantGardePro" w:hAnsi="ITCAvantGardePro" w:eastAsia="ITCAvantGardePro"/>
                                        <w:b w:val="0"/>
                                        <w:i w:val="0"/>
                                        <w:color w:val="000000"/>
                                        <w:sz w:val="20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W w:type="dxa" w:w="1210"/>
                                    <w:vMerge w:val="restart"/>
                                    <w:tcBorders/>
                                    <w:tcMar>
                                      <w:start w:w="0" w:type="dxa"/>
                                      <w:end w:w="0" w:type="dxa"/>
                                    </w:tcMar>
                                    <w:tcMar>
                                      <w:start w:w="0" w:type="dxa"/>
                                      <w:end w:w="0" w:type="dxa"/>
                                    </w:tcMar>
                                  </w:tcPr>
                                  <w:p>
                                    <w:pPr>
                                      <w:autoSpaceDN w:val="0"/>
                                      <w:autoSpaceDE w:val="0"/>
                                      <w:widowControl/>
                                      <w:spacing w:line="242" w:lineRule="exact" w:before="652" w:after="0"/>
                                      <w:ind w:left="196" w:right="196" w:firstLine="0"/>
                                      <w:jc w:val="right"/>
                                    </w:pPr>
                                    <w:r>
                                      <w:rPr>
                                        <w:rFonts w:ascii="ITCAvantGardePro" w:hAnsi="ITCAvantGardePro" w:eastAsia="ITCAvantGardePro"/>
                                        <w:b w:val="0"/>
                                        <w:i w:val="0"/>
                                        <w:color w:val="000000"/>
                                        <w:sz w:val="20"/>
                                      </w:rPr>
                                      <w:t>4</w:t>
                                    </w:r>
                                  </w:p>
                                </w:tc>
                                <w:tc>
                                  <w:tcPr>
                                    <w:tcW w:type="dxa" w:w="506"/>
                                    <w:vMerge w:val="restart"/>
                                    <w:tcBorders/>
                                    <w:tcMar>
                                      <w:start w:w="0" w:type="dxa"/>
                                      <w:end w:w="0" w:type="dxa"/>
                                    </w:tcMar>
                                    <w:tcMar>
                                      <w:start w:w="0" w:type="dxa"/>
                                      <w:end w:w="0" w:type="dxa"/>
                                    </w:tcMar>
                                  </w:tcPr>
                                  <w:p>
                                    <w:pPr>
                                      <w:autoSpaceDN w:val="0"/>
                                      <w:autoSpaceDE w:val="0"/>
                                      <w:widowControl/>
                                      <w:spacing w:line="242" w:lineRule="exact" w:before="88" w:after="0"/>
                                      <w:ind w:left="0" w:right="0" w:firstLine="0"/>
                                      <w:jc w:val="center"/>
                                    </w:pPr>
                                    <w:r>
                                      <w:rPr>
                                        <w:rFonts w:ascii="ITCAvantGardePro" w:hAnsi="ITCAvantGardePro" w:eastAsia="ITCAvantGardePro"/>
                                        <w:b w:val="0"/>
                                        <w:i w:val="0"/>
                                        <w:color w:val="000000"/>
                                        <w:sz w:val="20"/>
                                      </w:rPr>
                                      <w:t>3</w:t>
                                    </w:r>
                                  </w:p>
                                </w:tc>
                              </w:tr>
                              <w:tr>
                                <w:trPr>
                                  <w:trHeight w:hRule="exact" w:val="246"/>
                                </w:trPr>
                                <w:tc>
                                  <w:tcPr>
                                    <w:tcW w:type="dxa" w:w="1086"/>
                                    <w:vMerge/>
                                    <w:tcBorders/>
                                  </w:tcPr>
                                  <w:p/>
                                </w:tc>
                                <w:tc>
                                  <w:tcPr>
                                    <w:tcW w:type="dxa" w:w="1086"/>
                                    <w:vMerge/>
                                    <w:tcBorders/>
                                  </w:tcPr>
                                  <w:p/>
                                </w:tc>
                                <w:tc>
                                  <w:tcPr>
                                    <w:tcW w:type="dxa" w:w="2718"/>
                                    <w:tcBorders/>
                                    <w:tcMar>
                                      <w:start w:w="0" w:type="dxa"/>
                                      <w:end w:w="0" w:type="dxa"/>
                                    </w:tcMar>
                                  </w:tcPr>
                                  <w:p>
                                    <w:pPr>
                                      <w:autoSpaceDN w:val="0"/>
                                      <w:autoSpaceDE w:val="0"/>
                                      <w:widowControl/>
                                      <w:spacing w:line="228" w:lineRule="exact" w:before="6" w:after="0"/>
                                      <w:ind w:left="890" w:right="890" w:firstLine="0"/>
                                      <w:jc w:val="left"/>
                                    </w:pPr>
                                    <w:r>
                                      <w:rPr>
                                        <w:rFonts w:ascii="FranklinGothic" w:hAnsi="FranklinGothic" w:eastAsia="FranklinGothic"/>
                                        <w:b w:val="0"/>
                                        <w:i/>
                                        <w:color w:val="000000"/>
                                        <w:sz w:val="20"/>
                                      </w:rPr>
                                      <w:t>mans</w:t>
                                    </w:r>
                                  </w:p>
                                </w:tc>
                                <w:tc>
                                  <w:tcPr>
                                    <w:tcW w:type="dxa" w:w="1086"/>
                                    <w:vMerge/>
                                    <w:tcBorders/>
                                  </w:tcPr>
                                  <w:p/>
                                </w:tc>
                                <w:tc>
                                  <w:tcPr>
                                    <w:tcW w:type="dxa" w:w="1086"/>
                                    <w:vMerge/>
                                    <w:tcBorders/>
                                  </w:tcPr>
                                  <w:p/>
                                </w:tc>
                                <w:tc>
                                  <w:tcPr>
                                    <w:tcW w:type="dxa" w:w="1086"/>
                                    <w:vMerge/>
                                    <w:tcBorders/>
                                  </w:tcPr>
                                  <w:p/>
                                </w:tc>
                              </w:tr>
                            </w:tbl>
                            <w:p/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-332" w:lineRule="exact" w:before="0" w:after="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w w:val="101.02294473087086"/>
                                  <w:rFonts w:ascii="MyriadPro" w:hAnsi="MyriadPro" w:eastAsia="MyriadPro"/>
                                  <w:b w:val="0"/>
                                  <w:i w:val="0"/>
                                  <w:color w:val="000000"/>
                                  <w:sz w:val="34"/>
                                </w:rPr>
                                <w:t>+</w:t>
                              </w:r>
                            </w:p>
                          </w:tc>
                        </w:tr>
                        <w:tr>
                          <w:trPr>
                            <w:trHeight w:hRule="exact" w:val="2266"/>
                          </w:trPr>
                          <w:tc>
                            <w:tcPr>
                              <w:tcW w:type="dxa" w:w="498"/>
                              <w:tcBorders>
                                <w:top w:sz="6.0" w:val="single" w:color="#000000"/>
                                <w:end w:sz="113.50399780273438" w:val="single" w:color="#000000"/>
                              </w:tcBorders>
                              <w:tcMar>
                                <w:start w:w="0" w:type="dxa"/>
                                <w:end w:w="0" w:type="dxa"/>
                              </w:tcMar>
                            </w:tcPr>
                            <w:p/>
                          </w:tc>
                          <w:tc>
                            <w:tcPr>
                              <w:tcW w:type="dxa" w:w="6566"/>
                              <w:gridSpan w:val="2"/>
                              <w:tcBorders>
                                <w:start w:sz="113.50399780273438" w:val="single" w:color="#000000"/>
                                <w:top w:sz="6.0" w:val="single" w:color="#000000"/>
                              </w:tcBorders>
                              <w:tcMar>
                                <w:start w:w="0" w:type="dxa"/>
                                <w:end w:w="0" w:type="dxa"/>
                              </w:tcMar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4" w:lineRule="exact" w:before="176" w:after="0"/>
                                <w:ind w:left="58" w:right="58" w:firstLine="0"/>
                                <w:jc w:val="left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6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2126"/>
                        <w:vMerge/>
                        <w:tcBorders/>
                      </w:tcPr>
                      <w:p/>
                    </w:tc>
                  </w:tr>
                  <w:tr>
                    <w:trPr>
                      <w:trHeight w:hRule="exact" w:val="794"/>
                    </w:trPr>
                    <w:tc>
                      <w:tcPr>
                        <w:tcW w:type="dxa" w:w="2126"/>
                        <w:vMerge/>
                        <w:tcBorders/>
                      </w:tcPr>
                      <w:p/>
                    </w:tc>
                    <w:tc>
                      <w:tcPr>
                        <w:tcW w:type="dxa" w:w="2126"/>
                        <w:vMerge/>
                        <w:tcBorders/>
                      </w:tcPr>
                      <w:p/>
                    </w:tc>
                    <w:tc>
                      <w:tcPr>
                        <w:tcW w:type="dxa" w:w="7498"/>
                        <w:gridSpan w:val="2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30" w:after="0"/>
                          <w:ind w:left="538" w:right="538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7</w:t>
                        </w:r>
                      </w:p>
                    </w:tc>
                    <w:tc>
                      <w:tcPr>
                        <w:tcW w:type="dxa" w:w="2126"/>
                        <w:vMerge/>
                        <w:tcBorders/>
                      </w:tcPr>
                      <w:p/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4" w:lineRule="exact" w:before="508" w:after="0"/>
                    <w:ind w:left="2768" w:right="2768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8</w:t>
                  </w:r>
                </w:p>
                <w:p>
                  <w:pPr>
                    <w:autoSpaceDN w:val="0"/>
                    <w:autoSpaceDE w:val="0"/>
                    <w:widowControl/>
                    <w:spacing w:line="244" w:lineRule="exact" w:before="3056" w:after="0"/>
                    <w:ind w:left="814" w:right="814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4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61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92.00000000000045" w:type="dxa"/>
            </w:tblPr>
            <w:tblGrid>
              <w:gridCol w:w="618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444"/>
        </w:trPr>
        <w:tc>
          <w:tcPr>
            <w:tcW w:type="dxa" w:w="309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80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</w:t>
            </w:r>
          </w:p>
        </w:tc>
        <w:tc>
          <w:tcPr>
            <w:tcW w:type="dxa" w:w="3070"/>
            <w:tcBorders>
              <w:end w:sz="16.583999633789062" w:val="single" w:color="#25212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92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upínací prvek (M6 x 22 mm)</w:t>
            </w:r>
          </w:p>
        </w:tc>
        <w:tc>
          <w:tcPr>
            <w:tcW w:type="dxa" w:w="2598"/>
            <w:tcBorders>
              <w:start w:sz="16.583999633789062" w:val="single" w:color="#25212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00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5</w:t>
            </w:r>
          </w:p>
        </w:tc>
        <w:tc>
          <w:tcPr>
            <w:tcW w:type="dxa" w:w="4674"/>
            <w:gridSpan w:val="3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12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Konektor kabelu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5307542</w:t>
            </w:r>
          </w:p>
        </w:tc>
        <w:tc>
          <w:tcPr>
            <w:tcW w:type="dxa" w:w="1749"/>
            <w:vMerge/>
            <w:tcBorders/>
          </w:tcPr>
          <w:p/>
        </w:tc>
      </w:tr>
      <w:tr>
        <w:trPr>
          <w:trHeight w:hRule="exact" w:val="456"/>
        </w:trPr>
        <w:tc>
          <w:tcPr>
            <w:tcW w:type="dxa" w:w="309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216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</w:tc>
        <w:tc>
          <w:tcPr>
            <w:tcW w:type="dxa" w:w="3070"/>
            <w:tcBorders>
              <w:end w:sz="16.583999633789062" w:val="single" w:color="#25212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226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Matice (M6)</w:t>
            </w:r>
          </w:p>
        </w:tc>
        <w:tc>
          <w:tcPr>
            <w:tcW w:type="dxa" w:w="2598"/>
            <w:tcBorders>
              <w:start w:sz="16.583999633789062" w:val="single" w:color="#25212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72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6</w:t>
            </w:r>
          </w:p>
        </w:tc>
        <w:tc>
          <w:tcPr>
            <w:tcW w:type="dxa" w:w="1780"/>
            <w:tcBorders>
              <w:end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82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Zadní světlo</w:t>
            </w:r>
          </w:p>
        </w:tc>
        <w:tc>
          <w:tcPr>
            <w:tcW w:type="dxa" w:w="752"/>
            <w:vMerge w:val="restart"/>
            <w:tcBorders>
              <w:start w:sz="8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486.0000000000002" w:type="dxa"/>
            </w:tblPr>
            <w:tblGrid>
              <w:gridCol w:w="752"/>
            </w:tblGrid>
            <w:tr>
              <w:trPr>
                <w:trHeight w:hRule="exact" w:val="1488"/>
              </w:trPr>
              <w:tc>
                <w:tcPr>
                  <w:tcW w:type="dxa" w:w="144"/>
                  <w:tcBorders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214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660" w:after="0"/>
              <w:ind w:left="112" w:right="112" w:firstLine="0"/>
              <w:jc w:val="left"/>
            </w:pP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W504513</w:t>
            </w:r>
          </w:p>
        </w:tc>
        <w:tc>
          <w:tcPr>
            <w:tcW w:type="dxa" w:w="1749"/>
            <w:vMerge/>
            <w:tcBorders/>
          </w:tcPr>
          <w:p/>
        </w:tc>
      </w:tr>
      <w:tr>
        <w:trPr>
          <w:trHeight w:hRule="exact" w:val="470"/>
        </w:trPr>
        <w:tc>
          <w:tcPr>
            <w:tcW w:type="dxa" w:w="309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23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</w:tc>
        <w:tc>
          <w:tcPr>
            <w:tcW w:type="dxa" w:w="3070"/>
            <w:tcBorders>
              <w:end w:sz="16.583999633789062" w:val="single" w:color="#25212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24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Přední světlo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W5304404</w:t>
            </w:r>
          </w:p>
        </w:tc>
        <w:tc>
          <w:tcPr>
            <w:tcW w:type="dxa" w:w="2598"/>
            <w:tcBorders>
              <w:start w:sz="16.583999633789062" w:val="single" w:color="#25212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30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7</w:t>
            </w:r>
          </w:p>
        </w:tc>
        <w:tc>
          <w:tcPr>
            <w:tcW w:type="dxa" w:w="1780"/>
            <w:tcBorders>
              <w:end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240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matice (M5)</w:t>
            </w:r>
          </w:p>
        </w:tc>
        <w:tc>
          <w:tcPr>
            <w:tcW w:type="dxa" w:w="1749"/>
            <w:vMerge/>
            <w:tcBorders>
              <w:start w:sz="8.0" w:val="single" w:color="#000000"/>
            </w:tcBorders>
          </w:tcPr>
          <w:p/>
        </w:tc>
        <w:tc>
          <w:tcPr>
            <w:tcW w:type="dxa" w:w="1749"/>
            <w:vMerge/>
            <w:tcBorders/>
          </w:tcPr>
          <w:p/>
        </w:tc>
        <w:tc>
          <w:tcPr>
            <w:tcW w:type="dxa" w:w="1749"/>
            <w:vMerge/>
            <w:tcBorders/>
          </w:tcPr>
          <w:p/>
        </w:tc>
      </w:tr>
      <w:tr>
        <w:trPr>
          <w:trHeight w:hRule="exact" w:val="1018"/>
        </w:trPr>
        <w:tc>
          <w:tcPr>
            <w:tcW w:type="dxa" w:w="309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46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4</w:t>
            </w:r>
          </w:p>
        </w:tc>
        <w:tc>
          <w:tcPr>
            <w:tcW w:type="dxa" w:w="3070"/>
            <w:tcBorders>
              <w:end w:sz="16.583999633789062" w:val="single" w:color="#25212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256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Y-kabel světla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W5311720</w:t>
            </w:r>
          </w:p>
        </w:tc>
        <w:tc>
          <w:tcPr>
            <w:tcW w:type="dxa" w:w="2598"/>
            <w:tcBorders>
              <w:start w:sz="16.583999633789062" w:val="single" w:color="#25212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38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8</w:t>
            </w:r>
          </w:p>
        </w:tc>
        <w:tc>
          <w:tcPr>
            <w:tcW w:type="dxa" w:w="1780"/>
            <w:tcBorders>
              <w:end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248" w:after="0"/>
              <w:ind w:left="36" w:right="36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podložka se zářezy</w:t>
            </w:r>
          </w:p>
        </w:tc>
        <w:tc>
          <w:tcPr>
            <w:tcW w:type="dxa" w:w="1749"/>
            <w:vMerge/>
            <w:tcBorders>
              <w:start w:sz="8.0" w:val="single" w:color="#000000"/>
            </w:tcBorders>
          </w:tcPr>
          <w:p/>
        </w:tc>
        <w:tc>
          <w:tcPr>
            <w:tcW w:type="dxa" w:w="1749"/>
            <w:vMerge/>
            <w:tcBorders/>
          </w:tcPr>
          <w:p/>
        </w:tc>
        <w:tc>
          <w:tcPr>
            <w:tcW w:type="dxa" w:w="1749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40" w:lineRule="auto" w:before="0" w:after="0"/>
        <w:ind w:left="0" w:right="0" w:firstLine="0"/>
        <w:jc w:val="left"/>
      </w:pPr>
      <w:r>
        <w:drawing>
          <wp:inline xmlns:a="http://schemas.openxmlformats.org/drawingml/2006/main" xmlns:pic="http://schemas.openxmlformats.org/drawingml/2006/picture">
            <wp:extent cx="2917190" cy="1411495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17190" cy="141149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autoSpaceDN w:val="0"/>
        <w:autoSpaceDE w:val="0"/>
        <w:widowControl/>
        <w:spacing w:line="202" w:lineRule="exact" w:before="10672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4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1597660</wp:posOffset>
            </wp:positionH>
            <wp:positionV relativeFrom="page">
              <wp:posOffset>795020</wp:posOffset>
            </wp:positionV>
            <wp:extent cx="2221229" cy="1074751"/>
            <wp:wrapNone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221229" cy="107475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4485640</wp:posOffset>
            </wp:positionH>
            <wp:positionV relativeFrom="page">
              <wp:posOffset>1261110</wp:posOffset>
            </wp:positionV>
            <wp:extent cx="3012440" cy="1449737"/>
            <wp:wrapNone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012440" cy="144973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3436620</wp:posOffset>
            </wp:positionH>
            <wp:positionV relativeFrom="page">
              <wp:posOffset>1604010</wp:posOffset>
            </wp:positionV>
            <wp:extent cx="1614169" cy="2525460"/>
            <wp:wrapNone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614169" cy="252546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1874520</wp:posOffset>
            </wp:positionH>
            <wp:positionV relativeFrom="page">
              <wp:posOffset>1863089</wp:posOffset>
            </wp:positionV>
            <wp:extent cx="1830070" cy="880721"/>
            <wp:wrapNone/>
            <wp:docPr id="20" name="Picture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30070" cy="88072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1874520</wp:posOffset>
            </wp:positionH>
            <wp:positionV relativeFrom="page">
              <wp:posOffset>1863089</wp:posOffset>
            </wp:positionV>
            <wp:extent cx="1830070" cy="880721"/>
            <wp:wrapNone/>
            <wp:docPr id="21" name="Picture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30070" cy="88072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1874520</wp:posOffset>
            </wp:positionH>
            <wp:positionV relativeFrom="page">
              <wp:posOffset>1863089</wp:posOffset>
            </wp:positionV>
            <wp:extent cx="1830070" cy="880721"/>
            <wp:wrapNone/>
            <wp:docPr id="22" name="Picture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30070" cy="88072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1875789</wp:posOffset>
            </wp:positionH>
            <wp:positionV relativeFrom="page">
              <wp:posOffset>1863089</wp:posOffset>
            </wp:positionV>
            <wp:extent cx="1828800" cy="880110"/>
            <wp:wrapNone/>
            <wp:docPr id="23" name="Picture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88011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1092200</wp:posOffset>
            </wp:positionH>
            <wp:positionV relativeFrom="page">
              <wp:posOffset>3176270</wp:posOffset>
            </wp:positionV>
            <wp:extent cx="7617459" cy="3537358"/>
            <wp:wrapNone/>
            <wp:docPr id="24" name="Picture 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17459" cy="353735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63500</wp:posOffset>
            </wp:positionH>
            <wp:positionV relativeFrom="page">
              <wp:posOffset>3209290</wp:posOffset>
            </wp:positionV>
            <wp:extent cx="2823210" cy="1358670"/>
            <wp:wrapNone/>
            <wp:docPr id="25" name="Picture 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23210" cy="13586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-138430</wp:posOffset>
            </wp:positionH>
            <wp:positionV relativeFrom="page">
              <wp:posOffset>4362450</wp:posOffset>
            </wp:positionV>
            <wp:extent cx="4260850" cy="2021685"/>
            <wp:wrapNone/>
            <wp:docPr id="26" name="Picture 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260850" cy="202168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444500</wp:posOffset>
            </wp:positionH>
            <wp:positionV relativeFrom="page">
              <wp:posOffset>4382770</wp:posOffset>
            </wp:positionV>
            <wp:extent cx="3195320" cy="1516113"/>
            <wp:wrapNone/>
            <wp:docPr id="27" name="Picture 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195320" cy="151611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187960</wp:posOffset>
            </wp:positionH>
            <wp:positionV relativeFrom="page">
              <wp:posOffset>4563110</wp:posOffset>
            </wp:positionV>
            <wp:extent cx="2777490" cy="1317861"/>
            <wp:wrapNone/>
            <wp:docPr id="28" name="Picture 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777490" cy="131786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635000</wp:posOffset>
            </wp:positionH>
            <wp:positionV relativeFrom="page">
              <wp:posOffset>4665980</wp:posOffset>
            </wp:positionV>
            <wp:extent cx="3194050" cy="1515510"/>
            <wp:wrapNone/>
            <wp:docPr id="29" name="Picture 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194050" cy="151551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4422140</wp:posOffset>
            </wp:positionH>
            <wp:positionV relativeFrom="page">
              <wp:posOffset>6122670</wp:posOffset>
            </wp:positionV>
            <wp:extent cx="4119880" cy="1982692"/>
            <wp:wrapNone/>
            <wp:docPr id="30" name="Picture 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119880" cy="198269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7932420</wp:posOffset>
            </wp:positionV>
            <wp:extent cx="191770" cy="191770"/>
            <wp:wrapNone/>
            <wp:docPr id="31" name="Picture 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7983220</wp:posOffset>
            </wp:positionV>
            <wp:extent cx="191770" cy="195939"/>
            <wp:wrapNone/>
            <wp:docPr id="32" name="Picture 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8260080</wp:posOffset>
            </wp:positionV>
            <wp:extent cx="191770" cy="187690"/>
            <wp:wrapNone/>
            <wp:docPr id="33" name="Picture 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8769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8286750</wp:posOffset>
            </wp:positionV>
            <wp:extent cx="191770" cy="195939"/>
            <wp:wrapNone/>
            <wp:docPr id="34" name="Picture 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8586470</wp:posOffset>
            </wp:positionV>
            <wp:extent cx="191770" cy="187690"/>
            <wp:wrapNone/>
            <wp:docPr id="35" name="Picture 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8769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8591550</wp:posOffset>
            </wp:positionV>
            <wp:extent cx="191770" cy="191770"/>
            <wp:wrapNone/>
            <wp:docPr id="36" name="Picture 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8890000</wp:posOffset>
            </wp:positionV>
            <wp:extent cx="191770" cy="187690"/>
            <wp:wrapNone/>
            <wp:docPr id="37" name="Picture 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8769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8895080</wp:posOffset>
            </wp:positionV>
            <wp:extent cx="191770" cy="191770"/>
            <wp:wrapNone/>
            <wp:docPr id="38" name="Picture 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39" name="Picture 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6120"/>
        <w:gridCol w:w="6120"/>
      </w:tblGrid>
      <w:tr>
        <w:trPr>
          <w:trHeight w:hRule="exact" w:val="234"/>
        </w:trPr>
        <w:tc>
          <w:tcPr>
            <w:tcW w:type="dxa" w:w="11630"/>
            <w:tcBorders/>
            <w:shd w:fill="e5e5e5"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200" w:right="200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 LT 2024</w:t>
            </w:r>
          </w:p>
        </w:tc>
        <w:tc>
          <w:tcPr>
            <w:tcW w:type="dxa" w:w="610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4220"/>
        </w:trPr>
        <w:tc>
          <w:tcPr>
            <w:tcW w:type="dxa" w:w="1163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146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Schéma zapojení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800.0" w:type="dxa"/>
            </w:tblPr>
            <w:tblGrid>
              <w:gridCol w:w="11630"/>
            </w:tblGrid>
            <w:tr>
              <w:trPr>
                <w:trHeight w:hRule="exact" w:val="12940"/>
              </w:trPr>
              <w:tc>
                <w:tcPr>
                  <w:tcW w:type="dxa" w:w="10644"/>
                  <w:tcBorders>
                    <w:start w:sz="4.0960001945495605" w:val="single" w:color="#FFFFFF"/>
                    <w:top w:sz="4.0960001945495605" w:val="single" w:color="#FFFFFF"/>
                    <w:end w:sz="4.0960001945495605" w:val="single" w:color="#FFFFFF"/>
                    <w:bottom w:sz="4.0960001945495605" w:val="single" w:color="#FFFFF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126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186.87999975681308" w:type="dxa"/>
                  </w:tblPr>
                  <w:tblGrid>
                    <w:gridCol w:w="2129"/>
                    <w:gridCol w:w="2129"/>
                    <w:gridCol w:w="2129"/>
                    <w:gridCol w:w="2129"/>
                    <w:gridCol w:w="2129"/>
                  </w:tblGrid>
                  <w:tr>
                    <w:trPr>
                      <w:trHeight w:hRule="exact" w:val="366"/>
                    </w:trPr>
                    <w:tc>
                      <w:tcPr>
                        <w:tcW w:type="dxa" w:w="44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128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type="dxa" w:w="399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6" w:lineRule="exact" w:before="138" w:after="0"/>
                          <w:ind w:left="150" w:right="150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 xml:space="preserve">Ovladač – </w:t>
                        </w:r>
                        <w:r>
                          <w:rPr>
                            <w:rFonts w:ascii="FranklinGothic" w:hAnsi="FranklinGothic" w:eastAsia="FranklinGothic"/>
                            <w:b w:val="0"/>
                            <w:i/>
                            <w:color w:val="000000"/>
                            <w:sz w:val="20"/>
                          </w:rPr>
                          <w:t>W5285506</w:t>
                        </w:r>
                      </w:p>
                    </w:tc>
                    <w:tc>
                      <w:tcPr>
                        <w:tcW w:type="dxa" w:w="3072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40" w:after="0"/>
                          <w:ind w:left="1252" w:right="1252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type="dxa" w:w="1900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364" w:after="0"/>
                          <w:ind w:left="80" w:right="80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type="dxa" w:w="612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596" w:after="0"/>
                          <w:ind w:left="82" w:right="82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hRule="exact" w:val="480"/>
                    </w:trPr>
                    <w:tc>
                      <w:tcPr>
                        <w:tcW w:type="dxa" w:w="44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40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399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6" w:lineRule="exact" w:before="250" w:after="0"/>
                          <w:ind w:left="150" w:right="150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 xml:space="preserve">Motor v náboji – </w:t>
                        </w:r>
                        <w:r>
                          <w:rPr>
                            <w:rFonts w:ascii="FranklinGothic" w:hAnsi="FranklinGothic" w:eastAsia="FranklinGothic"/>
                            <w:b w:val="0"/>
                            <w:i/>
                            <w:color w:val="000000"/>
                            <w:sz w:val="20"/>
                          </w:rPr>
                          <w:t>W5266204</w:t>
                        </w:r>
                      </w:p>
                    </w:tc>
                    <w:tc>
                      <w:tcPr>
                        <w:tcW w:type="dxa" w:w="2129"/>
                        <w:vMerge/>
                        <w:tcBorders/>
                      </w:tcPr>
                      <w:p/>
                    </w:tc>
                    <w:tc>
                      <w:tcPr>
                        <w:tcW w:type="dxa" w:w="2129"/>
                        <w:vMerge/>
                        <w:tcBorders/>
                      </w:tcPr>
                      <w:p/>
                    </w:tc>
                    <w:tc>
                      <w:tcPr>
                        <w:tcW w:type="dxa" w:w="2129"/>
                        <w:vMerge/>
                        <w:tcBorders/>
                      </w:tcPr>
                      <w:p/>
                    </w:tc>
                  </w:tr>
                  <w:tr>
                    <w:trPr>
                      <w:trHeight w:hRule="exact" w:val="478"/>
                    </w:trPr>
                    <w:tc>
                      <w:tcPr>
                        <w:tcW w:type="dxa" w:w="44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38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type="dxa" w:w="399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6" w:lineRule="exact" w:before="248" w:after="0"/>
                          <w:ind w:left="150" w:right="150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 xml:space="preserve">Zadní světlo – </w:t>
                        </w:r>
                        <w:r>
                          <w:rPr>
                            <w:rFonts w:ascii="FranklinGothic" w:hAnsi="FranklinGothic" w:eastAsia="FranklinGothic"/>
                            <w:b w:val="0"/>
                            <w:i/>
                            <w:color w:val="000000"/>
                            <w:sz w:val="20"/>
                          </w:rPr>
                          <w:t>W504513</w:t>
                        </w:r>
                      </w:p>
                    </w:tc>
                    <w:tc>
                      <w:tcPr>
                        <w:tcW w:type="dxa" w:w="2129"/>
                        <w:vMerge/>
                        <w:tcBorders/>
                      </w:tcPr>
                      <w:p/>
                    </w:tc>
                    <w:tc>
                      <w:tcPr>
                        <w:tcW w:type="dxa" w:w="2129"/>
                        <w:vMerge/>
                        <w:tcBorders/>
                      </w:tcPr>
                      <w:p/>
                    </w:tc>
                    <w:tc>
                      <w:tcPr>
                        <w:tcW w:type="dxa" w:w="2129"/>
                        <w:vMerge/>
                        <w:tcBorders/>
                      </w:tcPr>
                      <w:p/>
                    </w:tc>
                  </w:tr>
                  <w:tr>
                    <w:trPr>
                      <w:trHeight w:hRule="exact" w:val="480"/>
                    </w:trPr>
                    <w:tc>
                      <w:tcPr>
                        <w:tcW w:type="dxa" w:w="44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38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type="dxa" w:w="399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8" w:lineRule="exact" w:before="248" w:after="0"/>
                          <w:ind w:left="150" w:right="150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 xml:space="preserve">Přední světlo – </w:t>
                        </w:r>
                        <w:r>
                          <w:rPr>
                            <w:rFonts w:ascii="FranklinGothic" w:hAnsi="FranklinGothic" w:eastAsia="FranklinGothic"/>
                            <w:b w:val="0"/>
                            <w:i/>
                            <w:color w:val="000000"/>
                            <w:sz w:val="20"/>
                          </w:rPr>
                          <w:t>W5304404</w:t>
                        </w:r>
                      </w:p>
                    </w:tc>
                    <w:tc>
                      <w:tcPr>
                        <w:tcW w:type="dxa" w:w="2129"/>
                        <w:vMerge/>
                        <w:tcBorders/>
                      </w:tcPr>
                      <w:p/>
                    </w:tc>
                    <w:tc>
                      <w:tcPr>
                        <w:tcW w:type="dxa" w:w="2129"/>
                        <w:vMerge/>
                        <w:tcBorders/>
                      </w:tcPr>
                      <w:p/>
                    </w:tc>
                    <w:tc>
                      <w:tcPr>
                        <w:tcW w:type="dxa" w:w="2129"/>
                        <w:vMerge/>
                        <w:tcBorders/>
                      </w:tcPr>
                      <w:p/>
                    </w:tc>
                  </w:tr>
                  <w:tr>
                    <w:trPr>
                      <w:trHeight w:hRule="exact" w:val="478"/>
                    </w:trPr>
                    <w:tc>
                      <w:tcPr>
                        <w:tcW w:type="dxa" w:w="44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36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type="dxa" w:w="399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8" w:lineRule="exact" w:before="246" w:after="0"/>
                          <w:ind w:left="150" w:right="150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 xml:space="preserve">Ovladač – </w:t>
                        </w:r>
                        <w:r>
                          <w:rPr>
                            <w:rFonts w:ascii="FranklinGothic" w:hAnsi="FranklinGothic" w:eastAsia="FranklinGothic"/>
                            <w:b w:val="0"/>
                            <w:i/>
                            <w:color w:val="000000"/>
                            <w:sz w:val="20"/>
                          </w:rPr>
                          <w:t>5283398</w:t>
                        </w:r>
                      </w:p>
                    </w:tc>
                    <w:tc>
                      <w:tcPr>
                        <w:tcW w:type="dxa" w:w="2129"/>
                        <w:vMerge/>
                        <w:tcBorders/>
                      </w:tcPr>
                      <w:p/>
                    </w:tc>
                    <w:tc>
                      <w:tcPr>
                        <w:tcW w:type="dxa" w:w="2129"/>
                        <w:vMerge/>
                        <w:tcBorders/>
                      </w:tcPr>
                      <w:p/>
                    </w:tc>
                    <w:tc>
                      <w:tcPr>
                        <w:tcW w:type="dxa" w:w="2129"/>
                        <w:vMerge/>
                        <w:tcBorders/>
                      </w:tcPr>
                      <w:p/>
                    </w:tc>
                  </w:tr>
                  <w:tr>
                    <w:trPr>
                      <w:trHeight w:hRule="exact" w:val="390"/>
                    </w:trPr>
                    <w:tc>
                      <w:tcPr>
                        <w:tcW w:type="dxa" w:w="448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68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type="dxa" w:w="399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6" w:lineRule="exact" w:before="158" w:after="0"/>
                          <w:ind w:left="150" w:right="150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 xml:space="preserve">Snímač krouticího momentu – </w:t>
                        </w:r>
                      </w:p>
                    </w:tc>
                    <w:tc>
                      <w:tcPr>
                        <w:tcW w:type="dxa" w:w="2129"/>
                        <w:vMerge/>
                        <w:tcBorders/>
                      </w:tcPr>
                      <w:p/>
                    </w:tc>
                    <w:tc>
                      <w:tcPr>
                        <w:tcW w:type="dxa" w:w="2129"/>
                        <w:vMerge/>
                        <w:tcBorders/>
                      </w:tcPr>
                      <w:p/>
                    </w:tc>
                    <w:tc>
                      <w:tcPr>
                        <w:tcW w:type="dxa" w:w="2129"/>
                        <w:vMerge/>
                        <w:tcBorders/>
                      </w:tcPr>
                      <w:p/>
                    </w:tc>
                  </w:tr>
                  <w:tr>
                    <w:trPr>
                      <w:trHeight w:hRule="exact" w:val="310"/>
                    </w:trPr>
                    <w:tc>
                      <w:tcPr>
                        <w:tcW w:type="dxa" w:w="2129"/>
                        <w:vMerge/>
                        <w:tcBorders/>
                      </w:tcPr>
                      <w:p/>
                    </w:tc>
                    <w:tc>
                      <w:tcPr>
                        <w:tcW w:type="dxa" w:w="399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6" w:lineRule="exact" w:before="8" w:after="0"/>
                          <w:ind w:left="150" w:right="150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/>
                            <w:color w:val="000000"/>
                            <w:sz w:val="20"/>
                          </w:rPr>
                          <w:t>W5257770</w:t>
                        </w:r>
                      </w:p>
                    </w:tc>
                    <w:tc>
                      <w:tcPr>
                        <w:tcW w:type="dxa" w:w="2129"/>
                        <w:vMerge/>
                        <w:tcBorders/>
                      </w:tcPr>
                      <w:p/>
                    </w:tc>
                    <w:tc>
                      <w:tcPr>
                        <w:tcW w:type="dxa" w:w="2129"/>
                        <w:vMerge/>
                        <w:tcBorders/>
                      </w:tcPr>
                      <w:p/>
                    </w:tc>
                    <w:tc>
                      <w:tcPr>
                        <w:tcW w:type="dxa" w:w="2129"/>
                        <w:vMerge/>
                        <w:tcBorders/>
                      </w:tcPr>
                      <w:p/>
                    </w:tc>
                  </w:tr>
                  <w:tr>
                    <w:trPr>
                      <w:trHeight w:hRule="exact" w:val="318"/>
                    </w:trPr>
                    <w:tc>
                      <w:tcPr>
                        <w:tcW w:type="dxa" w:w="44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76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7</w:t>
                        </w:r>
                      </w:p>
                    </w:tc>
                    <w:tc>
                      <w:tcPr>
                        <w:tcW w:type="dxa" w:w="399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6" w:lineRule="exact" w:before="88" w:after="0"/>
                          <w:ind w:left="150" w:right="150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>Hadička zadní brzdy</w:t>
                        </w:r>
                      </w:p>
                    </w:tc>
                    <w:tc>
                      <w:tcPr>
                        <w:tcW w:type="dxa" w:w="2129"/>
                        <w:vMerge/>
                        <w:tcBorders/>
                      </w:tcPr>
                      <w:p/>
                    </w:tc>
                    <w:tc>
                      <w:tcPr>
                        <w:tcW w:type="dxa" w:w="2129"/>
                        <w:vMerge/>
                        <w:tcBorders/>
                      </w:tcPr>
                      <w:p/>
                    </w:tc>
                    <w:tc>
                      <w:tcPr>
                        <w:tcW w:type="dxa" w:w="2129"/>
                        <w:vMerge/>
                        <w:tcBorders/>
                      </w:tcPr>
                      <w:p/>
                    </w:tc>
                  </w:tr>
                  <w:tr>
                    <w:trPr>
                      <w:trHeight w:hRule="exact" w:val="622"/>
                    </w:trPr>
                    <w:tc>
                      <w:tcPr>
                        <w:tcW w:type="dxa" w:w="44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238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8</w:t>
                        </w:r>
                      </w:p>
                    </w:tc>
                    <w:tc>
                      <w:tcPr>
                        <w:tcW w:type="dxa" w:w="399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6" w:lineRule="exact" w:before="248" w:after="0"/>
                          <w:ind w:left="150" w:right="150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>lanko přehazovačky</w:t>
                        </w:r>
                      </w:p>
                    </w:tc>
                    <w:tc>
                      <w:tcPr>
                        <w:tcW w:type="dxa" w:w="2129"/>
                        <w:vMerge/>
                        <w:tcBorders/>
                      </w:tcPr>
                      <w:p/>
                    </w:tc>
                    <w:tc>
                      <w:tcPr>
                        <w:tcW w:type="dxa" w:w="2129"/>
                        <w:vMerge/>
                        <w:tcBorders/>
                      </w:tcPr>
                      <w:p/>
                    </w:tc>
                    <w:tc>
                      <w:tcPr>
                        <w:tcW w:type="dxa" w:w="2129"/>
                        <w:vMerge/>
                        <w:tcBorders/>
                      </w:tcPr>
                      <w:p/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2" w:lineRule="exact" w:before="142" w:after="728"/>
                    <w:ind w:left="2144" w:right="2144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4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866.8799997568129" w:type="dxa"/>
                  </w:tblPr>
                  <w:tblGrid>
                    <w:gridCol w:w="2129"/>
                    <w:gridCol w:w="2129"/>
                    <w:gridCol w:w="2129"/>
                    <w:gridCol w:w="2129"/>
                    <w:gridCol w:w="2129"/>
                  </w:tblGrid>
                  <w:tr>
                    <w:trPr>
                      <w:trHeight w:hRule="exact" w:val="704"/>
                    </w:trPr>
                    <w:tc>
                      <w:tcPr>
                        <w:tcW w:type="dxa" w:w="412"/>
                        <w:tcBorders>
                          <w:bottom w:sz="29.104000091552734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638"/>
                        <w:tcBorders>
                          <w:bottom w:sz="29.104000091552734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634"/>
                        <w:tcBorders>
                          <w:bottom w:sz="29.104000091552734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5552"/>
                        <w:tcBorders>
                          <w:end w:sz="29.104000091552734" w:val="single" w:color="#000000"/>
                          <w:bottom w:sz="29.104000091552734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1478"/>
                        <w:tcBorders>
                          <w:start w:sz="29.104000091552734" w:val="single" w:color="#000000"/>
                          <w:bottom w:sz="29.104000091552734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</w:tr>
                  <w:tr>
                    <w:trPr>
                      <w:trHeight w:hRule="exact" w:val="916"/>
                    </w:trPr>
                    <w:tc>
                      <w:tcPr>
                        <w:tcW w:type="dxa" w:w="412"/>
                        <w:tcBorders>
                          <w:top w:sz="29.104000091552734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380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7</w:t>
                        </w:r>
                      </w:p>
                    </w:tc>
                    <w:tc>
                      <w:tcPr>
                        <w:tcW w:type="dxa" w:w="638"/>
                        <w:tcBorders>
                          <w:top w:sz="29.104000091552734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380" w:after="0"/>
                          <w:ind w:left="162" w:right="162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type="dxa" w:w="634"/>
                        <w:tcBorders>
                          <w:top w:sz="29.104000091552734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380" w:after="0"/>
                          <w:ind w:left="158" w:right="158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type="dxa" w:w="5552"/>
                        <w:tcBorders>
                          <w:top w:sz="29.104000091552734" w:val="single" w:color="#000000"/>
                          <w:end w:sz="29.104000091552734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380" w:after="0"/>
                          <w:ind w:left="156" w:right="156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8</w:t>
                        </w:r>
                      </w:p>
                    </w:tc>
                    <w:tc>
                      <w:tcPr>
                        <w:tcW w:type="dxa" w:w="1478"/>
                        <w:tcBorders>
                          <w:start w:sz="29.104000091552734" w:val="single" w:color="#000000"/>
                          <w:top w:sz="29.104000091552734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476" w:after="0"/>
                          <w:ind w:left="188" w:right="188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0" w:lineRule="auto" w:before="160" w:after="0"/>
                    <w:ind w:left="642" w:right="642" w:firstLine="0"/>
                    <w:jc w:val="right"/>
                  </w:pPr>
                  <w:r>
                    <w:drawing>
                      <wp:inline xmlns:a="http://schemas.openxmlformats.org/drawingml/2006/main" xmlns:pic="http://schemas.openxmlformats.org/drawingml/2006/picture">
                        <wp:extent cx="309879" cy="149129"/>
                        <wp:docPr id="40" name="Picture 40"/>
                        <wp:cNvGraphicFramePr>
                          <a:graphicFrameLocks noChangeAspect="1"/>
                        </wp:cNvGraphicFramePr>
                        <a:graphic>
                          <a:graphicData uri="http://schemas.openxmlformats.org/drawingml/2006/picture">
                            <pic:pic>
                              <pic:nvPicPr>
                                <pic:cNvPr id="0" name="image.png"/>
                                <pic:cNvPicPr/>
                              </pic:nvPicPr>
                              <pic:blipFill>
                                <a:blip r:embed="rId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9879" cy="149129"/>
                                </a:xfrm>
                                <a:prstGeom prst="rect"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autoSpaceDN w:val="0"/>
                    <w:autoSpaceDE w:val="0"/>
                    <w:widowControl/>
                    <w:spacing w:line="244" w:lineRule="exact" w:before="1726" w:after="0"/>
                    <w:ind w:left="5160" w:right="5160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2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61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84.0000000000009" w:type="dxa"/>
            </w:tblPr>
            <w:tblGrid>
              <w:gridCol w:w="610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</w:tbl>
    <w:p>
      <w:pPr>
        <w:autoSpaceDN w:val="0"/>
        <w:autoSpaceDE w:val="0"/>
        <w:widowControl/>
        <w:spacing w:line="202" w:lineRule="exact" w:before="332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7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3191510</wp:posOffset>
            </wp:positionH>
            <wp:positionV relativeFrom="page">
              <wp:posOffset>241300</wp:posOffset>
            </wp:positionV>
            <wp:extent cx="1153160" cy="3729626"/>
            <wp:wrapNone/>
            <wp:docPr id="41" name="Picture 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153160" cy="372962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3112770</wp:posOffset>
            </wp:positionH>
            <wp:positionV relativeFrom="page">
              <wp:posOffset>549910</wp:posOffset>
            </wp:positionV>
            <wp:extent cx="1210309" cy="2082543"/>
            <wp:wrapNone/>
            <wp:docPr id="42" name="Picture 4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210309" cy="208254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3112770</wp:posOffset>
            </wp:positionH>
            <wp:positionV relativeFrom="page">
              <wp:posOffset>551180</wp:posOffset>
            </wp:positionV>
            <wp:extent cx="1210309" cy="2082543"/>
            <wp:wrapNone/>
            <wp:docPr id="43" name="Picture 4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210309" cy="208254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4798060</wp:posOffset>
            </wp:positionH>
            <wp:positionV relativeFrom="page">
              <wp:posOffset>887730</wp:posOffset>
            </wp:positionV>
            <wp:extent cx="2950210" cy="1419789"/>
            <wp:wrapNone/>
            <wp:docPr id="44" name="Picture 4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50210" cy="141978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4489450</wp:posOffset>
            </wp:positionH>
            <wp:positionV relativeFrom="page">
              <wp:posOffset>1692910</wp:posOffset>
            </wp:positionV>
            <wp:extent cx="674370" cy="1745428"/>
            <wp:wrapNone/>
            <wp:docPr id="45" name="Picture 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74370" cy="174542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4258310</wp:posOffset>
            </wp:positionH>
            <wp:positionV relativeFrom="page">
              <wp:posOffset>2044700</wp:posOffset>
            </wp:positionV>
            <wp:extent cx="3415030" cy="1643483"/>
            <wp:wrapNone/>
            <wp:docPr id="46" name="Picture 4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415030" cy="164348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1549400</wp:posOffset>
            </wp:positionH>
            <wp:positionV relativeFrom="page">
              <wp:posOffset>2428240</wp:posOffset>
            </wp:positionV>
            <wp:extent cx="4304030" cy="2071314"/>
            <wp:wrapNone/>
            <wp:docPr id="47" name="Picture 4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304030" cy="2071314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4505960</wp:posOffset>
            </wp:positionH>
            <wp:positionV relativeFrom="page">
              <wp:posOffset>2917190</wp:posOffset>
            </wp:positionV>
            <wp:extent cx="582929" cy="1334907"/>
            <wp:wrapNone/>
            <wp:docPr id="48" name="Picture 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82929" cy="133490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5521960</wp:posOffset>
            </wp:positionH>
            <wp:positionV relativeFrom="page">
              <wp:posOffset>3442970</wp:posOffset>
            </wp:positionV>
            <wp:extent cx="713739" cy="1093690"/>
            <wp:wrapNone/>
            <wp:docPr id="49" name="Picture 4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13739" cy="109369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4613910</wp:posOffset>
            </wp:positionH>
            <wp:positionV relativeFrom="page">
              <wp:posOffset>3630929</wp:posOffset>
            </wp:positionV>
            <wp:extent cx="1177289" cy="566570"/>
            <wp:wrapNone/>
            <wp:docPr id="50" name="Picture 5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177289" cy="5665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5345430</wp:posOffset>
            </wp:positionH>
            <wp:positionV relativeFrom="page">
              <wp:posOffset>4075429</wp:posOffset>
            </wp:positionV>
            <wp:extent cx="711200" cy="342265"/>
            <wp:wrapNone/>
            <wp:docPr id="51" name="Picture 5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11200" cy="34226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588010</wp:posOffset>
            </wp:positionH>
            <wp:positionV relativeFrom="page">
              <wp:posOffset>4481830</wp:posOffset>
            </wp:positionV>
            <wp:extent cx="2481579" cy="5028463"/>
            <wp:wrapNone/>
            <wp:docPr id="52" name="Picture 5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481579" cy="502846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4456430</wp:posOffset>
            </wp:positionH>
            <wp:positionV relativeFrom="page">
              <wp:posOffset>4552950</wp:posOffset>
            </wp:positionV>
            <wp:extent cx="607060" cy="1024018"/>
            <wp:wrapNone/>
            <wp:docPr id="53" name="Picture 5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07060" cy="102401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5681980</wp:posOffset>
            </wp:positionH>
            <wp:positionV relativeFrom="page">
              <wp:posOffset>4832350</wp:posOffset>
            </wp:positionV>
            <wp:extent cx="1459229" cy="702254"/>
            <wp:wrapNone/>
            <wp:docPr id="54" name="Picture 5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459229" cy="702254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3371850</wp:posOffset>
            </wp:positionH>
            <wp:positionV relativeFrom="page">
              <wp:posOffset>5534660</wp:posOffset>
            </wp:positionV>
            <wp:extent cx="5194300" cy="2499757"/>
            <wp:wrapNone/>
            <wp:docPr id="55" name="Picture 5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194300" cy="249975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704850</wp:posOffset>
            </wp:positionH>
            <wp:positionV relativeFrom="page">
              <wp:posOffset>6005830</wp:posOffset>
            </wp:positionV>
            <wp:extent cx="7428230" cy="3574836"/>
            <wp:wrapNone/>
            <wp:docPr id="56" name="Picture 5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428230" cy="357483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57" name="Picture 5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690880</wp:posOffset>
            </wp:positionH>
            <wp:positionV relativeFrom="page">
              <wp:posOffset>1770380</wp:posOffset>
            </wp:positionV>
            <wp:extent cx="193039" cy="193039"/>
            <wp:wrapNone/>
            <wp:docPr id="58" name="Picture 5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93039" cy="1930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690880</wp:posOffset>
            </wp:positionH>
            <wp:positionV relativeFrom="page">
              <wp:posOffset>2073910</wp:posOffset>
            </wp:positionV>
            <wp:extent cx="193039" cy="197236"/>
            <wp:wrapNone/>
            <wp:docPr id="59" name="Picture 5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93039" cy="19723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690880</wp:posOffset>
            </wp:positionH>
            <wp:positionV relativeFrom="page">
              <wp:posOffset>2377440</wp:posOffset>
            </wp:positionV>
            <wp:extent cx="193039" cy="197236"/>
            <wp:wrapNone/>
            <wp:docPr id="60" name="Picture 6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93039" cy="19723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690880</wp:posOffset>
            </wp:positionH>
            <wp:positionV relativeFrom="page">
              <wp:posOffset>2701290</wp:posOffset>
            </wp:positionV>
            <wp:extent cx="193039" cy="193039"/>
            <wp:wrapNone/>
            <wp:docPr id="61" name="Picture 6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93039" cy="1930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690880</wp:posOffset>
            </wp:positionH>
            <wp:positionV relativeFrom="page">
              <wp:posOffset>3023870</wp:posOffset>
            </wp:positionV>
            <wp:extent cx="193039" cy="193039"/>
            <wp:wrapNone/>
            <wp:docPr id="62" name="Picture 6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93039" cy="1930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690880</wp:posOffset>
            </wp:positionH>
            <wp:positionV relativeFrom="page">
              <wp:posOffset>3327400</wp:posOffset>
            </wp:positionV>
            <wp:extent cx="193039" cy="193039"/>
            <wp:wrapNone/>
            <wp:docPr id="63" name="Picture 6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93039" cy="193039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2040"/>
        <w:gridCol w:w="2040"/>
        <w:gridCol w:w="2040"/>
        <w:gridCol w:w="2040"/>
        <w:gridCol w:w="2040"/>
        <w:gridCol w:w="2040"/>
      </w:tblGrid>
      <w:tr>
        <w:trPr>
          <w:trHeight w:hRule="exact" w:val="234"/>
        </w:trPr>
        <w:tc>
          <w:tcPr>
            <w:tcW w:type="dxa" w:w="11624"/>
            <w:gridSpan w:val="5"/>
            <w:tcBorders/>
            <w:shd w:fill="e5e5e5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4" w:right="194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 LT 2024</w:t>
            </w:r>
          </w:p>
        </w:tc>
        <w:tc>
          <w:tcPr>
            <w:tcW w:type="dxa" w:w="616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1134"/>
        </w:trPr>
        <w:tc>
          <w:tcPr>
            <w:tcW w:type="dxa" w:w="11624"/>
            <w:gridSpan w:val="5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176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Snímač krouticího momentu/středové složení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804.0" w:type="dxa"/>
            </w:tblPr>
            <w:tblGrid>
              <w:gridCol w:w="11624"/>
            </w:tblGrid>
            <w:tr>
              <w:trPr>
                <w:trHeight w:hRule="exact" w:val="10024"/>
              </w:trPr>
              <w:tc>
                <w:tcPr>
                  <w:tcW w:type="dxa" w:w="10632"/>
                  <w:tcBorders>
                    <w:start w:sz="5.136000156402588" w:val="single" w:color="#FFFFFF"/>
                    <w:top w:sz="5.136000156402588" w:val="single" w:color="#FFFFFF"/>
                    <w:end w:sz="5.136000156402588" w:val="single" w:color="#FFFFFF"/>
                    <w:bottom w:sz="5.136000156402588" w:val="single" w:color="#FFFFF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4" w:lineRule="exact" w:before="162" w:after="0"/>
                    <w:ind w:left="5126" w:right="5126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1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5623.579999804497" w:type="dxa"/>
                  </w:tblPr>
                  <w:tblGrid>
                    <w:gridCol w:w="10632"/>
                  </w:tblGrid>
                  <w:tr>
                    <w:trPr>
                      <w:trHeight w:hRule="exact" w:val="274"/>
                    </w:trPr>
                    <w:tc>
                      <w:tcPr>
                        <w:tcW w:type="dxa" w:w="738"/>
                        <w:tcBorders>
                          <w:start w:sz="8.0" w:val="single" w:color="#000000"/>
                          <w:top w:sz="8.0" w:val="single" w:color="#000000"/>
                          <w:end w:sz="8.0" w:val="single" w:color="#000000"/>
                          <w:bottom w:sz="8.0" w:val="single" w:color="#000000"/>
                        </w:tcBorders>
                        <w:shd w:fill="ffffff"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4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35 Nm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4" w:lineRule="exact" w:before="3166" w:after="14"/>
                    <w:ind w:left="1756" w:right="1756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2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2181.5799998044968" w:type="dxa"/>
                  </w:tblPr>
                  <w:tblGrid>
                    <w:gridCol w:w="10632"/>
                  </w:tblGrid>
                  <w:tr>
                    <w:trPr>
                      <w:trHeight w:hRule="exact" w:val="274"/>
                    </w:trPr>
                    <w:tc>
                      <w:tcPr>
                        <w:tcW w:type="dxa" w:w="738"/>
                        <w:tcBorders>
                          <w:start w:sz="8.0" w:val="single" w:color="#000000"/>
                          <w:top w:sz="8.0" w:val="single" w:color="#000000"/>
                          <w:end w:sz="8.0" w:val="single" w:color="#000000"/>
                          <w:bottom w:sz="8.0" w:val="single" w:color="#000000"/>
                        </w:tcBorders>
                        <w:shd w:fill="ffffff"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4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35 Nm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4" w:lineRule="exact" w:before="248" w:after="0"/>
                    <w:ind w:left="5138" w:right="5138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3</w:t>
                  </w:r>
                </w:p>
                <w:p>
                  <w:pPr>
                    <w:autoSpaceDN w:val="0"/>
                    <w:autoSpaceDE w:val="0"/>
                    <w:widowControl/>
                    <w:spacing w:line="240" w:lineRule="exact" w:before="3434" w:after="0"/>
                    <w:ind w:left="6726" w:right="908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TIP: 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Namísto misek namažte závity 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středového složení, aby se mazivo 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nedostalo na rám. 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616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90.0" w:type="dxa"/>
            </w:tblPr>
            <w:tblGrid>
              <w:gridCol w:w="616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364"/>
        </w:trPr>
        <w:tc>
          <w:tcPr>
            <w:tcW w:type="dxa" w:w="128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94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</w:t>
            </w:r>
          </w:p>
        </w:tc>
        <w:tc>
          <w:tcPr>
            <w:tcW w:type="dxa" w:w="274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304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Zátka levé strany</w:t>
            </w:r>
          </w:p>
        </w:tc>
        <w:tc>
          <w:tcPr>
            <w:tcW w:type="dxa" w:w="46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174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33.99999999999977" w:type="dxa"/>
            </w:tblPr>
            <w:tblGrid>
              <w:gridCol w:w="231"/>
              <w:gridCol w:w="231"/>
            </w:tblGrid>
            <w:tr>
              <w:trPr>
                <w:trHeight w:hRule="exact" w:val="716"/>
              </w:trPr>
              <w:tc>
                <w:tcPr>
                  <w:tcW w:type="dxa" w:w="144"/>
                  <w:vMerge w:val="restart"/>
                  <w:tcBorders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44"/>
                  <w:tcBorders>
                    <w:start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760"/>
              </w:trPr>
              <w:tc>
                <w:tcPr>
                  <w:tcW w:type="dxa" w:w="231"/>
                  <w:vMerge/>
                  <w:tcBorders>
                    <w:top w:sz="4.0" w:val="single" w:color="#000000"/>
                    <w:end w:sz="4.0" w:val="single" w:color="#000000"/>
                    <w:bottom w:sz="4.0" w:val="single" w:color="#000000"/>
                  </w:tcBorders>
                </w:tcPr>
                <w:p/>
              </w:tc>
              <w:tc>
                <w:tcPr>
                  <w:tcW w:type="dxa" w:w="144"/>
                  <w:tcBorders>
                    <w:start w:sz="4.0" w:val="single" w:color="#000000"/>
                    <w:top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1944"/>
            <w:vMerge w:val="restart"/>
            <w:tcBorders>
              <w:end w:sz="8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814" w:after="0"/>
              <w:ind w:left="40" w:right="40" w:firstLine="0"/>
              <w:jc w:val="left"/>
            </w:pP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W5257770</w:t>
            </w:r>
          </w:p>
        </w:tc>
        <w:tc>
          <w:tcPr>
            <w:tcW w:type="dxa" w:w="5190"/>
            <w:tcBorders>
              <w:start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30" w:after="0"/>
              <w:ind w:left="36" w:right="3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POZNÁMKA: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Před sejmutím misek středového složení </w:t>
            </w:r>
          </w:p>
        </w:tc>
        <w:tc>
          <w:tcPr>
            <w:tcW w:type="dxa" w:w="2040"/>
            <w:vMerge/>
            <w:tcBorders/>
          </w:tcPr>
          <w:p/>
        </w:tc>
      </w:tr>
      <w:tr>
        <w:trPr>
          <w:trHeight w:hRule="exact" w:val="240"/>
        </w:trPr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>
              <w:end w:sz="8.0" w:val="single" w:color="#000000"/>
            </w:tcBorders>
          </w:tcPr>
          <w:p/>
        </w:tc>
        <w:tc>
          <w:tcPr>
            <w:tcW w:type="dxa" w:w="5190"/>
            <w:tcBorders>
              <w:start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6" w:after="0"/>
              <w:ind w:left="36" w:right="3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vždy nejprve odpojte kabel snímače krouticího momentu. </w:t>
            </w:r>
          </w:p>
        </w:tc>
        <w:tc>
          <w:tcPr>
            <w:tcW w:type="dxa" w:w="2040"/>
            <w:vMerge/>
            <w:tcBorders/>
          </w:tcPr>
          <w:p/>
        </w:tc>
      </w:tr>
      <w:tr>
        <w:trPr>
          <w:trHeight w:hRule="exact" w:val="240"/>
        </w:trPr>
        <w:tc>
          <w:tcPr>
            <w:tcW w:type="dxa" w:w="128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170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</w:tc>
        <w:tc>
          <w:tcPr>
            <w:tcW w:type="dxa" w:w="274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80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Zátka pravé strany</w:t>
            </w:r>
          </w:p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>
              <w:end w:sz="8.0" w:val="single" w:color="#000000"/>
            </w:tcBorders>
          </w:tcPr>
          <w:p/>
        </w:tc>
        <w:tc>
          <w:tcPr>
            <w:tcW w:type="dxa" w:w="5190"/>
            <w:tcBorders>
              <w:start w:sz="8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6" w:after="0"/>
              <w:ind w:left="36" w:right="3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Pokud nejprve neodpojíte kabel, může dojít k pootočení </w:t>
            </w:r>
          </w:p>
        </w:tc>
        <w:tc>
          <w:tcPr>
            <w:tcW w:type="dxa" w:w="2040"/>
            <w:vMerge/>
            <w:tcBorders/>
          </w:tcPr>
          <w:p/>
        </w:tc>
      </w:tr>
      <w:tr>
        <w:trPr>
          <w:trHeight w:hRule="exact" w:val="170"/>
        </w:trPr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>
              <w:end w:sz="8.0" w:val="single" w:color="#000000"/>
            </w:tcBorders>
          </w:tcPr>
          <w:p/>
        </w:tc>
        <w:tc>
          <w:tcPr>
            <w:tcW w:type="dxa" w:w="5190"/>
            <w:vMerge w:val="restart"/>
            <w:tcBorders>
              <w:start w:sz="8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6" w:after="0"/>
              <w:ind w:left="36" w:right="3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snímače krouticího momentu a poškození kabelu.</w:t>
            </w:r>
          </w:p>
        </w:tc>
        <w:tc>
          <w:tcPr>
            <w:tcW w:type="dxa" w:w="2040"/>
            <w:vMerge/>
            <w:tcBorders/>
          </w:tcPr>
          <w:p/>
        </w:tc>
      </w:tr>
      <w:tr>
        <w:trPr>
          <w:trHeight w:hRule="exact" w:val="392"/>
        </w:trPr>
        <w:tc>
          <w:tcPr>
            <w:tcW w:type="dxa" w:w="128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6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</w:tc>
        <w:tc>
          <w:tcPr>
            <w:tcW w:type="dxa" w:w="274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58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Snímač krouticího momentu/</w:t>
            </w:r>
          </w:p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>
              <w:end w:sz="8.0" w:val="single" w:color="#000000"/>
            </w:tcBorders>
          </w:tcPr>
          <w:p/>
        </w:tc>
        <w:tc>
          <w:tcPr>
            <w:tcW w:type="dxa" w:w="2040"/>
            <w:vMerge/>
            <w:tcBorders>
              <w:start w:sz="8.0" w:val="single" w:color="#000000"/>
            </w:tcBorders>
          </w:tcPr>
          <w:p/>
        </w:tc>
        <w:tc>
          <w:tcPr>
            <w:tcW w:type="dxa" w:w="2040"/>
            <w:vMerge/>
            <w:tcBorders/>
          </w:tcPr>
          <w:p/>
        </w:tc>
      </w:tr>
      <w:tr>
        <w:trPr>
          <w:trHeight w:hRule="exact" w:val="1140"/>
        </w:trPr>
        <w:tc>
          <w:tcPr>
            <w:tcW w:type="dxa" w:w="2040"/>
            <w:vMerge/>
            <w:tcBorders/>
          </w:tcPr>
          <w:p/>
        </w:tc>
        <w:tc>
          <w:tcPr>
            <w:tcW w:type="dxa" w:w="274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6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středové složení</w:t>
            </w:r>
          </w:p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>
              <w:end w:sz="8.0" w:val="single" w:color="#000000"/>
            </w:tcBorders>
          </w:tcPr>
          <w:p/>
        </w:tc>
        <w:tc>
          <w:tcPr>
            <w:tcW w:type="dxa" w:w="2040"/>
            <w:vMerge/>
            <w:tcBorders>
              <w:start w:sz="8.0" w:val="single" w:color="#000000"/>
            </w:tcBorders>
          </w:tcPr>
          <w:p/>
        </w:tc>
        <w:tc>
          <w:tcPr>
            <w:tcW w:type="dxa" w:w="2040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02" w:lineRule="exact" w:before="872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8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-289560</wp:posOffset>
            </wp:positionH>
            <wp:positionV relativeFrom="page">
              <wp:posOffset>919480</wp:posOffset>
            </wp:positionV>
            <wp:extent cx="8547100" cy="4113292"/>
            <wp:wrapNone/>
            <wp:docPr id="64" name="Picture 6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8547100" cy="411329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3694429</wp:posOffset>
            </wp:positionH>
            <wp:positionV relativeFrom="page">
              <wp:posOffset>4033520</wp:posOffset>
            </wp:positionV>
            <wp:extent cx="5187950" cy="2461574"/>
            <wp:wrapNone/>
            <wp:docPr id="65" name="Picture 6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187950" cy="2461574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13970</wp:posOffset>
            </wp:positionH>
            <wp:positionV relativeFrom="page">
              <wp:posOffset>4878070</wp:posOffset>
            </wp:positionV>
            <wp:extent cx="5146040" cy="2476532"/>
            <wp:wrapNone/>
            <wp:docPr id="66" name="Picture 6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146040" cy="247653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7664450</wp:posOffset>
            </wp:positionV>
            <wp:extent cx="191770" cy="195939"/>
            <wp:wrapNone/>
            <wp:docPr id="67" name="Picture 6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7967980</wp:posOffset>
            </wp:positionV>
            <wp:extent cx="191770" cy="191770"/>
            <wp:wrapNone/>
            <wp:docPr id="68" name="Picture 6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8291830</wp:posOffset>
            </wp:positionV>
            <wp:extent cx="191770" cy="195939"/>
            <wp:wrapNone/>
            <wp:docPr id="69" name="Picture 6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70" name="Picture 7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6120"/>
        <w:gridCol w:w="6120"/>
      </w:tblGrid>
      <w:tr>
        <w:trPr>
          <w:trHeight w:hRule="exact" w:val="234"/>
        </w:trPr>
        <w:tc>
          <w:tcPr>
            <w:tcW w:type="dxa" w:w="11622"/>
            <w:tcBorders/>
            <w:shd w:fill="e5e5e5"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2" w:right="192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 LT 2024</w:t>
            </w:r>
          </w:p>
        </w:tc>
        <w:tc>
          <w:tcPr>
            <w:tcW w:type="dxa" w:w="618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1982"/>
        </w:trPr>
        <w:tc>
          <w:tcPr>
            <w:tcW w:type="dxa" w:w="1162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0"/>
              <w:ind w:left="290" w:right="290" w:firstLine="0"/>
              <w:jc w:val="righ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Vyjmutí snímače krouticího momentu/středového složení</w:t>
            </w:r>
          </w:p>
          <w:p>
            <w:pPr>
              <w:autoSpaceDN w:val="0"/>
              <w:autoSpaceDE w:val="0"/>
              <w:widowControl/>
              <w:spacing w:line="240" w:lineRule="exact" w:before="122" w:after="0"/>
              <w:ind w:left="810" w:right="25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POUZE AUTORIZOVANÍ PRODEJCI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:  Servis systémů elektrokol musí provádět pouze autorizovaní prodejci. Nesprávná manipu-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lace s těmito díly, nevhodné nářadí či špatný kroutící moment může vést k poškození součástí a kabelů systému elektrokola.</w:t>
            </w:r>
          </w:p>
          <w:p>
            <w:pPr>
              <w:autoSpaceDN w:val="0"/>
              <w:autoSpaceDE w:val="0"/>
              <w:widowControl/>
              <w:spacing w:line="226" w:lineRule="exact" w:before="104" w:after="0"/>
              <w:ind w:left="584" w:right="584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POZNÁMKA: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Odpojte kabely přidržením konektorů. Neodpojujte kabely zatažením za samotný drát, mohlo by dojít k jejich </w:t>
            </w:r>
          </w:p>
          <w:p>
            <w:pPr>
              <w:autoSpaceDN w:val="0"/>
              <w:autoSpaceDE w:val="0"/>
              <w:widowControl/>
              <w:spacing w:line="226" w:lineRule="exact" w:before="110" w:after="52"/>
              <w:ind w:left="810" w:right="81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poškození. 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404.0" w:type="dxa"/>
            </w:tblPr>
            <w:tblGrid>
              <w:gridCol w:w="2905"/>
              <w:gridCol w:w="2905"/>
              <w:gridCol w:w="2905"/>
              <w:gridCol w:w="2905"/>
            </w:tblGrid>
            <w:tr>
              <w:trPr>
                <w:trHeight w:hRule="exact" w:val="330"/>
              </w:trPr>
              <w:tc>
                <w:tcPr>
                  <w:tcW w:type="dxa" w:w="738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52" w:after="0"/>
                    <w:ind w:left="116" w:right="116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1. </w:t>
                  </w:r>
                </w:p>
              </w:tc>
              <w:tc>
                <w:tcPr>
                  <w:tcW w:type="dxa" w:w="4614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52" w:after="0"/>
                    <w:ind w:left="118" w:right="118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Odpojte kabel snímače krouticího momentu. </w:t>
                  </w:r>
                </w:p>
              </w:tc>
              <w:tc>
                <w:tcPr>
                  <w:tcW w:type="dxa" w:w="1058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52" w:after="0"/>
                    <w:ind w:left="116" w:right="116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4. </w:t>
                  </w:r>
                </w:p>
              </w:tc>
              <w:tc>
                <w:tcPr>
                  <w:tcW w:type="dxa" w:w="4596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52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Vyjměte misku středového složení na pravé straně.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240" w:lineRule="exact" w:before="38" w:after="178"/>
              <w:ind w:left="1260" w:right="126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POZNÁMKA: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Pokud neodpojíte konektor a pokusíte </w:t>
            </w:r>
            <w:r>
              <w:br/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se sundat misku středového složení, poškodíte kabel </w:t>
            </w:r>
            <w:r>
              <w:br/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snímače krouticího momentu.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892.0" w:type="dxa"/>
            </w:tblPr>
            <w:tblGrid>
              <w:gridCol w:w="11622"/>
            </w:tblGrid>
            <w:tr>
              <w:trPr>
                <w:trHeight w:hRule="exact" w:val="1776"/>
              </w:trPr>
              <w:tc>
                <w:tcPr>
                  <w:tcW w:type="dxa" w:w="4032"/>
                  <w:tcBorders>
                    <w:start w:sz="3.5840001106262207" w:val="single" w:color="#FFFFFF"/>
                    <w:top w:sz="3.5840001106262207" w:val="single" w:color="#FFFFFF"/>
                    <w:end w:sz="3.5840001106262207" w:val="single" w:color="#FFFFFF"/>
                    <w:bottom w:sz="3.5840001106262207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40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404.0" w:type="dxa"/>
            </w:tblPr>
            <w:tblGrid>
              <w:gridCol w:w="5811"/>
              <w:gridCol w:w="5811"/>
            </w:tblGrid>
            <w:tr>
              <w:trPr>
                <w:trHeight w:hRule="exact" w:val="5060"/>
              </w:trPr>
              <w:tc>
                <w:tcPr>
                  <w:tcW w:type="dxa" w:w="74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8" w:lineRule="exact" w:before="48" w:after="0"/>
                    <w:ind w:left="116" w:right="116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2. </w:t>
                  </w:r>
                </w:p>
                <w:p>
                  <w:pPr>
                    <w:autoSpaceDN w:val="0"/>
                    <w:autoSpaceDE w:val="0"/>
                    <w:widowControl/>
                    <w:spacing w:line="226" w:lineRule="exact" w:before="2628" w:after="0"/>
                    <w:ind w:left="116" w:right="116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3. </w:t>
                  </w:r>
                </w:p>
              </w:tc>
              <w:tc>
                <w:tcPr>
                  <w:tcW w:type="dxa" w:w="7266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8" w:lineRule="exact" w:before="48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Odstraňte misku na levé straně. </w:t>
                  </w:r>
                </w:p>
                <w:p>
                  <w:pPr>
                    <w:autoSpaceDN w:val="0"/>
                    <w:autoSpaceDE w:val="0"/>
                    <w:widowControl/>
                    <w:spacing w:line="240" w:lineRule="exact" w:before="2614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Vyjměte snímač krouticího momentu/středové </w:t>
                  </w:r>
                  <w:r>
                    <w:br/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složení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61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92.00000000000045" w:type="dxa"/>
            </w:tblPr>
            <w:tblGrid>
              <w:gridCol w:w="618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</w:tbl>
    <w:p>
      <w:pPr>
        <w:autoSpaceDN w:val="0"/>
        <w:autoSpaceDE w:val="0"/>
        <w:widowControl/>
        <w:spacing w:line="20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404.0" w:type="dxa"/>
      </w:tblPr>
      <w:tblGrid>
        <w:gridCol w:w="3060"/>
        <w:gridCol w:w="3060"/>
        <w:gridCol w:w="3060"/>
        <w:gridCol w:w="3060"/>
      </w:tblGrid>
      <w:tr>
        <w:trPr>
          <w:trHeight w:hRule="exact" w:val="330"/>
        </w:trPr>
        <w:tc>
          <w:tcPr>
            <w:tcW w:type="dxa" w:w="738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4614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1058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490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762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404.0" w:type="dxa"/>
      </w:tblPr>
      <w:tblGrid>
        <w:gridCol w:w="6120"/>
        <w:gridCol w:w="6120"/>
      </w:tblGrid>
      <w:tr>
        <w:trPr>
          <w:trHeight w:hRule="exact" w:val="6366"/>
        </w:trPr>
        <w:tc>
          <w:tcPr>
            <w:tcW w:type="dxa" w:w="740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757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02" w:lineRule="exact" w:before="2996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9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3161030</wp:posOffset>
            </wp:positionH>
            <wp:positionV relativeFrom="page">
              <wp:posOffset>1297940</wp:posOffset>
            </wp:positionV>
            <wp:extent cx="4875530" cy="2346349"/>
            <wp:wrapNone/>
            <wp:docPr id="71" name="Picture 7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875530" cy="234634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130810</wp:posOffset>
            </wp:positionH>
            <wp:positionV relativeFrom="page">
              <wp:posOffset>2225040</wp:posOffset>
            </wp:positionV>
            <wp:extent cx="3544569" cy="1705824"/>
            <wp:wrapNone/>
            <wp:docPr id="72" name="Picture 7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544569" cy="1705824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130810</wp:posOffset>
            </wp:positionH>
            <wp:positionV relativeFrom="page">
              <wp:posOffset>2226310</wp:posOffset>
            </wp:positionV>
            <wp:extent cx="3544569" cy="1705824"/>
            <wp:wrapNone/>
            <wp:docPr id="73" name="Picture 7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544569" cy="1705824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1934210</wp:posOffset>
            </wp:positionH>
            <wp:positionV relativeFrom="page">
              <wp:posOffset>2466340</wp:posOffset>
            </wp:positionV>
            <wp:extent cx="740409" cy="356322"/>
            <wp:wrapNone/>
            <wp:docPr id="74" name="Picture 7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40409" cy="35632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1873250</wp:posOffset>
            </wp:positionH>
            <wp:positionV relativeFrom="page">
              <wp:posOffset>2668270</wp:posOffset>
            </wp:positionV>
            <wp:extent cx="168910" cy="437179"/>
            <wp:wrapNone/>
            <wp:docPr id="75" name="Picture 7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8910" cy="43717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-942340</wp:posOffset>
            </wp:positionH>
            <wp:positionV relativeFrom="page">
              <wp:posOffset>3295650</wp:posOffset>
            </wp:positionV>
            <wp:extent cx="6231890" cy="2999097"/>
            <wp:wrapNone/>
            <wp:docPr id="76" name="Picture 7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231890" cy="299909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-283210</wp:posOffset>
            </wp:positionH>
            <wp:positionV relativeFrom="page">
              <wp:posOffset>5562600</wp:posOffset>
            </wp:positionV>
            <wp:extent cx="4490720" cy="2161159"/>
            <wp:wrapNone/>
            <wp:docPr id="77" name="Picture 7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490720" cy="216115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78" name="Picture 7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6120"/>
        <w:gridCol w:w="6120"/>
      </w:tblGrid>
      <w:tr>
        <w:trPr>
          <w:trHeight w:hRule="exact" w:val="234"/>
        </w:trPr>
        <w:tc>
          <w:tcPr>
            <w:tcW w:type="dxa" w:w="11622"/>
            <w:tcBorders/>
            <w:shd w:fill="e5e5e5"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2" w:right="192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 LT 2024</w:t>
            </w:r>
          </w:p>
        </w:tc>
        <w:tc>
          <w:tcPr>
            <w:tcW w:type="dxa" w:w="618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0546"/>
        </w:trPr>
        <w:tc>
          <w:tcPr>
            <w:tcW w:type="dxa" w:w="1162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0"/>
              <w:ind w:left="342" w:right="342" w:firstLine="0"/>
              <w:jc w:val="righ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Montáž snímače krouticího momentu/středového složení</w:t>
            </w:r>
          </w:p>
          <w:p>
            <w:pPr>
              <w:autoSpaceDN w:val="0"/>
              <w:autoSpaceDE w:val="0"/>
              <w:widowControl/>
              <w:spacing w:line="240" w:lineRule="exact" w:before="122" w:after="0"/>
              <w:ind w:left="810" w:right="30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POUZE AUTORIZOVANÍ PRODEJCI: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 Servis systémů elektrokol musí provádět pouze autorizovaní prodejci. Nesprávná manipu-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lace s těmito díly, nevhodné nářadí či špatný kroutící moment může vést k poškození součástí a kabelů systému elektrokola.</w:t>
            </w:r>
          </w:p>
          <w:p>
            <w:pPr>
              <w:autoSpaceDN w:val="0"/>
              <w:autoSpaceDE w:val="0"/>
              <w:widowControl/>
              <w:spacing w:line="240" w:lineRule="exact" w:before="90" w:after="96"/>
              <w:ind w:left="810" w:right="584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POZNÁMKA: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Odpojte kabely přidržením konektorů. Neodpojujte kabely zatažením za samotný drát, mohlo by dojít k jejich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poškození. 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404.0" w:type="dxa"/>
            </w:tblPr>
            <w:tblGrid>
              <w:gridCol w:w="2905"/>
              <w:gridCol w:w="2905"/>
              <w:gridCol w:w="2905"/>
              <w:gridCol w:w="2905"/>
            </w:tblGrid>
            <w:tr>
              <w:trPr>
                <w:trHeight w:hRule="exact" w:val="330"/>
              </w:trPr>
              <w:tc>
                <w:tcPr>
                  <w:tcW w:type="dxa" w:w="738"/>
                  <w:vMerge w:val="restart"/>
                  <w:tcBorders/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98" w:after="0"/>
                    <w:ind w:left="116" w:right="116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1. </w:t>
                  </w:r>
                </w:p>
              </w:tc>
              <w:tc>
                <w:tcPr>
                  <w:tcW w:type="dxa" w:w="478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98" w:after="0"/>
                    <w:ind w:left="118" w:right="118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Nainstalujte misku na pravé straně, pokud jste ji </w:t>
                  </w:r>
                </w:p>
              </w:tc>
              <w:tc>
                <w:tcPr>
                  <w:tcW w:type="dxa" w:w="892"/>
                  <w:vMerge w:val="restart"/>
                  <w:tcBorders/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98" w:after="0"/>
                    <w:ind w:left="116" w:right="116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4. </w:t>
                  </w:r>
                </w:p>
              </w:tc>
              <w:tc>
                <w:tcPr>
                  <w:tcW w:type="dxa" w:w="4714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98" w:after="0"/>
                    <w:ind w:left="0" w:right="0" w:firstLine="0"/>
                    <w:jc w:val="center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Zapojte kabel středového složení/snímače krouticího </w:t>
                  </w:r>
                </w:p>
              </w:tc>
            </w:tr>
            <w:tr>
              <w:trPr>
                <w:trHeight w:hRule="exact" w:val="382"/>
              </w:trPr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478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8" w:after="0"/>
                    <w:ind w:left="118" w:right="118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dříve sejmuli.</w:t>
                  </w:r>
                </w:p>
              </w:tc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4714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8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momentu. 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2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6888.0" w:type="dxa"/>
            </w:tblPr>
            <w:tblGrid>
              <w:gridCol w:w="11622"/>
            </w:tblGrid>
            <w:tr>
              <w:trPr>
                <w:trHeight w:hRule="exact" w:val="1980"/>
              </w:trPr>
              <w:tc>
                <w:tcPr>
                  <w:tcW w:type="dxa" w:w="4494"/>
                  <w:tcBorders>
                    <w:start w:sz="4.0" w:val="single" w:color="#FFFFFF"/>
                    <w:top w:sz="4.0" w:val="single" w:color="#FFFFFF"/>
                    <w:end w:sz="4.0" w:val="single" w:color="#FFFFFF"/>
                    <w:bottom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244" w:lineRule="exact" w:before="16" w:after="232"/>
              <w:ind w:left="1526" w:right="1526" w:firstLine="0"/>
              <w:jc w:val="lef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35 Nm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404.0" w:type="dxa"/>
            </w:tblPr>
            <w:tblGrid>
              <w:gridCol w:w="5811"/>
              <w:gridCol w:w="5811"/>
            </w:tblGrid>
            <w:tr>
              <w:trPr>
                <w:trHeight w:hRule="exact" w:val="1206"/>
              </w:trPr>
              <w:tc>
                <w:tcPr>
                  <w:tcW w:type="dxa" w:w="74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232" w:after="0"/>
                    <w:ind w:left="116" w:right="116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2. </w:t>
                  </w:r>
                </w:p>
              </w:tc>
              <w:tc>
                <w:tcPr>
                  <w:tcW w:type="dxa" w:w="7444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18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Z levé strany zasuňte snímač krouticího momentu </w:t>
                  </w:r>
                  <w:r>
                    <w:br/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s kabelem koncem se zářezy podle obrázku. Kabel </w:t>
                  </w:r>
                  <w:r>
                    <w:br/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vycházející ze snímače krouticího momentu musí </w:t>
                  </w:r>
                  <w:r>
                    <w:br/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směřovat k přední části kola. 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22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164.0" w:type="dxa"/>
            </w:tblPr>
            <w:tblGrid>
              <w:gridCol w:w="11622"/>
            </w:tblGrid>
            <w:tr>
              <w:trPr>
                <w:trHeight w:hRule="exact" w:val="2030"/>
              </w:trPr>
              <w:tc>
                <w:tcPr>
                  <w:tcW w:type="dxa" w:w="4590"/>
                  <w:tcBorders>
                    <w:start w:sz="4.0960001945495605" w:val="single" w:color="#FFFFFF"/>
                    <w:top w:sz="4.0960001945495605" w:val="single" w:color="#FFFFFF"/>
                    <w:bottom w:sz="4.0960001945495605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34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404.0" w:type="dxa"/>
            </w:tblPr>
            <w:tblGrid>
              <w:gridCol w:w="5811"/>
              <w:gridCol w:w="5811"/>
            </w:tblGrid>
            <w:tr>
              <w:trPr>
                <w:trHeight w:hRule="exact" w:val="1044"/>
              </w:trPr>
              <w:tc>
                <w:tcPr>
                  <w:tcW w:type="dxa" w:w="74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8" w:lineRule="exact" w:before="38" w:after="0"/>
                    <w:ind w:left="116" w:right="116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3. </w:t>
                  </w:r>
                </w:p>
              </w:tc>
              <w:tc>
                <w:tcPr>
                  <w:tcW w:type="dxa" w:w="6716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8" w:lineRule="exact" w:before="38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Namontujte misku na levé straně.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61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92.00000000000045" w:type="dxa"/>
            </w:tblPr>
            <w:tblGrid>
              <w:gridCol w:w="618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</w:tbl>
    <w:p>
      <w:pPr>
        <w:autoSpaceDN w:val="0"/>
        <w:autoSpaceDE w:val="0"/>
        <w:widowControl/>
        <w:spacing w:line="20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404.0" w:type="dxa"/>
      </w:tblPr>
      <w:tblGrid>
        <w:gridCol w:w="3060"/>
        <w:gridCol w:w="3060"/>
        <w:gridCol w:w="3060"/>
        <w:gridCol w:w="3060"/>
      </w:tblGrid>
      <w:tr>
        <w:trPr>
          <w:trHeight w:hRule="exact" w:val="330"/>
        </w:trPr>
        <w:tc>
          <w:tcPr>
            <w:tcW w:type="dxa" w:w="73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  <w:tc>
          <w:tcPr>
            <w:tcW w:type="dxa" w:w="4780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89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  <w:tc>
          <w:tcPr>
            <w:tcW w:type="dxa" w:w="5022"/>
            <w:tcBorders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382"/>
        </w:trPr>
        <w:tc>
          <w:tcPr>
            <w:tcW w:type="dxa" w:w="3060"/>
            <w:vMerge/>
            <w:tcBorders/>
          </w:tcPr>
          <w:p/>
        </w:tc>
        <w:tc>
          <w:tcPr>
            <w:tcW w:type="dxa" w:w="4780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3060"/>
            <w:vMerge/>
            <w:tcBorders/>
          </w:tcPr>
          <w:p/>
        </w:tc>
        <w:tc>
          <w:tcPr>
            <w:tcW w:type="dxa" w:w="5022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624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404.0" w:type="dxa"/>
      </w:tblPr>
      <w:tblGrid>
        <w:gridCol w:w="6120"/>
        <w:gridCol w:w="6120"/>
      </w:tblGrid>
      <w:tr>
        <w:trPr>
          <w:trHeight w:hRule="exact" w:val="1206"/>
        </w:trPr>
        <w:tc>
          <w:tcPr>
            <w:tcW w:type="dxa" w:w="740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7752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09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404.0" w:type="dxa"/>
      </w:tblPr>
      <w:tblGrid>
        <w:gridCol w:w="6120"/>
        <w:gridCol w:w="6120"/>
      </w:tblGrid>
      <w:tr>
        <w:trPr>
          <w:trHeight w:hRule="exact" w:val="1628"/>
        </w:trPr>
        <w:tc>
          <w:tcPr>
            <w:tcW w:type="dxa" w:w="740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702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44" w:lineRule="exact" w:before="1362" w:after="0"/>
        <w:ind w:left="4498" w:right="4498" w:firstLine="0"/>
        <w:jc w:val="left"/>
      </w:pPr>
      <w:r>
        <w:rPr>
          <w:rFonts w:ascii="ITCAvantGardePro" w:hAnsi="ITCAvantGardePro" w:eastAsia="ITCAvantGardePro"/>
          <w:b w:val="0"/>
          <w:i w:val="0"/>
          <w:color w:val="000000"/>
          <w:sz w:val="20"/>
        </w:rPr>
        <w:t>35 Nm</w:t>
      </w:r>
    </w:p>
    <w:p>
      <w:pPr>
        <w:autoSpaceDN w:val="0"/>
        <w:autoSpaceDE w:val="0"/>
        <w:widowControl/>
        <w:spacing w:line="202" w:lineRule="exact" w:before="2632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10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3892550</wp:posOffset>
            </wp:positionH>
            <wp:positionV relativeFrom="page">
              <wp:posOffset>1892300</wp:posOffset>
            </wp:positionV>
            <wp:extent cx="3948429" cy="1900181"/>
            <wp:wrapNone/>
            <wp:docPr id="79" name="Picture 7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948429" cy="190018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3888740</wp:posOffset>
            </wp:positionH>
            <wp:positionV relativeFrom="page">
              <wp:posOffset>1894839</wp:posOffset>
            </wp:positionV>
            <wp:extent cx="3948430" cy="1900182"/>
            <wp:wrapNone/>
            <wp:docPr id="80" name="Picture 8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948430" cy="190018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722630</wp:posOffset>
            </wp:positionH>
            <wp:positionV relativeFrom="page">
              <wp:posOffset>2159000</wp:posOffset>
            </wp:positionV>
            <wp:extent cx="4236720" cy="2038922"/>
            <wp:wrapNone/>
            <wp:docPr id="81" name="Picture 8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236720" cy="203892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5897880</wp:posOffset>
            </wp:positionH>
            <wp:positionV relativeFrom="page">
              <wp:posOffset>2161540</wp:posOffset>
            </wp:positionV>
            <wp:extent cx="825500" cy="397272"/>
            <wp:wrapNone/>
            <wp:docPr id="82" name="Picture 8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5500" cy="39727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5829300</wp:posOffset>
            </wp:positionH>
            <wp:positionV relativeFrom="page">
              <wp:posOffset>2386330</wp:posOffset>
            </wp:positionV>
            <wp:extent cx="187960" cy="486485"/>
            <wp:wrapNone/>
            <wp:docPr id="83" name="Picture 8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7960" cy="48648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929640</wp:posOffset>
            </wp:positionH>
            <wp:positionV relativeFrom="page">
              <wp:posOffset>3475990</wp:posOffset>
            </wp:positionV>
            <wp:extent cx="886460" cy="232168"/>
            <wp:wrapNone/>
            <wp:docPr id="84" name="Picture 8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886460" cy="23216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204470</wp:posOffset>
            </wp:positionH>
            <wp:positionV relativeFrom="page">
              <wp:posOffset>4516120</wp:posOffset>
            </wp:positionV>
            <wp:extent cx="1850390" cy="1257877"/>
            <wp:wrapNone/>
            <wp:docPr id="85" name="Picture 8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125787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204470</wp:posOffset>
            </wp:positionH>
            <wp:positionV relativeFrom="page">
              <wp:posOffset>4516120</wp:posOffset>
            </wp:positionV>
            <wp:extent cx="1850390" cy="1257877"/>
            <wp:wrapNone/>
            <wp:docPr id="86" name="Picture 8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125787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203200</wp:posOffset>
            </wp:positionH>
            <wp:positionV relativeFrom="page">
              <wp:posOffset>4518660</wp:posOffset>
            </wp:positionV>
            <wp:extent cx="1850389" cy="1257876"/>
            <wp:wrapNone/>
            <wp:docPr id="87" name="Picture 8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850389" cy="125787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1534160</wp:posOffset>
            </wp:positionH>
            <wp:positionV relativeFrom="page">
              <wp:posOffset>4594860</wp:posOffset>
            </wp:positionV>
            <wp:extent cx="2738119" cy="1317720"/>
            <wp:wrapNone/>
            <wp:docPr id="88" name="Picture 8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738119" cy="131772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875030</wp:posOffset>
            </wp:positionH>
            <wp:positionV relativeFrom="page">
              <wp:posOffset>5257800</wp:posOffset>
            </wp:positionV>
            <wp:extent cx="73659" cy="190647"/>
            <wp:wrapNone/>
            <wp:docPr id="89" name="Picture 8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3659" cy="19064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2626360</wp:posOffset>
            </wp:positionH>
            <wp:positionV relativeFrom="page">
              <wp:posOffset>7546340</wp:posOffset>
            </wp:positionV>
            <wp:extent cx="657860" cy="459659"/>
            <wp:wrapNone/>
            <wp:docPr id="90" name="Picture 9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57860" cy="45965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176530</wp:posOffset>
            </wp:positionH>
            <wp:positionV relativeFrom="page">
              <wp:posOffset>6102350</wp:posOffset>
            </wp:positionV>
            <wp:extent cx="4401820" cy="2118376"/>
            <wp:wrapNone/>
            <wp:docPr id="91" name="Picture 9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401820" cy="211837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92" name="Picture 9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4080"/>
        <w:gridCol w:w="4080"/>
        <w:gridCol w:w="4080"/>
      </w:tblGrid>
      <w:tr>
        <w:trPr>
          <w:trHeight w:hRule="exact" w:val="234"/>
        </w:trPr>
        <w:tc>
          <w:tcPr>
            <w:tcW w:type="dxa" w:w="11624"/>
            <w:gridSpan w:val="2"/>
            <w:tcBorders/>
            <w:shd w:fill="e5e5e5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4" w:right="194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 LT 2024</w:t>
            </w:r>
          </w:p>
        </w:tc>
        <w:tc>
          <w:tcPr>
            <w:tcW w:type="dxa" w:w="616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9258"/>
        </w:trPr>
        <w:tc>
          <w:tcPr>
            <w:tcW w:type="dxa" w:w="11624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268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Baterie a ovladač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804.0" w:type="dxa"/>
            </w:tblPr>
            <w:tblGrid>
              <w:gridCol w:w="11624"/>
            </w:tblGrid>
            <w:tr>
              <w:trPr>
                <w:trHeight w:hRule="exact" w:val="7940"/>
              </w:trPr>
              <w:tc>
                <w:tcPr>
                  <w:tcW w:type="dxa" w:w="10632"/>
                  <w:tcBorders>
                    <w:start w:sz="4.576000213623047" w:val="single" w:color="#FFFFFF"/>
                    <w:top w:sz="4.576000213623047" w:val="single" w:color="#FFFFFF"/>
                    <w:end w:sz="4.576000213623047" w:val="single" w:color="#FFFFFF"/>
                    <w:bottom w:sz="4.576000213623047" w:val="single" w:color="#FFFFF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16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252.27999973297116" w:type="dxa"/>
                  </w:tblPr>
                  <w:tblGrid>
                    <w:gridCol w:w="1181"/>
                    <w:gridCol w:w="1181"/>
                    <w:gridCol w:w="1181"/>
                    <w:gridCol w:w="1181"/>
                    <w:gridCol w:w="1181"/>
                    <w:gridCol w:w="1181"/>
                    <w:gridCol w:w="1181"/>
                    <w:gridCol w:w="1181"/>
                    <w:gridCol w:w="1181"/>
                  </w:tblGrid>
                  <w:tr>
                    <w:trPr>
                      <w:trHeight w:hRule="exact" w:val="1944"/>
                    </w:trPr>
                    <w:tc>
                      <w:tcPr>
                        <w:tcW w:type="dxa" w:w="912"/>
                        <w:vMerge w:val="restart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4534" w:after="0"/>
                          <w:ind w:left="252" w:right="252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type="dxa" w:w="684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526" w:after="0"/>
                          <w:ind w:left="138" w:right="138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type="dxa" w:w="786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4542" w:after="0"/>
                          <w:ind w:left="138" w:right="138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type="dxa" w:w="1178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3214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538.0000000000001" w:type="dxa"/>
                        </w:tblPr>
                        <w:tblGrid>
                          <w:gridCol w:w="1178"/>
                        </w:tblGrid>
                        <w:tr>
                          <w:trPr>
                            <w:trHeight w:hRule="exact" w:val="252"/>
                          </w:trPr>
                          <w:tc>
                            <w:tcPr>
                              <w:tcW w:type="dxa" w:w="626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4" w:lineRule="exact" w:before="2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3 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73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356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11.999999999999886" w:type="dxa"/>
                        </w:tblPr>
                        <w:tblGrid>
                          <w:gridCol w:w="738"/>
                        </w:tblGrid>
                        <w:tr>
                          <w:trPr>
                            <w:trHeight w:hRule="exact" w:val="254"/>
                          </w:trPr>
                          <w:tc>
                            <w:tcPr>
                              <w:tcW w:type="dxa" w:w="628"/>
                              <w:tcBorders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2" w:lineRule="exact" w:before="4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3 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578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70" w:after="0"/>
                          <w:ind w:left="96" w:right="96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type="dxa" w:w="494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94" w:after="0"/>
                          <w:ind w:left="10" w:right="10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4150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6820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3387.9999999999995" w:type="dxa"/>
                        </w:tblPr>
                        <w:tblGrid>
                          <w:gridCol w:w="4150"/>
                        </w:tblGrid>
                        <w:tr>
                          <w:trPr>
                            <w:trHeight w:hRule="exact" w:val="254"/>
                          </w:trPr>
                          <w:tc>
                            <w:tcPr>
                              <w:tcW w:type="dxa" w:w="628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2" w:lineRule="exact" w:before="4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6 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548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6792" w:after="0"/>
                          <w:ind w:left="134" w:right="134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hRule="exact" w:val="5450"/>
                    </w:trPr>
                    <w:tc>
                      <w:tcPr>
                        <w:tcW w:type="dxa" w:w="1181"/>
                        <w:vMerge/>
                        <w:tcBorders>
                          <w:top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181"/>
                        <w:vMerge/>
                        <w:tcBorders/>
                      </w:tcPr>
                      <w:p/>
                    </w:tc>
                    <w:tc>
                      <w:tcPr>
                        <w:tcW w:type="dxa" w:w="1181"/>
                        <w:vMerge/>
                        <w:tcBorders/>
                      </w:tcPr>
                      <w:p/>
                    </w:tc>
                    <w:tc>
                      <w:tcPr>
                        <w:tcW w:type="dxa" w:w="1181"/>
                        <w:vMerge/>
                        <w:tcBorders/>
                      </w:tcPr>
                      <w:p/>
                    </w:tc>
                    <w:tc>
                      <w:tcPr>
                        <w:tcW w:type="dxa" w:w="73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302" w:after="0"/>
                          <w:ind w:left="272" w:right="272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type="dxa" w:w="1181"/>
                        <w:vMerge/>
                        <w:tcBorders/>
                      </w:tcPr>
                      <w:p/>
                    </w:tc>
                    <w:tc>
                      <w:tcPr>
                        <w:tcW w:type="dxa" w:w="1181"/>
                        <w:vMerge/>
                        <w:tcBorders/>
                      </w:tcPr>
                      <w:p/>
                    </w:tc>
                    <w:tc>
                      <w:tcPr>
                        <w:tcW w:type="dxa" w:w="1181"/>
                        <w:vMerge/>
                        <w:tcBorders/>
                      </w:tcPr>
                      <w:p/>
                    </w:tc>
                    <w:tc>
                      <w:tcPr>
                        <w:tcW w:type="dxa" w:w="1181"/>
                        <w:vMerge/>
                        <w:tcBorders/>
                      </w:tcPr>
                      <w:p/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616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90.0" w:type="dxa"/>
            </w:tblPr>
            <w:tblGrid>
              <w:gridCol w:w="616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606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44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</w:t>
            </w:r>
          </w:p>
        </w:tc>
        <w:tc>
          <w:tcPr>
            <w:tcW w:type="dxa" w:w="1034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256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Ovladač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W5285506</w:t>
            </w:r>
          </w:p>
        </w:tc>
        <w:tc>
          <w:tcPr>
            <w:tcW w:type="dxa" w:w="4080"/>
            <w:vMerge/>
            <w:tcBorders/>
          </w:tcPr>
          <w:p/>
        </w:tc>
      </w:tr>
      <w:tr>
        <w:trPr>
          <w:trHeight w:hRule="exact" w:val="478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11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</w:tc>
        <w:tc>
          <w:tcPr>
            <w:tcW w:type="dxa" w:w="1034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2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Baterie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W5255878</w:t>
            </w:r>
          </w:p>
        </w:tc>
        <w:tc>
          <w:tcPr>
            <w:tcW w:type="dxa" w:w="4080"/>
            <w:vMerge/>
            <w:tcBorders/>
          </w:tcPr>
          <w:p/>
        </w:tc>
      </w:tr>
      <w:tr>
        <w:trPr>
          <w:trHeight w:hRule="exact" w:val="478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11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</w:tc>
        <w:tc>
          <w:tcPr>
            <w:tcW w:type="dxa" w:w="1034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2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Upínací prvky, T30 (M6 x 8 mm) –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W5258222</w:t>
            </w:r>
          </w:p>
        </w:tc>
        <w:tc>
          <w:tcPr>
            <w:tcW w:type="dxa" w:w="4080"/>
            <w:vMerge/>
            <w:tcBorders/>
          </w:tcPr>
          <w:p/>
        </w:tc>
      </w:tr>
      <w:tr>
        <w:trPr>
          <w:trHeight w:hRule="exact" w:val="2048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1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4</w:t>
            </w:r>
          </w:p>
        </w:tc>
        <w:tc>
          <w:tcPr>
            <w:tcW w:type="dxa" w:w="1034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2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Upínací prvky, T20 (M4 x 6 mm)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 xml:space="preserve"> 5269023</w:t>
            </w:r>
          </w:p>
        </w:tc>
        <w:tc>
          <w:tcPr>
            <w:tcW w:type="dxa" w:w="4080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02" w:lineRule="exact" w:before="1684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11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473709</wp:posOffset>
            </wp:positionH>
            <wp:positionV relativeFrom="page">
              <wp:posOffset>543560</wp:posOffset>
            </wp:positionV>
            <wp:extent cx="4525010" cy="5501129"/>
            <wp:wrapNone/>
            <wp:docPr id="93" name="Picture 9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525010" cy="550112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2537460</wp:posOffset>
            </wp:positionH>
            <wp:positionV relativeFrom="page">
              <wp:posOffset>2212340</wp:posOffset>
            </wp:positionV>
            <wp:extent cx="4729480" cy="3936973"/>
            <wp:wrapNone/>
            <wp:docPr id="94" name="Picture 9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729480" cy="393697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1238250</wp:posOffset>
            </wp:positionH>
            <wp:positionV relativeFrom="page">
              <wp:posOffset>4207510</wp:posOffset>
            </wp:positionV>
            <wp:extent cx="1126489" cy="1236298"/>
            <wp:wrapNone/>
            <wp:docPr id="95" name="Picture 9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126489" cy="123629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455930</wp:posOffset>
            </wp:positionH>
            <wp:positionV relativeFrom="page">
              <wp:posOffset>4281170</wp:posOffset>
            </wp:positionV>
            <wp:extent cx="843280" cy="748550"/>
            <wp:wrapNone/>
            <wp:docPr id="96" name="Picture 9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843280" cy="74855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6441440</wp:posOffset>
            </wp:positionV>
            <wp:extent cx="191770" cy="195939"/>
            <wp:wrapNone/>
            <wp:docPr id="97" name="Picture 9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6744970</wp:posOffset>
            </wp:positionV>
            <wp:extent cx="191770" cy="191770"/>
            <wp:wrapNone/>
            <wp:docPr id="98" name="Picture 9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7049770</wp:posOffset>
            </wp:positionV>
            <wp:extent cx="191770" cy="191770"/>
            <wp:wrapNone/>
            <wp:docPr id="99" name="Picture 9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7353300</wp:posOffset>
            </wp:positionV>
            <wp:extent cx="191770" cy="195939"/>
            <wp:wrapNone/>
            <wp:docPr id="100" name="Picture 10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101" name="Picture 1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6120"/>
        <w:gridCol w:w="6120"/>
      </w:tblGrid>
      <w:tr>
        <w:trPr>
          <w:trHeight w:hRule="exact" w:val="234"/>
        </w:trPr>
        <w:tc>
          <w:tcPr>
            <w:tcW w:type="dxa" w:w="11622"/>
            <w:tcBorders/>
            <w:shd w:fill="e5e5e5"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2" w:right="192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 LT 2024</w:t>
            </w:r>
          </w:p>
        </w:tc>
        <w:tc>
          <w:tcPr>
            <w:tcW w:type="dxa" w:w="618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1982"/>
        </w:trPr>
        <w:tc>
          <w:tcPr>
            <w:tcW w:type="dxa" w:w="1162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0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Vyjmutí baterie a ovladače</w:t>
            </w:r>
          </w:p>
          <w:p>
            <w:pPr>
              <w:autoSpaceDN w:val="0"/>
              <w:autoSpaceDE w:val="0"/>
              <w:widowControl/>
              <w:spacing w:line="240" w:lineRule="exact" w:before="122" w:after="0"/>
              <w:ind w:left="810" w:right="25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POUZE AUTORIZOVANÍ PRODEJCI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:  Servis systémů elektrokol musí provádět pouze autorizovaní prodejci. Nesprávná manipu-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lace s těmito díly, nevhodné nářadí či špatný kroutící moment může vést k poškození součástí a kabelů systému elektrokola.</w:t>
            </w:r>
          </w:p>
          <w:p>
            <w:pPr>
              <w:autoSpaceDN w:val="0"/>
              <w:autoSpaceDE w:val="0"/>
              <w:widowControl/>
              <w:spacing w:line="240" w:lineRule="exact" w:before="90" w:after="96"/>
              <w:ind w:left="810" w:right="584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POZNÁMKA: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Odpojte kabely přidržením konektorů. Neodpojujte kabely zatažením za samotný drát, mohlo by dojít k jejich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poškození. 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404.0" w:type="dxa"/>
            </w:tblPr>
            <w:tblGrid>
              <w:gridCol w:w="2905"/>
              <w:gridCol w:w="2905"/>
              <w:gridCol w:w="2905"/>
              <w:gridCol w:w="2905"/>
            </w:tblGrid>
            <w:tr>
              <w:trPr>
                <w:trHeight w:hRule="exact" w:val="330"/>
              </w:trPr>
              <w:tc>
                <w:tcPr>
                  <w:tcW w:type="dxa" w:w="74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98" w:after="0"/>
                    <w:ind w:left="118" w:right="118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1. </w:t>
                  </w:r>
                </w:p>
              </w:tc>
              <w:tc>
                <w:tcPr>
                  <w:tcW w:type="dxa" w:w="4904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98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Vyjměte středové složení/snímač krouticího </w:t>
                  </w:r>
                </w:p>
              </w:tc>
              <w:tc>
                <w:tcPr>
                  <w:tcW w:type="dxa" w:w="766"/>
                  <w:vMerge w:val="restart"/>
                  <w:tcBorders/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98" w:after="0"/>
                    <w:ind w:left="116" w:right="116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6. </w:t>
                  </w:r>
                </w:p>
              </w:tc>
              <w:tc>
                <w:tcPr>
                  <w:tcW w:type="dxa" w:w="4676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98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Otočte kolo a vyjměte sestavu baterie a ovladače. </w:t>
                  </w:r>
                </w:p>
              </w:tc>
            </w:tr>
            <w:tr>
              <w:trPr>
                <w:trHeight w:hRule="exact" w:val="240"/>
              </w:trPr>
              <w:tc>
                <w:tcPr>
                  <w:tcW w:type="dxa" w:w="740"/>
                  <w:vMerge w:val="restart"/>
                  <w:tcBorders/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598" w:after="0"/>
                    <w:ind w:left="116" w:right="116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2. </w:t>
                  </w:r>
                </w:p>
              </w:tc>
              <w:tc>
                <w:tcPr>
                  <w:tcW w:type="dxa" w:w="4904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8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momentu (viz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4F5CD5"/>
                      <w:sz w:val="20"/>
                      <w:u w:val="single"/>
                    </w:rPr>
                    <w:t>Vyjmutí snímače krouticího momentu/</w:t>
                  </w:r>
                </w:p>
              </w:tc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4676"/>
                  <w:vMerge w:val="restart"/>
                  <w:tcBorders/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98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POZNÁMKA: 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Postupujte opatrně, aby vám baterie </w:t>
                  </w:r>
                </w:p>
              </w:tc>
            </w:tr>
            <w:tr>
              <w:trPr>
                <w:trHeight w:hRule="exact" w:val="90"/>
              </w:trPr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4904"/>
                  <w:vMerge w:val="restart"/>
                  <w:tcBorders/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8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4F5CD5"/>
                      <w:sz w:val="20"/>
                      <w:u w:val="single"/>
                    </w:rPr>
                    <w:t>středového složení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). </w:t>
                  </w:r>
                </w:p>
              </w:tc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2905"/>
                  <w:vMerge/>
                  <w:tcBorders/>
                </w:tcPr>
                <w:p/>
              </w:tc>
            </w:tr>
            <w:tr>
              <w:trPr>
                <w:trHeight w:hRule="exact" w:val="223"/>
              </w:trPr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4676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8" w:after="0"/>
                    <w:ind w:left="0" w:right="0" w:firstLine="0"/>
                    <w:jc w:val="center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neupadla. Baterie by mohla vyklouznout a upadnout </w:t>
                  </w:r>
                </w:p>
              </w:tc>
            </w:tr>
            <w:tr>
              <w:trPr>
                <w:trHeight w:hRule="exact" w:val="277"/>
              </w:trPr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4904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46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Sejměte kryt nabíjecího portu (viz 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4F5CD5"/>
                      <w:sz w:val="20"/>
                      <w:u w:val="single"/>
                    </w:rPr>
                    <w:t xml:space="preserve">Kryt nabíjecího </w:t>
                  </w:r>
                </w:p>
              </w:tc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4676"/>
                  <w:vMerge w:val="restart"/>
                  <w:tcBorders/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26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na podlahu, což by ji poškodilo.</w:t>
                  </w:r>
                </w:p>
              </w:tc>
            </w:tr>
            <w:tr>
              <w:trPr>
                <w:trHeight w:hRule="exact" w:val="286"/>
              </w:trPr>
              <w:tc>
                <w:tcPr>
                  <w:tcW w:type="dxa" w:w="740"/>
                  <w:vMerge w:val="restart"/>
                  <w:tcBorders/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338" w:after="0"/>
                    <w:ind w:left="116" w:right="116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3. </w:t>
                  </w:r>
                </w:p>
              </w:tc>
              <w:tc>
                <w:tcPr>
                  <w:tcW w:type="dxa" w:w="4904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8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4F5CD5"/>
                      <w:sz w:val="20"/>
                    </w:rPr>
                    <w:t>portu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).</w:t>
                  </w:r>
                </w:p>
              </w:tc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2905"/>
                  <w:vMerge/>
                  <w:tcBorders/>
                </w:tcPr>
                <w:p/>
              </w:tc>
            </w:tr>
            <w:tr>
              <w:trPr>
                <w:trHeight w:hRule="exact" w:val="284"/>
              </w:trPr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4904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52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Přestřihněte stahovací pásky přidržující kabel moto-</w:t>
                  </w:r>
                </w:p>
              </w:tc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2905"/>
                  <w:vMerge/>
                  <w:tcBorders/>
                </w:tcPr>
                <w:p/>
              </w:tc>
            </w:tr>
            <w:tr>
              <w:trPr>
                <w:trHeight w:hRule="exact" w:val="1630"/>
              </w:trPr>
              <w:tc>
                <w:tcPr>
                  <w:tcW w:type="dxa" w:w="740"/>
                  <w:vMerge w:val="restart"/>
                  <w:tcBorders/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3024" w:after="0"/>
                    <w:ind w:left="116" w:right="116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4. </w:t>
                  </w:r>
                </w:p>
              </w:tc>
              <w:tc>
                <w:tcPr>
                  <w:tcW w:type="dxa" w:w="4904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8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ru/brzdovou hadici a kabel odpojte.</w:t>
                  </w:r>
                </w:p>
              </w:tc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2905"/>
                  <w:vMerge/>
                  <w:tcBorders/>
                </w:tcPr>
                <w:p/>
              </w:tc>
            </w:tr>
            <w:tr>
              <w:trPr>
                <w:trHeight w:hRule="exact" w:val="1672"/>
              </w:trPr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4904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1394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Odpojte všechny kabely připojené k ovladači. </w:t>
                  </w:r>
                </w:p>
              </w:tc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2905"/>
                  <w:vMerge/>
                  <w:tcBorders/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240" w:lineRule="exact" w:before="38" w:after="62"/>
              <w:ind w:left="1260" w:right="126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TIP: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Otočte kolo vzhůru nohama na stojanu na opra-</w:t>
            </w:r>
            <w:r>
              <w:br/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vy, čímž si usnadníte přístup. 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404.0" w:type="dxa"/>
            </w:tblPr>
            <w:tblGrid>
              <w:gridCol w:w="5811"/>
              <w:gridCol w:w="5811"/>
            </w:tblGrid>
            <w:tr>
              <w:trPr>
                <w:trHeight w:hRule="exact" w:val="850"/>
              </w:trPr>
              <w:tc>
                <w:tcPr>
                  <w:tcW w:type="dxa" w:w="74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62" w:after="0"/>
                    <w:ind w:left="116" w:right="116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5. </w:t>
                  </w:r>
                </w:p>
              </w:tc>
              <w:tc>
                <w:tcPr>
                  <w:tcW w:type="dxa" w:w="7466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48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Vyjměte dva upínací prvky pod dolní rámovou trubk-</w:t>
                  </w:r>
                  <w:r>
                    <w:br/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ou.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240" w:lineRule="auto" w:before="320" w:after="0"/>
              <w:ind w:left="1170" w:right="1170" w:firstLine="0"/>
              <w:jc w:val="left"/>
            </w:pPr>
            <w:r>
              <w:drawing>
                <wp:inline xmlns:a="http://schemas.openxmlformats.org/drawingml/2006/main" xmlns:pic="http://schemas.openxmlformats.org/drawingml/2006/picture">
                  <wp:extent cx="906780" cy="995172"/>
                  <wp:docPr id="102" name="Picture 102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image.png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995172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61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92.00000000000045" w:type="dxa"/>
            </w:tblPr>
            <w:tblGrid>
              <w:gridCol w:w="618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</w:tbl>
    <w:p>
      <w:pPr>
        <w:autoSpaceDN w:val="0"/>
        <w:autoSpaceDE w:val="0"/>
        <w:widowControl/>
        <w:spacing w:line="20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404.0" w:type="dxa"/>
      </w:tblPr>
      <w:tblGrid>
        <w:gridCol w:w="3060"/>
        <w:gridCol w:w="3060"/>
        <w:gridCol w:w="3060"/>
        <w:gridCol w:w="3060"/>
      </w:tblGrid>
      <w:tr>
        <w:trPr>
          <w:trHeight w:hRule="exact" w:val="330"/>
        </w:trPr>
        <w:tc>
          <w:tcPr>
            <w:tcW w:type="dxa" w:w="856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4788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766"/>
            <w:vMerge w:val="restart"/>
            <w:tcBorders>
              <w:bottom w:sz="3.9839999675750732" w:val="single" w:color="#4F5CD5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  <w:tc>
          <w:tcPr>
            <w:tcW w:type="dxa" w:w="4986"/>
            <w:tcBorders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240"/>
        </w:trPr>
        <w:tc>
          <w:tcPr>
            <w:tcW w:type="dxa" w:w="856"/>
            <w:vMerge w:val="restart"/>
            <w:tcBorders>
              <w:bottom w:sz="3.9839999675750732" w:val="single" w:color="#4F5CD5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  <w:tc>
          <w:tcPr>
            <w:tcW w:type="dxa" w:w="4788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3060"/>
            <w:vMerge/>
            <w:tcBorders>
              <w:bottom w:sz="3.9839999675750732" w:val="single" w:color="#4F5CD5"/>
            </w:tcBorders>
          </w:tcPr>
          <w:p/>
        </w:tc>
        <w:tc>
          <w:tcPr>
            <w:tcW w:type="dxa" w:w="4986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</w:tr>
      <w:tr>
        <w:trPr>
          <w:trHeight w:hRule="exact" w:val="90"/>
        </w:trPr>
        <w:tc>
          <w:tcPr>
            <w:tcW w:type="dxa" w:w="3060"/>
            <w:vMerge/>
            <w:tcBorders>
              <w:bottom w:sz="3.9839999675750732" w:val="single" w:color="#4F5CD5"/>
            </w:tcBorders>
          </w:tcPr>
          <w:p/>
        </w:tc>
        <w:tc>
          <w:tcPr>
            <w:tcW w:type="dxa" w:w="478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  <w:tc>
          <w:tcPr>
            <w:tcW w:type="dxa" w:w="3060"/>
            <w:vMerge/>
            <w:tcBorders>
              <w:bottom w:sz="3.9839999675750732" w:val="single" w:color="#4F5CD5"/>
            </w:tcBorders>
          </w:tcPr>
          <w:p/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223"/>
        </w:trPr>
        <w:tc>
          <w:tcPr>
            <w:tcW w:type="dxa" w:w="3060"/>
            <w:vMerge/>
            <w:tcBorders>
              <w:bottom w:sz="3.9839999675750732" w:val="single" w:color="#4F5CD5"/>
            </w:tcBorders>
          </w:tcPr>
          <w:p/>
        </w:tc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>
              <w:bottom w:sz="3.9839999675750732" w:val="single" w:color="#4F5CD5"/>
            </w:tcBorders>
          </w:tcPr>
          <w:p/>
        </w:tc>
        <w:tc>
          <w:tcPr>
            <w:tcW w:type="dxa" w:w="4986"/>
            <w:tcBorders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277"/>
        </w:trPr>
        <w:tc>
          <w:tcPr>
            <w:tcW w:type="dxa" w:w="3060"/>
            <w:vMerge/>
            <w:tcBorders>
              <w:bottom w:sz="3.9839999675750732" w:val="single" w:color="#4F5CD5"/>
            </w:tcBorders>
          </w:tcPr>
          <w:p/>
        </w:tc>
        <w:tc>
          <w:tcPr>
            <w:tcW w:type="dxa" w:w="4788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3060"/>
            <w:vMerge/>
            <w:tcBorders>
              <w:bottom w:sz="3.9839999675750732" w:val="single" w:color="#4F5CD5"/>
            </w:tcBorders>
          </w:tcPr>
          <w:p/>
        </w:tc>
        <w:tc>
          <w:tcPr>
            <w:tcW w:type="dxa" w:w="4986"/>
            <w:vMerge w:val="restart"/>
            <w:tcBorders>
              <w:bottom w:sz="3.9839999675750732" w:val="single" w:color="#4F5CD5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</w:tr>
      <w:tr>
        <w:trPr>
          <w:trHeight w:hRule="exact" w:val="206"/>
        </w:trPr>
        <w:tc>
          <w:tcPr>
            <w:tcW w:type="dxa" w:w="3060"/>
            <w:vMerge/>
            <w:tcBorders>
              <w:bottom w:sz="3.9839999675750732" w:val="single" w:color="#4F5CD5"/>
            </w:tcBorders>
          </w:tcPr>
          <w:p/>
        </w:tc>
        <w:tc>
          <w:tcPr>
            <w:tcW w:type="dxa" w:w="4788"/>
            <w:tcBorders>
              <w:bottom w:sz="3.9839999675750732" w:val="single" w:color="#4F5CD5"/>
            </w:tcBorders>
            <w:tcMar>
              <w:start w:w="0" w:type="dxa"/>
              <w:end w:w="0" w:type="dxa"/>
            </w:tcMar>
          </w:tcPr>
          <w:p/>
        </w:tc>
        <w:tc>
          <w:tcPr>
            <w:tcW w:type="dxa" w:w="3060"/>
            <w:vMerge/>
            <w:tcBorders>
              <w:bottom w:sz="3.9839999675750732" w:val="single" w:color="#4F5CD5"/>
            </w:tcBorders>
          </w:tcPr>
          <w:p/>
        </w:tc>
        <w:tc>
          <w:tcPr>
            <w:tcW w:type="dxa" w:w="3060"/>
            <w:vMerge/>
            <w:tcBorders>
              <w:bottom w:sz="3.9839999675750732" w:val="single" w:color="#4F5CD5"/>
            </w:tcBorders>
          </w:tcPr>
          <w:p/>
        </w:tc>
      </w:tr>
      <w:tr>
        <w:trPr>
          <w:trHeight w:hRule="exact" w:val="80"/>
        </w:trPr>
        <w:tc>
          <w:tcPr>
            <w:tcW w:type="dxa" w:w="856"/>
            <w:vMerge w:val="restart"/>
            <w:tcBorders>
              <w:top w:sz="3.9839999675750732" w:val="single" w:color="#4F5CD5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  <w:tc>
          <w:tcPr>
            <w:tcW w:type="dxa" w:w="4788"/>
            <w:tcBorders>
              <w:top w:sz="3.9839999675750732" w:val="single" w:color="#4F5CD5"/>
            </w:tcBorders>
            <w:tcMar>
              <w:start w:w="0" w:type="dxa"/>
              <w:end w:w="0" w:type="dxa"/>
            </w:tcMar>
          </w:tcPr>
          <w:p/>
        </w:tc>
        <w:tc>
          <w:tcPr>
            <w:tcW w:type="dxa" w:w="766"/>
            <w:vMerge w:val="restart"/>
            <w:tcBorders>
              <w:top w:sz="3.9839999675750732" w:val="single" w:color="#4F5CD5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  <w:tc>
          <w:tcPr>
            <w:tcW w:type="dxa" w:w="4986"/>
            <w:vMerge w:val="restart"/>
            <w:tcBorders>
              <w:top w:sz="3.9839999675750732" w:val="single" w:color="#4F5CD5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</w:tr>
      <w:tr>
        <w:trPr>
          <w:trHeight w:hRule="exact" w:val="284"/>
        </w:trPr>
        <w:tc>
          <w:tcPr>
            <w:tcW w:type="dxa" w:w="3060"/>
            <w:vMerge/>
            <w:tcBorders>
              <w:top w:sz="3.9839999675750732" w:val="single" w:color="#4F5CD5"/>
            </w:tcBorders>
          </w:tcPr>
          <w:p/>
        </w:tc>
        <w:tc>
          <w:tcPr>
            <w:tcW w:type="dxa" w:w="4788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3060"/>
            <w:vMerge/>
            <w:tcBorders>
              <w:top w:sz="3.9839999675750732" w:val="single" w:color="#4F5CD5"/>
            </w:tcBorders>
          </w:tcPr>
          <w:p/>
        </w:tc>
        <w:tc>
          <w:tcPr>
            <w:tcW w:type="dxa" w:w="3060"/>
            <w:vMerge/>
            <w:tcBorders>
              <w:top w:sz="3.9839999675750732" w:val="single" w:color="#4F5CD5"/>
            </w:tcBorders>
          </w:tcPr>
          <w:p/>
        </w:tc>
      </w:tr>
      <w:tr>
        <w:trPr>
          <w:trHeight w:hRule="exact" w:val="1630"/>
        </w:trPr>
        <w:tc>
          <w:tcPr>
            <w:tcW w:type="dxa" w:w="856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  <w:tc>
          <w:tcPr>
            <w:tcW w:type="dxa" w:w="4788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3060"/>
            <w:vMerge/>
            <w:tcBorders>
              <w:top w:sz="3.9839999675750732" w:val="single" w:color="#4F5CD5"/>
            </w:tcBorders>
          </w:tcPr>
          <w:p/>
        </w:tc>
        <w:tc>
          <w:tcPr>
            <w:tcW w:type="dxa" w:w="3060"/>
            <w:vMerge/>
            <w:tcBorders>
              <w:top w:sz="3.9839999675750732" w:val="single" w:color="#4F5CD5"/>
            </w:tcBorders>
          </w:tcPr>
          <w:p/>
        </w:tc>
      </w:tr>
      <w:tr>
        <w:trPr>
          <w:trHeight w:hRule="exact" w:val="1672"/>
        </w:trPr>
        <w:tc>
          <w:tcPr>
            <w:tcW w:type="dxa" w:w="3060"/>
            <w:vMerge/>
            <w:tcBorders/>
          </w:tcPr>
          <w:p/>
        </w:tc>
        <w:tc>
          <w:tcPr>
            <w:tcW w:type="dxa" w:w="4788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3060"/>
            <w:vMerge/>
            <w:tcBorders>
              <w:top w:sz="3.9839999675750732" w:val="single" w:color="#4F5CD5"/>
            </w:tcBorders>
          </w:tcPr>
          <w:p/>
        </w:tc>
        <w:tc>
          <w:tcPr>
            <w:tcW w:type="dxa" w:w="3060"/>
            <w:vMerge/>
            <w:tcBorders>
              <w:top w:sz="3.9839999675750732" w:val="single" w:color="#4F5CD5"/>
            </w:tcBorders>
          </w:tcPr>
          <w:p/>
        </w:tc>
      </w:tr>
    </w:tbl>
    <w:p>
      <w:pPr>
        <w:autoSpaceDN w:val="0"/>
        <w:autoSpaceDE w:val="0"/>
        <w:widowControl/>
        <w:spacing w:line="580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404.0" w:type="dxa"/>
      </w:tblPr>
      <w:tblGrid>
        <w:gridCol w:w="6120"/>
        <w:gridCol w:w="6120"/>
      </w:tblGrid>
      <w:tr>
        <w:trPr>
          <w:trHeight w:hRule="exact" w:val="850"/>
        </w:trPr>
        <w:tc>
          <w:tcPr>
            <w:tcW w:type="dxa" w:w="740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777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02" w:lineRule="exact" w:before="6044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12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4117340</wp:posOffset>
            </wp:positionH>
            <wp:positionV relativeFrom="page">
              <wp:posOffset>2181860</wp:posOffset>
            </wp:positionV>
            <wp:extent cx="2899410" cy="2305555"/>
            <wp:wrapNone/>
            <wp:docPr id="103" name="Picture 10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899410" cy="230555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-191770</wp:posOffset>
            </wp:positionH>
            <wp:positionV relativeFrom="page">
              <wp:posOffset>2702560</wp:posOffset>
            </wp:positionV>
            <wp:extent cx="3561080" cy="1713770"/>
            <wp:wrapNone/>
            <wp:docPr id="104" name="Picture 10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561080" cy="1713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2904490</wp:posOffset>
            </wp:positionV>
            <wp:extent cx="3187700" cy="1877107"/>
            <wp:wrapNone/>
            <wp:docPr id="105" name="Picture 10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187700" cy="187710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1537970</wp:posOffset>
            </wp:positionH>
            <wp:positionV relativeFrom="page">
              <wp:posOffset>3569970</wp:posOffset>
            </wp:positionV>
            <wp:extent cx="3246120" cy="1562195"/>
            <wp:wrapNone/>
            <wp:docPr id="106" name="Picture 10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246120" cy="156219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1767839</wp:posOffset>
            </wp:positionH>
            <wp:positionV relativeFrom="page">
              <wp:posOffset>3789679</wp:posOffset>
            </wp:positionV>
            <wp:extent cx="1936750" cy="932061"/>
            <wp:wrapNone/>
            <wp:docPr id="107" name="Picture 10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936750" cy="93206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108" name="Picture 10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6120"/>
        <w:gridCol w:w="6120"/>
      </w:tblGrid>
      <w:tr>
        <w:trPr>
          <w:trHeight w:hRule="exact" w:val="234"/>
        </w:trPr>
        <w:tc>
          <w:tcPr>
            <w:tcW w:type="dxa" w:w="11622"/>
            <w:tcBorders/>
            <w:shd w:fill="e5e5e5"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2" w:right="192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 LT 2024</w:t>
            </w:r>
          </w:p>
        </w:tc>
        <w:tc>
          <w:tcPr>
            <w:tcW w:type="dxa" w:w="618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0734"/>
        </w:trPr>
        <w:tc>
          <w:tcPr>
            <w:tcW w:type="dxa" w:w="1162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0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Instalace baterie a ovladače</w:t>
            </w:r>
          </w:p>
          <w:p>
            <w:pPr>
              <w:autoSpaceDN w:val="0"/>
              <w:autoSpaceDE w:val="0"/>
              <w:widowControl/>
              <w:spacing w:line="240" w:lineRule="exact" w:before="122" w:after="0"/>
              <w:ind w:left="810" w:right="25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POUZE AUTORIZOVANÍ PRODEJCI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:  Servis systémů elektrokol musí provádět pouze autorizovaní prodejci. Nesprávná manipu-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lace s těmito díly, nevhodné nářadí či špatný kroutící moment může vést k poškození součástí a kabelů systému elektrokola.</w:t>
            </w:r>
          </w:p>
          <w:p>
            <w:pPr>
              <w:autoSpaceDN w:val="0"/>
              <w:autoSpaceDE w:val="0"/>
              <w:widowControl/>
              <w:spacing w:line="240" w:lineRule="exact" w:before="90" w:after="96"/>
              <w:ind w:left="810" w:right="584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POZNÁMKA: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Odpojte kabely přidržením konektorů. Neodpojujte kabely zatažením za samotný drát, mohlo by dojít k jejich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poškození. 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404.0" w:type="dxa"/>
            </w:tblPr>
            <w:tblGrid>
              <w:gridCol w:w="2905"/>
              <w:gridCol w:w="2905"/>
              <w:gridCol w:w="2905"/>
              <w:gridCol w:w="2905"/>
            </w:tblGrid>
            <w:tr>
              <w:trPr>
                <w:trHeight w:hRule="exact" w:val="330"/>
              </w:trPr>
              <w:tc>
                <w:tcPr>
                  <w:tcW w:type="dxa" w:w="74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98" w:after="0"/>
                    <w:ind w:left="118" w:right="118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1. </w:t>
                  </w:r>
                </w:p>
              </w:tc>
              <w:tc>
                <w:tcPr>
                  <w:tcW w:type="dxa" w:w="4836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98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Sejměte kryt nabíjecího portu (viz 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4F5CD5"/>
                      <w:sz w:val="20"/>
                      <w:u w:val="single"/>
                    </w:rPr>
                    <w:t xml:space="preserve">Kryt nabíjecího </w:t>
                  </w:r>
                </w:p>
              </w:tc>
              <w:tc>
                <w:tcPr>
                  <w:tcW w:type="dxa" w:w="718"/>
                  <w:vMerge w:val="restart"/>
                  <w:tcBorders/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98" w:after="0"/>
                    <w:ind w:left="0" w:right="0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5. </w:t>
                  </w:r>
                </w:p>
              </w:tc>
              <w:tc>
                <w:tcPr>
                  <w:tcW w:type="dxa" w:w="4822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98" w:after="0"/>
                    <w:ind w:left="232" w:right="232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Zasuňte konektor kabelu motoru do vodítka a </w:t>
                  </w:r>
                </w:p>
              </w:tc>
            </w:tr>
            <w:tr>
              <w:trPr>
                <w:trHeight w:hRule="exact" w:val="240"/>
              </w:trPr>
              <w:tc>
                <w:tcPr>
                  <w:tcW w:type="dxa" w:w="740"/>
                  <w:vMerge w:val="restart"/>
                  <w:tcBorders/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358" w:after="0"/>
                    <w:ind w:left="116" w:right="116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2. </w:t>
                  </w:r>
                </w:p>
              </w:tc>
              <w:tc>
                <w:tcPr>
                  <w:tcW w:type="dxa" w:w="4836"/>
                  <w:vMerge w:val="restart"/>
                  <w:tcBorders/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8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4F5CD5"/>
                      <w:sz w:val="20"/>
                    </w:rPr>
                    <w:t>portu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).</w:t>
                  </w:r>
                </w:p>
              </w:tc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4822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8" w:after="0"/>
                    <w:ind w:left="104" w:right="104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připevněte brzdovou hadici a kabel motoru stahovací </w:t>
                  </w:r>
                </w:p>
              </w:tc>
            </w:tr>
            <w:tr>
              <w:trPr>
                <w:trHeight w:hRule="exact" w:val="56"/>
              </w:trPr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4822"/>
                  <w:vMerge w:val="restart"/>
                  <w:tcBorders/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8" w:after="0"/>
                    <w:ind w:left="232" w:right="232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páskou na níže uvedených místech.</w:t>
                  </w:r>
                </w:p>
              </w:tc>
            </w:tr>
            <w:tr>
              <w:trPr>
                <w:trHeight w:hRule="exact" w:val="194"/>
              </w:trPr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4836"/>
                  <w:vMerge w:val="restart"/>
                  <w:tcBorders/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62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Sestavu baterie zasuňte do dolní rámové trubky </w:t>
                  </w:r>
                </w:p>
              </w:tc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2905"/>
                  <w:vMerge/>
                  <w:tcBorders/>
                </w:tcPr>
                <w:p/>
              </w:tc>
            </w:tr>
            <w:tr>
              <w:trPr>
                <w:trHeight w:hRule="exact" w:val="100"/>
              </w:trPr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4822"/>
                  <w:vMerge w:val="restart"/>
                  <w:tcBorders/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2.0000000000004547" w:type="dxa"/>
                  </w:tblPr>
                  <w:tblGrid>
                    <w:gridCol w:w="4822"/>
                  </w:tblGrid>
                  <w:tr>
                    <w:trPr>
                      <w:trHeight w:hRule="exact" w:val="2616"/>
                    </w:trPr>
                    <w:tc>
                      <w:tcPr>
                        <w:tcW w:type="dxa" w:w="4484"/>
                        <w:tcBorders>
                          <w:start w:sz="4.927999973297119" w:val="single" w:color="#FFFFFF"/>
                          <w:top w:sz="4.927999973297119" w:val="single" w:color="#FFFFFF"/>
                          <w:end w:sz="4.927999973297119" w:val="single" w:color="#FFFFFF"/>
                          <w:bottom w:sz="4.927999973297119" w:val="single" w:color="#FFFFFF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492" w:lineRule="exact" w:before="1298" w:after="0"/>
                          <w:ind w:left="1478" w:right="1478" w:firstLine="0"/>
                          <w:jc w:val="left"/>
                        </w:pPr>
                        <w:r>
                          <w:rPr>
                            <w:rFonts w:ascii="Wingdings" w:hAnsi="Wingdings" w:eastAsia="Wingdings"/>
                            <w:b w:val="0"/>
                            <w:i w:val="0"/>
                            <w:color w:val="ED2123"/>
                            <w:sz w:val="44"/>
                          </w:rPr>
                          <w:t>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</w:tc>
            </w:tr>
            <w:tr>
              <w:trPr>
                <w:trHeight w:hRule="exact" w:val="240"/>
              </w:trPr>
              <w:tc>
                <w:tcPr>
                  <w:tcW w:type="dxa" w:w="740"/>
                  <w:vMerge w:val="restart"/>
                  <w:tcBorders/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4612" w:after="0"/>
                    <w:ind w:left="116" w:right="116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3. </w:t>
                  </w:r>
                </w:p>
              </w:tc>
              <w:tc>
                <w:tcPr>
                  <w:tcW w:type="dxa" w:w="4836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8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tak, aby kabely byly v horní části baterie, jak je </w:t>
                  </w:r>
                </w:p>
              </w:tc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2905"/>
                  <w:vMerge/>
                  <w:tcBorders/>
                </w:tcPr>
                <w:p/>
              </w:tc>
            </w:tr>
            <w:tr>
              <w:trPr>
                <w:trHeight w:hRule="exact" w:val="240"/>
              </w:trPr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4836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8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znázorněno na obrázku. V případě potřeby polohu </w:t>
                  </w:r>
                </w:p>
              </w:tc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2905"/>
                  <w:vMerge/>
                  <w:tcBorders/>
                </w:tcPr>
                <w:p/>
              </w:tc>
            </w:tr>
            <w:tr>
              <w:trPr>
                <w:trHeight w:hRule="exact" w:val="286"/>
              </w:trPr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4836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8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kabelů upravte. </w:t>
                  </w:r>
                </w:p>
              </w:tc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2905"/>
                  <w:vMerge/>
                  <w:tcBorders/>
                </w:tcPr>
                <w:p/>
              </w:tc>
            </w:tr>
            <w:tr>
              <w:trPr>
                <w:trHeight w:hRule="exact" w:val="284"/>
              </w:trPr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4836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52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POZNÁMKA: 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Netlačte na baterii. Měla by se </w:t>
                  </w:r>
                </w:p>
              </w:tc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2905"/>
                  <w:vMerge/>
                  <w:tcBorders/>
                </w:tcPr>
                <w:p/>
              </w:tc>
            </w:tr>
            <w:tr>
              <w:trPr>
                <w:trHeight w:hRule="exact" w:val="1898"/>
              </w:trPr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4836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8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zasunout dovnitř sama. </w:t>
                  </w:r>
                </w:p>
              </w:tc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2905"/>
                  <w:vMerge/>
                  <w:tcBorders/>
                </w:tcPr>
                <w:p/>
              </w:tc>
            </w:tr>
            <w:tr>
              <w:trPr>
                <w:trHeight w:hRule="exact" w:val="1942"/>
              </w:trPr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4836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1664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Nainstalujte oba upínací prvky.</w:t>
                  </w:r>
                </w:p>
              </w:tc>
              <w:tc>
                <w:tcPr>
                  <w:tcW w:type="dxa" w:w="2905"/>
                  <w:vMerge/>
                  <w:tcBorders/>
                </w:tcPr>
                <w:p/>
              </w:tc>
              <w:tc>
                <w:tcPr>
                  <w:tcW w:type="dxa" w:w="2905"/>
                  <w:vMerge/>
                  <w:tcBorders/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240" w:lineRule="exact" w:before="38" w:after="0"/>
              <w:ind w:left="1260" w:right="126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DŮLEŽITÉ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UPOZORNĚNÍ: Nabíjecí port baterie musí </w:t>
            </w:r>
            <w:r>
              <w:br/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být zarovnaný s otvorem pro nabíjecí port. </w:t>
            </w:r>
          </w:p>
          <w:p>
            <w:pPr>
              <w:autoSpaceDN w:val="0"/>
              <w:autoSpaceDE w:val="0"/>
              <w:widowControl/>
              <w:spacing w:line="230" w:lineRule="exact" w:before="108" w:after="0"/>
              <w:ind w:left="2442" w:right="2442" w:firstLine="0"/>
              <w:jc w:val="lef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19"/>
              </w:rPr>
              <w:t>6 Nm</w:t>
            </w:r>
          </w:p>
        </w:tc>
        <w:tc>
          <w:tcPr>
            <w:tcW w:type="dxa" w:w="61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92.00000000000045" w:type="dxa"/>
            </w:tblPr>
            <w:tblGrid>
              <w:gridCol w:w="618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</w:tbl>
    <w:p>
      <w:pPr>
        <w:autoSpaceDN w:val="0"/>
        <w:autoSpaceDE w:val="0"/>
        <w:widowControl/>
        <w:spacing w:line="20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404.0" w:type="dxa"/>
      </w:tblPr>
      <w:tblGrid>
        <w:gridCol w:w="3060"/>
        <w:gridCol w:w="3060"/>
        <w:gridCol w:w="3060"/>
        <w:gridCol w:w="3060"/>
      </w:tblGrid>
      <w:tr>
        <w:trPr>
          <w:trHeight w:hRule="exact" w:val="330"/>
        </w:trPr>
        <w:tc>
          <w:tcPr>
            <w:tcW w:type="dxa" w:w="856"/>
            <w:vMerge w:val="restart"/>
            <w:tcBorders>
              <w:bottom w:sz="3.9839999675750732" w:val="single" w:color="#4F5CD5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  <w:tc>
          <w:tcPr>
            <w:tcW w:type="dxa" w:w="4720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718"/>
            <w:vMerge w:val="restart"/>
            <w:tcBorders>
              <w:bottom w:sz="3.9839999675750732" w:val="single" w:color="#4F5CD5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  <w:tc>
          <w:tcPr>
            <w:tcW w:type="dxa" w:w="5130"/>
            <w:tcBorders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231"/>
        </w:trPr>
        <w:tc>
          <w:tcPr>
            <w:tcW w:type="dxa" w:w="3060"/>
            <w:vMerge/>
            <w:tcBorders>
              <w:bottom w:sz="3.9839999675750732" w:val="single" w:color="#4F5CD5"/>
            </w:tcBorders>
          </w:tcPr>
          <w:p/>
        </w:tc>
        <w:tc>
          <w:tcPr>
            <w:tcW w:type="dxa" w:w="4720"/>
            <w:tcBorders>
              <w:bottom w:sz="3.9839999675750732" w:val="single" w:color="#4F5CD5"/>
            </w:tcBorders>
            <w:tcMar>
              <w:start w:w="0" w:type="dxa"/>
              <w:end w:w="0" w:type="dxa"/>
            </w:tcMar>
          </w:tcPr>
          <w:p/>
        </w:tc>
        <w:tc>
          <w:tcPr>
            <w:tcW w:type="dxa" w:w="3060"/>
            <w:vMerge/>
            <w:tcBorders>
              <w:bottom w:sz="3.9839999675750732" w:val="single" w:color="#4F5CD5"/>
            </w:tcBorders>
          </w:tcPr>
          <w:p/>
        </w:tc>
        <w:tc>
          <w:tcPr>
            <w:tcW w:type="dxa" w:w="5130"/>
            <w:tcBorders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258"/>
        </w:trPr>
        <w:tc>
          <w:tcPr>
            <w:tcW w:type="dxa" w:w="856"/>
            <w:vMerge w:val="restart"/>
            <w:tcBorders>
              <w:top w:sz="3.9839999675750732" w:val="single" w:color="#4F5CD5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  <w:tc>
          <w:tcPr>
            <w:tcW w:type="dxa" w:w="4720"/>
            <w:vMerge w:val="restart"/>
            <w:tcBorders>
              <w:top w:sz="3.9839999675750732" w:val="single" w:color="#4F5CD5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  <w:tc>
          <w:tcPr>
            <w:tcW w:type="dxa" w:w="718"/>
            <w:vMerge w:val="restart"/>
            <w:tcBorders>
              <w:top w:sz="3.9839999675750732" w:val="single" w:color="#4F5CD5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  <w:tc>
          <w:tcPr>
            <w:tcW w:type="dxa" w:w="5130"/>
            <w:tcBorders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00"/>
        </w:trPr>
        <w:tc>
          <w:tcPr>
            <w:tcW w:type="dxa" w:w="3060"/>
            <w:vMerge/>
            <w:tcBorders>
              <w:top w:sz="3.9839999675750732" w:val="single" w:color="#4F5CD5"/>
            </w:tcBorders>
          </w:tcPr>
          <w:p/>
        </w:tc>
        <w:tc>
          <w:tcPr>
            <w:tcW w:type="dxa" w:w="3060"/>
            <w:vMerge/>
            <w:tcBorders>
              <w:top w:sz="3.9839999675750732" w:val="single" w:color="#4F5CD5"/>
            </w:tcBorders>
          </w:tcPr>
          <w:p/>
        </w:tc>
        <w:tc>
          <w:tcPr>
            <w:tcW w:type="dxa" w:w="3060"/>
            <w:vMerge/>
            <w:tcBorders>
              <w:top w:sz="3.9839999675750732" w:val="single" w:color="#4F5CD5"/>
            </w:tcBorders>
          </w:tcPr>
          <w:p/>
        </w:tc>
        <w:tc>
          <w:tcPr>
            <w:tcW w:type="dxa" w:w="513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</w:tr>
      <w:tr>
        <w:trPr>
          <w:trHeight w:hRule="exact" w:val="240"/>
        </w:trPr>
        <w:tc>
          <w:tcPr>
            <w:tcW w:type="dxa" w:w="856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  <w:tc>
          <w:tcPr>
            <w:tcW w:type="dxa" w:w="4720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3060"/>
            <w:vMerge/>
            <w:tcBorders>
              <w:top w:sz="3.9839999675750732" w:val="single" w:color="#4F5CD5"/>
            </w:tcBorders>
          </w:tcPr>
          <w:p/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240"/>
        </w:trPr>
        <w:tc>
          <w:tcPr>
            <w:tcW w:type="dxa" w:w="3060"/>
            <w:vMerge/>
            <w:tcBorders/>
          </w:tcPr>
          <w:p/>
        </w:tc>
        <w:tc>
          <w:tcPr>
            <w:tcW w:type="dxa" w:w="4720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3060"/>
            <w:vMerge/>
            <w:tcBorders>
              <w:top w:sz="3.9839999675750732" w:val="single" w:color="#4F5CD5"/>
            </w:tcBorders>
          </w:tcPr>
          <w:p/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286"/>
        </w:trPr>
        <w:tc>
          <w:tcPr>
            <w:tcW w:type="dxa" w:w="3060"/>
            <w:vMerge/>
            <w:tcBorders/>
          </w:tcPr>
          <w:p/>
        </w:tc>
        <w:tc>
          <w:tcPr>
            <w:tcW w:type="dxa" w:w="4720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3060"/>
            <w:vMerge/>
            <w:tcBorders>
              <w:top w:sz="3.9839999675750732" w:val="single" w:color="#4F5CD5"/>
            </w:tcBorders>
          </w:tcPr>
          <w:p/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284"/>
        </w:trPr>
        <w:tc>
          <w:tcPr>
            <w:tcW w:type="dxa" w:w="3060"/>
            <w:vMerge/>
            <w:tcBorders/>
          </w:tcPr>
          <w:p/>
        </w:tc>
        <w:tc>
          <w:tcPr>
            <w:tcW w:type="dxa" w:w="4720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3060"/>
            <w:vMerge/>
            <w:tcBorders>
              <w:top w:sz="3.9839999675750732" w:val="single" w:color="#4F5CD5"/>
            </w:tcBorders>
          </w:tcPr>
          <w:p/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1898"/>
        </w:trPr>
        <w:tc>
          <w:tcPr>
            <w:tcW w:type="dxa" w:w="3060"/>
            <w:vMerge/>
            <w:tcBorders/>
          </w:tcPr>
          <w:p/>
        </w:tc>
        <w:tc>
          <w:tcPr>
            <w:tcW w:type="dxa" w:w="4720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3060"/>
            <w:vMerge/>
            <w:tcBorders>
              <w:top w:sz="3.9839999675750732" w:val="single" w:color="#4F5CD5"/>
            </w:tcBorders>
          </w:tcPr>
          <w:p/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1942"/>
        </w:trPr>
        <w:tc>
          <w:tcPr>
            <w:tcW w:type="dxa" w:w="3060"/>
            <w:vMerge/>
            <w:tcBorders/>
          </w:tcPr>
          <w:p/>
        </w:tc>
        <w:tc>
          <w:tcPr>
            <w:tcW w:type="dxa" w:w="4720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3060"/>
            <w:vMerge/>
            <w:tcBorders>
              <w:top w:sz="3.9839999675750732" w:val="single" w:color="#4F5CD5"/>
            </w:tcBorders>
          </w:tcPr>
          <w:p/>
        </w:tc>
        <w:tc>
          <w:tcPr>
            <w:tcW w:type="dxa" w:w="3060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52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404.0" w:type="dxa"/>
      </w:tblPr>
      <w:tblGrid>
        <w:gridCol w:w="6120"/>
        <w:gridCol w:w="6120"/>
      </w:tblGrid>
      <w:tr>
        <w:trPr>
          <w:trHeight w:hRule="exact" w:val="3032"/>
        </w:trPr>
        <w:tc>
          <w:tcPr>
            <w:tcW w:type="dxa" w:w="74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670" w:after="0"/>
              <w:ind w:left="116" w:right="116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4. </w:t>
            </w:r>
          </w:p>
        </w:tc>
        <w:tc>
          <w:tcPr>
            <w:tcW w:type="dxa" w:w="756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670" w:after="0"/>
              <w:ind w:left="116" w:right="11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Zapojte všechny konektory kabelů na ovladači.</w:t>
            </w:r>
          </w:p>
        </w:tc>
      </w:tr>
    </w:tbl>
    <w:p>
      <w:pPr>
        <w:autoSpaceDN w:val="0"/>
        <w:autoSpaceDE w:val="0"/>
        <w:widowControl/>
        <w:spacing w:line="202" w:lineRule="exact" w:before="1136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13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3877310</wp:posOffset>
            </wp:positionH>
            <wp:positionV relativeFrom="page">
              <wp:posOffset>2076450</wp:posOffset>
            </wp:positionV>
            <wp:extent cx="3181349" cy="1531024"/>
            <wp:wrapNone/>
            <wp:docPr id="109" name="Picture 10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181349" cy="1531024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795020</wp:posOffset>
            </wp:positionH>
            <wp:positionV relativeFrom="page">
              <wp:posOffset>2750820</wp:posOffset>
            </wp:positionV>
            <wp:extent cx="2763520" cy="2357866"/>
            <wp:wrapNone/>
            <wp:docPr id="110" name="Picture 1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763520" cy="235786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-74930</wp:posOffset>
            </wp:positionH>
            <wp:positionV relativeFrom="page">
              <wp:posOffset>2837180</wp:posOffset>
            </wp:positionV>
            <wp:extent cx="4711700" cy="2267506"/>
            <wp:wrapNone/>
            <wp:docPr id="111" name="Picture 1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711700" cy="226750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-74930</wp:posOffset>
            </wp:positionH>
            <wp:positionV relativeFrom="page">
              <wp:posOffset>2838450</wp:posOffset>
            </wp:positionV>
            <wp:extent cx="4711700" cy="2267506"/>
            <wp:wrapNone/>
            <wp:docPr id="112" name="Picture 1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711700" cy="226750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1224280</wp:posOffset>
            </wp:positionH>
            <wp:positionV relativeFrom="page">
              <wp:posOffset>3517900</wp:posOffset>
            </wp:positionV>
            <wp:extent cx="450850" cy="760515"/>
            <wp:wrapNone/>
            <wp:docPr id="113" name="Picture 1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50850" cy="76051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3124200</wp:posOffset>
            </wp:positionH>
            <wp:positionV relativeFrom="page">
              <wp:posOffset>4208780</wp:posOffset>
            </wp:positionV>
            <wp:extent cx="481329" cy="1102243"/>
            <wp:wrapNone/>
            <wp:docPr id="114" name="Picture 1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81329" cy="110224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788670</wp:posOffset>
            </wp:positionH>
            <wp:positionV relativeFrom="page">
              <wp:posOffset>5803900</wp:posOffset>
            </wp:positionV>
            <wp:extent cx="2907030" cy="2208835"/>
            <wp:wrapNone/>
            <wp:docPr id="115" name="Picture 1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907030" cy="220883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3310890</wp:posOffset>
            </wp:positionH>
            <wp:positionV relativeFrom="page">
              <wp:posOffset>6151880</wp:posOffset>
            </wp:positionV>
            <wp:extent cx="457200" cy="566591"/>
            <wp:wrapNone/>
            <wp:docPr id="116" name="Picture 1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56659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2382520</wp:posOffset>
            </wp:positionH>
            <wp:positionV relativeFrom="page">
              <wp:posOffset>6281420</wp:posOffset>
            </wp:positionV>
            <wp:extent cx="1929130" cy="928394"/>
            <wp:wrapNone/>
            <wp:docPr id="117" name="Picture 1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929130" cy="928394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3282950</wp:posOffset>
            </wp:positionH>
            <wp:positionV relativeFrom="page">
              <wp:posOffset>7014209</wp:posOffset>
            </wp:positionV>
            <wp:extent cx="384810" cy="567384"/>
            <wp:wrapNone/>
            <wp:docPr id="118" name="Picture 1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84810" cy="567384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2344420</wp:posOffset>
            </wp:positionH>
            <wp:positionV relativeFrom="page">
              <wp:posOffset>7065009</wp:posOffset>
            </wp:positionV>
            <wp:extent cx="2066290" cy="994402"/>
            <wp:wrapNone/>
            <wp:docPr id="119" name="Picture 1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99440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877569</wp:posOffset>
            </wp:positionH>
            <wp:positionV relativeFrom="page">
              <wp:posOffset>7486650</wp:posOffset>
            </wp:positionV>
            <wp:extent cx="402590" cy="441834"/>
            <wp:wrapNone/>
            <wp:docPr id="120" name="Picture 1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02590" cy="441834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212090</wp:posOffset>
            </wp:positionH>
            <wp:positionV relativeFrom="page">
              <wp:posOffset>5204460</wp:posOffset>
            </wp:positionV>
            <wp:extent cx="2773680" cy="1334834"/>
            <wp:wrapNone/>
            <wp:docPr id="121" name="Picture 1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773680" cy="1334834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122" name="Picture 1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2040"/>
        <w:gridCol w:w="2040"/>
        <w:gridCol w:w="2040"/>
        <w:gridCol w:w="2040"/>
        <w:gridCol w:w="2040"/>
        <w:gridCol w:w="2040"/>
      </w:tblGrid>
      <w:tr>
        <w:trPr>
          <w:trHeight w:hRule="exact" w:val="234"/>
        </w:trPr>
        <w:tc>
          <w:tcPr>
            <w:tcW w:type="dxa" w:w="11624"/>
            <w:gridSpan w:val="5"/>
            <w:tcBorders/>
            <w:shd w:fill="e5e5e5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4" w:right="194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 LT 2024</w:t>
            </w:r>
          </w:p>
        </w:tc>
        <w:tc>
          <w:tcPr>
            <w:tcW w:type="dxa" w:w="616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9810"/>
        </w:trPr>
        <w:tc>
          <w:tcPr>
            <w:tcW w:type="dxa" w:w="11624"/>
            <w:gridSpan w:val="5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0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Motor v náboji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804.0" w:type="dxa"/>
            </w:tblPr>
            <w:tblGrid>
              <w:gridCol w:w="11624"/>
            </w:tblGrid>
            <w:tr>
              <w:trPr>
                <w:trHeight w:hRule="exact" w:val="9002"/>
              </w:trPr>
              <w:tc>
                <w:tcPr>
                  <w:tcW w:type="dxa" w:w="10632"/>
                  <w:tcBorders>
                    <w:start w:sz="4.863999843597412" w:val="single" w:color="#FFFFFF"/>
                    <w:top w:sz="4.863999843597412" w:val="single" w:color="#FFFFFF"/>
                    <w:end w:sz="4.863999843597412" w:val="single" w:color="#FFFFFF"/>
                    <w:bottom w:sz="4.863999843597412" w:val="single" w:color="#FFFFF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1200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559.9200001955032" w:type="dxa"/>
                  </w:tblPr>
                  <w:tblGrid>
                    <w:gridCol w:w="5316"/>
                    <w:gridCol w:w="5316"/>
                  </w:tblGrid>
                  <w:tr>
                    <w:trPr>
                      <w:trHeight w:hRule="exact" w:val="3372"/>
                    </w:trPr>
                    <w:tc>
                      <w:tcPr>
                        <w:tcW w:type="dxa" w:w="3942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1200" w:after="0"/>
                          <w:ind w:left="1024" w:right="1024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5558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304" w:after="0"/>
                          <w:ind w:left="916" w:right="916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4" w:lineRule="exact" w:before="2640" w:after="98"/>
                    <w:ind w:left="4376" w:right="4376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3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559.9200001955032" w:type="dxa"/>
                  </w:tblPr>
                  <w:tblGrid>
                    <w:gridCol w:w="1772"/>
                    <w:gridCol w:w="1772"/>
                    <w:gridCol w:w="1772"/>
                    <w:gridCol w:w="1772"/>
                    <w:gridCol w:w="1772"/>
                    <w:gridCol w:w="1772"/>
                  </w:tblGrid>
                  <w:tr>
                    <w:trPr>
                      <w:trHeight w:hRule="exact" w:val="592"/>
                    </w:trPr>
                    <w:tc>
                      <w:tcPr>
                        <w:tcW w:type="dxa" w:w="148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50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244.00000000000006" w:type="dxa"/>
                        </w:tblPr>
                        <w:tblGrid>
                          <w:gridCol w:w="1484"/>
                        </w:tblGrid>
                        <w:tr>
                          <w:trPr>
                            <w:trHeight w:hRule="exact" w:val="244"/>
                          </w:trPr>
                          <w:tc>
                            <w:tcPr>
                              <w:tcW w:type="dxa" w:w="704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30" w:lineRule="exact" w:before="6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19"/>
                                </w:rPr>
                                <w:t>11 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1408"/>
                        <w:vMerge w:val="restart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36" w:after="0"/>
                          <w:ind w:left="448" w:right="448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1050"/>
                        <w:vMerge w:val="restart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98" w:after="0"/>
                          <w:ind w:left="94" w:right="94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type="dxa" w:w="3720"/>
                        <w:vMerge w:val="restart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136" w:after="0"/>
                          <w:ind w:left="456" w:right="456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600"/>
                        <w:vMerge w:val="restart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630" w:after="0"/>
                          <w:ind w:left="36" w:right="36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type="dxa" w:w="1238"/>
                        <w:vMerge w:val="restart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118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35.99999999999909" w:type="dxa"/>
                        </w:tblPr>
                        <w:tblGrid>
                          <w:gridCol w:w="1238"/>
                        </w:tblGrid>
                        <w:tr>
                          <w:trPr>
                            <w:trHeight w:hRule="exact" w:val="246"/>
                          </w:trPr>
                          <w:tc>
                            <w:tcPr>
                              <w:tcW w:type="dxa" w:w="704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30" w:lineRule="exact" w:before="6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19"/>
                                </w:rPr>
                                <w:t>11 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</w:tr>
                  <w:tr>
                    <w:trPr>
                      <w:trHeight w:hRule="exact" w:val="696"/>
                    </w:trPr>
                    <w:tc>
                      <w:tcPr>
                        <w:tcW w:type="dxa" w:w="1484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66" w:after="0"/>
                          <w:ind w:left="448" w:right="448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type="dxa" w:w="1772"/>
                        <w:vMerge/>
                        <w:tcBorders>
                          <w:bottom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772"/>
                        <w:vMerge/>
                        <w:tcBorders>
                          <w:bottom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772"/>
                        <w:vMerge/>
                        <w:tcBorders>
                          <w:bottom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772"/>
                        <w:vMerge/>
                        <w:tcBorders>
                          <w:bottom w:sz="6.0" w:val="single" w:color="#000000"/>
                        </w:tcBorders>
                      </w:tcPr>
                      <w:p/>
                    </w:tc>
                    <w:tc>
                      <w:tcPr>
                        <w:tcW w:type="dxa" w:w="1772"/>
                        <w:vMerge/>
                        <w:tcBorders>
                          <w:bottom w:sz="6.0" w:val="single" w:color="#000000"/>
                        </w:tcBorders>
                      </w:tcPr>
                      <w:p/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616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90.0" w:type="dxa"/>
            </w:tblPr>
            <w:tblGrid>
              <w:gridCol w:w="616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392"/>
        </w:trPr>
        <w:tc>
          <w:tcPr>
            <w:tcW w:type="dxa" w:w="128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302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</w:t>
            </w:r>
          </w:p>
        </w:tc>
        <w:tc>
          <w:tcPr>
            <w:tcW w:type="dxa" w:w="245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312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Upínací prvky (M6 x 14)</w:t>
            </w:r>
          </w:p>
        </w:tc>
        <w:tc>
          <w:tcPr>
            <w:tcW w:type="dxa" w:w="64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182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314.00000000000034" w:type="dxa"/>
            </w:tblPr>
            <w:tblGrid>
              <w:gridCol w:w="321"/>
              <w:gridCol w:w="321"/>
            </w:tblGrid>
            <w:tr>
              <w:trPr>
                <w:trHeight w:hRule="exact" w:val="478"/>
              </w:trPr>
              <w:tc>
                <w:tcPr>
                  <w:tcW w:type="dxa" w:w="144"/>
                  <w:vMerge w:val="restart"/>
                  <w:tcBorders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44"/>
                  <w:tcBorders>
                    <w:start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458"/>
              </w:trPr>
              <w:tc>
                <w:tcPr>
                  <w:tcW w:type="dxa" w:w="321"/>
                  <w:vMerge/>
                  <w:tcBorders>
                    <w:top w:sz="4.0" w:val="single" w:color="#000000"/>
                    <w:end w:sz="4.0" w:val="single" w:color="#000000"/>
                    <w:bottom w:sz="4.0" w:val="single" w:color="#000000"/>
                  </w:tcBorders>
                </w:tcPr>
                <w:p/>
              </w:tc>
              <w:tc>
                <w:tcPr>
                  <w:tcW w:type="dxa" w:w="144"/>
                  <w:tcBorders>
                    <w:start w:sz="4.0" w:val="single" w:color="#000000"/>
                    <w:top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1386"/>
            <w:vMerge w:val="restart"/>
            <w:tcBorders>
              <w:end w:sz="6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552" w:after="0"/>
              <w:ind w:left="40" w:right="40" w:firstLine="0"/>
              <w:jc w:val="left"/>
            </w:pP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5288641</w:t>
            </w:r>
          </w:p>
        </w:tc>
        <w:tc>
          <w:tcPr>
            <w:tcW w:type="dxa" w:w="5864"/>
            <w:tcBorders>
              <w:start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58" w:after="0"/>
              <w:ind w:left="300" w:right="300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POZNÁMKA: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Před sejmutím motoru v náboji přestříhněte </w:t>
            </w:r>
          </w:p>
        </w:tc>
        <w:tc>
          <w:tcPr>
            <w:tcW w:type="dxa" w:w="2040"/>
            <w:vMerge/>
            <w:tcBorders/>
          </w:tcPr>
          <w:p/>
        </w:tc>
      </w:tr>
      <w:tr>
        <w:trPr>
          <w:trHeight w:hRule="exact" w:val="150"/>
        </w:trPr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>
              <w:end w:sz="6.0" w:val="single" w:color="#000000"/>
            </w:tcBorders>
          </w:tcPr>
          <w:p/>
        </w:tc>
        <w:tc>
          <w:tcPr>
            <w:tcW w:type="dxa" w:w="5864"/>
            <w:vMerge w:val="restart"/>
            <w:tcBorders>
              <w:start w:sz="6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6" w:after="0"/>
              <w:ind w:left="712" w:right="712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stahovací pásky a odpojte kabel motoru.</w:t>
            </w:r>
          </w:p>
        </w:tc>
        <w:tc>
          <w:tcPr>
            <w:tcW w:type="dxa" w:w="2040"/>
            <w:vMerge/>
            <w:tcBorders/>
          </w:tcPr>
          <w:p/>
        </w:tc>
      </w:tr>
      <w:tr>
        <w:trPr>
          <w:trHeight w:hRule="exact" w:val="660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240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</w:tc>
        <w:tc>
          <w:tcPr>
            <w:tcW w:type="dxa" w:w="245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250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Antirotační podložky </w:t>
            </w:r>
          </w:p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>
              <w:end w:sz="6.0" w:val="single" w:color="#000000"/>
            </w:tcBorders>
          </w:tcPr>
          <w:p/>
        </w:tc>
        <w:tc>
          <w:tcPr>
            <w:tcW w:type="dxa" w:w="2040"/>
            <w:vMerge/>
            <w:tcBorders>
              <w:start w:sz="6.0" w:val="single" w:color="#000000"/>
            </w:tcBorders>
          </w:tcPr>
          <w:p/>
        </w:tc>
        <w:tc>
          <w:tcPr>
            <w:tcW w:type="dxa" w:w="2040"/>
            <w:vMerge/>
            <w:tcBorders/>
          </w:tcPr>
          <w:p/>
        </w:tc>
      </w:tr>
      <w:tr>
        <w:trPr>
          <w:trHeight w:hRule="exact" w:val="1920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5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</w:tc>
        <w:tc>
          <w:tcPr>
            <w:tcW w:type="dxa" w:w="10344"/>
            <w:gridSpan w:val="4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6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Motor v náboji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W5266204</w:t>
            </w:r>
          </w:p>
        </w:tc>
        <w:tc>
          <w:tcPr>
            <w:tcW w:type="dxa" w:w="2040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02" w:lineRule="exact" w:before="1620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14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461009</wp:posOffset>
            </wp:positionH>
            <wp:positionV relativeFrom="page">
              <wp:posOffset>469900</wp:posOffset>
            </wp:positionV>
            <wp:extent cx="6055360" cy="2914142"/>
            <wp:wrapNone/>
            <wp:docPr id="123" name="Picture 1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055360" cy="291414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-2209800</wp:posOffset>
            </wp:positionH>
            <wp:positionV relativeFrom="page">
              <wp:posOffset>3430270</wp:posOffset>
            </wp:positionV>
            <wp:extent cx="6924040" cy="3332194"/>
            <wp:wrapNone/>
            <wp:docPr id="124" name="Picture 1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924040" cy="3332194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2421890</wp:posOffset>
            </wp:positionH>
            <wp:positionV relativeFrom="page">
              <wp:posOffset>3637279</wp:posOffset>
            </wp:positionV>
            <wp:extent cx="5590540" cy="2690447"/>
            <wp:wrapNone/>
            <wp:docPr id="125" name="Picture 1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590540" cy="269044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6828790</wp:posOffset>
            </wp:positionV>
            <wp:extent cx="191770" cy="191770"/>
            <wp:wrapNone/>
            <wp:docPr id="126" name="Picture 1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4051300</wp:posOffset>
            </wp:positionH>
            <wp:positionV relativeFrom="page">
              <wp:posOffset>7091680</wp:posOffset>
            </wp:positionV>
            <wp:extent cx="3680459" cy="1516975"/>
            <wp:wrapNone/>
            <wp:docPr id="127" name="Picture 1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680459" cy="151697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3505200</wp:posOffset>
            </wp:positionH>
            <wp:positionV relativeFrom="page">
              <wp:posOffset>7141209</wp:posOffset>
            </wp:positionV>
            <wp:extent cx="3722370" cy="1791391"/>
            <wp:wrapNone/>
            <wp:docPr id="128" name="Picture 1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722370" cy="179139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7132320</wp:posOffset>
            </wp:positionV>
            <wp:extent cx="191770" cy="195939"/>
            <wp:wrapNone/>
            <wp:docPr id="129" name="Picture 1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7437120</wp:posOffset>
            </wp:positionV>
            <wp:extent cx="191770" cy="195939"/>
            <wp:wrapNone/>
            <wp:docPr id="130" name="Picture 1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131" name="Picture 1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6120"/>
        <w:gridCol w:w="6120"/>
      </w:tblGrid>
      <w:tr>
        <w:trPr>
          <w:trHeight w:hRule="exact" w:val="234"/>
        </w:trPr>
        <w:tc>
          <w:tcPr>
            <w:tcW w:type="dxa" w:w="11624"/>
            <w:tcBorders/>
            <w:shd w:fill="e5e5e5"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4" w:right="194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 LT 2024</w:t>
            </w:r>
          </w:p>
        </w:tc>
        <w:tc>
          <w:tcPr>
            <w:tcW w:type="dxa" w:w="616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2530"/>
        </w:trPr>
        <w:tc>
          <w:tcPr>
            <w:tcW w:type="dxa" w:w="1162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170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Kryt nabíjecího portu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804.0" w:type="dxa"/>
            </w:tblPr>
            <w:tblGrid>
              <w:gridCol w:w="11624"/>
            </w:tblGrid>
            <w:tr>
              <w:trPr>
                <w:trHeight w:hRule="exact" w:val="9536"/>
              </w:trPr>
              <w:tc>
                <w:tcPr>
                  <w:tcW w:type="dxa" w:w="10632"/>
                  <w:tcBorders>
                    <w:start w:sz="5.007999897003174" w:val="single" w:color="#FFFFFF"/>
                    <w:top w:sz="5.007999897003174" w:val="single" w:color="#FFFFFF"/>
                    <w:end w:sz="5.007999897003174" w:val="single" w:color="#FFFFFF"/>
                    <w:bottom w:sz="5.007999897003174" w:val="single" w:color="#FFFFF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2" w:lineRule="exact" w:before="434" w:after="0"/>
                    <w:ind w:left="3484" w:right="3484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2</w:t>
                  </w:r>
                </w:p>
                <w:p>
                  <w:pPr>
                    <w:autoSpaceDN w:val="0"/>
                    <w:autoSpaceDE w:val="0"/>
                    <w:widowControl/>
                    <w:spacing w:line="244" w:lineRule="exact" w:before="420" w:after="226"/>
                    <w:ind w:left="2124" w:right="2124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1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2267.740000128746" w:type="dxa"/>
                  </w:tblPr>
                  <w:tblGrid>
                    <w:gridCol w:w="10632"/>
                  </w:tblGrid>
                  <w:tr>
                    <w:trPr>
                      <w:trHeight w:hRule="exact" w:val="274"/>
                    </w:trPr>
                    <w:tc>
                      <w:tcPr>
                        <w:tcW w:type="dxa" w:w="628"/>
                        <w:tcBorders>
                          <w:start w:sz="8.0" w:val="single" w:color="#000000"/>
                          <w:top w:sz="8.0" w:val="single" w:color="#000000"/>
                          <w:end w:sz="8.0" w:val="single" w:color="#000000"/>
                          <w:bottom w:sz="8.0" w:val="single" w:color="#000000"/>
                        </w:tcBorders>
                        <w:shd w:fill="ffffff"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4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 Nm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702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105.74000012874592" w:type="dxa"/>
                  </w:tblPr>
                  <w:tblGrid>
                    <w:gridCol w:w="5316"/>
                    <w:gridCol w:w="5316"/>
                  </w:tblGrid>
                  <w:tr>
                    <w:trPr>
                      <w:trHeight w:hRule="exact" w:val="4188"/>
                    </w:trPr>
                    <w:tc>
                      <w:tcPr>
                        <w:tcW w:type="dxa" w:w="36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714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34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682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26" w:lineRule="exact" w:before="2724" w:after="0"/>
                          <w:ind w:left="148" w:right="148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 xml:space="preserve">Upínací prvek (M3 x 8 mm) – </w:t>
                        </w:r>
                        <w:r>
                          <w:rPr>
                            <w:rFonts w:ascii="FranklinGothic" w:hAnsi="FranklinGothic" w:eastAsia="FranklinGothic"/>
                            <w:b w:val="0"/>
                            <w:i/>
                            <w:color w:val="000000"/>
                            <w:sz w:val="20"/>
                          </w:rPr>
                          <w:t>W545633</w:t>
                        </w:r>
                      </w:p>
                      <w:p>
                        <w:pPr>
                          <w:autoSpaceDN w:val="0"/>
                          <w:autoSpaceDE w:val="0"/>
                          <w:widowControl/>
                          <w:spacing w:line="226" w:lineRule="exact" w:before="252" w:after="0"/>
                          <w:ind w:left="148" w:right="148" w:firstLine="0"/>
                          <w:jc w:val="left"/>
                        </w:pPr>
                        <w:r>
                          <w:rPr>
                            <w:rFonts w:ascii="FranklinGothic" w:hAnsi="FranklinGothic" w:eastAsia="FranklinGothic"/>
                            <w:b w:val="0"/>
                            <w:i w:val="0"/>
                            <w:color w:val="000000"/>
                            <w:sz w:val="20"/>
                          </w:rPr>
                          <w:t xml:space="preserve">Kryt nabíjecího portu – </w:t>
                        </w:r>
                        <w:r>
                          <w:rPr>
                            <w:rFonts w:ascii="FranklinGothic" w:hAnsi="FranklinGothic" w:eastAsia="FranklinGothic"/>
                            <w:b w:val="0"/>
                            <w:i/>
                            <w:color w:val="000000"/>
                            <w:sz w:val="20"/>
                          </w:rPr>
                          <w:t>W5362253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61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90.0" w:type="dxa"/>
            </w:tblPr>
            <w:tblGrid>
              <w:gridCol w:w="616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</w:tbl>
    <w:p>
      <w:pPr>
        <w:autoSpaceDN w:val="0"/>
        <w:autoSpaceDE w:val="0"/>
        <w:widowControl/>
        <w:spacing w:line="202" w:lineRule="exact" w:before="2022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15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-189230</wp:posOffset>
            </wp:positionH>
            <wp:positionV relativeFrom="page">
              <wp:posOffset>1153160</wp:posOffset>
            </wp:positionV>
            <wp:extent cx="5848350" cy="3617052"/>
            <wp:wrapNone/>
            <wp:docPr id="132" name="Picture 1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361705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133" name="Picture 1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1224"/>
        <w:gridCol w:w="1224"/>
        <w:gridCol w:w="1224"/>
        <w:gridCol w:w="1224"/>
        <w:gridCol w:w="1224"/>
        <w:gridCol w:w="1224"/>
        <w:gridCol w:w="1224"/>
        <w:gridCol w:w="1224"/>
        <w:gridCol w:w="1224"/>
        <w:gridCol w:w="1224"/>
      </w:tblGrid>
      <w:tr>
        <w:trPr>
          <w:trHeight w:hRule="exact" w:val="234"/>
        </w:trPr>
        <w:tc>
          <w:tcPr>
            <w:tcW w:type="dxa" w:w="4124"/>
            <w:gridSpan w:val="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538" w:after="0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Představec</w:t>
            </w:r>
          </w:p>
        </w:tc>
        <w:tc>
          <w:tcPr>
            <w:tcW w:type="dxa" w:w="1982"/>
            <w:tcBorders/>
            <w:shd w:fill="e5e5e5"/>
            <w:tcMar>
              <w:start w:w="0" w:type="dxa"/>
              <w:end w:w="0" w:type="dxa"/>
            </w:tcMar>
          </w:tcPr>
          <w:p/>
        </w:tc>
        <w:tc>
          <w:tcPr>
            <w:tcW w:type="dxa" w:w="402"/>
            <w:tcBorders/>
            <w:shd w:fill="e5e5e5"/>
            <w:tcMar>
              <w:start w:w="0" w:type="dxa"/>
              <w:end w:w="0" w:type="dxa"/>
            </w:tcMar>
          </w:tcPr>
          <w:p/>
        </w:tc>
        <w:tc>
          <w:tcPr>
            <w:tcW w:type="dxa" w:w="930"/>
            <w:tcBorders/>
            <w:shd w:fill="e5e5e5"/>
            <w:tcMar>
              <w:start w:w="0" w:type="dxa"/>
              <w:end w:w="0" w:type="dxa"/>
            </w:tcMar>
          </w:tcPr>
          <w:p/>
        </w:tc>
        <w:tc>
          <w:tcPr>
            <w:tcW w:type="dxa" w:w="1234"/>
            <w:tcBorders/>
            <w:shd w:fill="e5e5e5"/>
            <w:tcMar>
              <w:start w:w="0" w:type="dxa"/>
              <w:end w:w="0" w:type="dxa"/>
            </w:tcMar>
          </w:tcPr>
          <w:p/>
        </w:tc>
        <w:tc>
          <w:tcPr>
            <w:tcW w:type="dxa" w:w="740"/>
            <w:tcBorders/>
            <w:shd w:fill="e5e5e5"/>
            <w:tcMar>
              <w:start w:w="0" w:type="dxa"/>
              <w:end w:w="0" w:type="dxa"/>
            </w:tcMar>
          </w:tcPr>
          <w:p/>
        </w:tc>
        <w:tc>
          <w:tcPr>
            <w:tcW w:type="dxa" w:w="2210"/>
            <w:gridSpan w:val="2"/>
            <w:tcBorders/>
            <w:shd w:fill="e5e5e5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2" w:right="192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 LT 2024</w:t>
            </w:r>
          </w:p>
        </w:tc>
        <w:tc>
          <w:tcPr>
            <w:tcW w:type="dxa" w:w="618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778"/>
        </w:trPr>
        <w:tc>
          <w:tcPr>
            <w:tcW w:type="dxa" w:w="2448"/>
            <w:gridSpan w:val="2"/>
            <w:vMerge/>
            <w:tcBorders/>
          </w:tcPr>
          <w:p/>
        </w:tc>
        <w:tc>
          <w:tcPr>
            <w:tcW w:type="dxa" w:w="198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416" w:after="0"/>
              <w:ind w:left="30" w:right="3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12</w:t>
            </w:r>
          </w:p>
        </w:tc>
        <w:tc>
          <w:tcPr>
            <w:tcW w:type="dxa" w:w="40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432" w:after="0"/>
              <w:ind w:left="64" w:right="64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</w:tc>
        <w:tc>
          <w:tcPr>
            <w:tcW w:type="dxa" w:w="93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406" w:after="0"/>
              <w:ind w:left="64" w:right="64" w:firstLine="0"/>
              <w:jc w:val="lef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x4</w:t>
            </w:r>
          </w:p>
        </w:tc>
        <w:tc>
          <w:tcPr>
            <w:tcW w:type="dxa" w:w="1234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4142" w:after="0"/>
              <w:ind w:left="464" w:right="464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  <w:p>
            <w:pPr>
              <w:autoSpaceDN w:val="0"/>
              <w:autoSpaceDE w:val="0"/>
              <w:widowControl/>
              <w:spacing w:line="244" w:lineRule="exact" w:before="294" w:after="0"/>
              <w:ind w:left="406" w:right="406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8</w:t>
            </w:r>
          </w:p>
          <w:p>
            <w:pPr>
              <w:autoSpaceDN w:val="0"/>
              <w:autoSpaceDE w:val="0"/>
              <w:widowControl/>
              <w:spacing w:line="244" w:lineRule="exact" w:before="470" w:after="0"/>
              <w:ind w:left="350" w:right="3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7</w:t>
            </w:r>
          </w:p>
          <w:p>
            <w:pPr>
              <w:autoSpaceDN w:val="0"/>
              <w:autoSpaceDE w:val="0"/>
              <w:widowControl/>
              <w:spacing w:line="244" w:lineRule="exact" w:before="2890" w:after="0"/>
              <w:ind w:left="208" w:right="20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9</w:t>
            </w:r>
          </w:p>
          <w:p>
            <w:pPr>
              <w:autoSpaceDN w:val="0"/>
              <w:autoSpaceDE w:val="0"/>
              <w:widowControl/>
              <w:spacing w:line="244" w:lineRule="exact" w:before="472" w:after="0"/>
              <w:ind w:left="132" w:right="132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11</w:t>
            </w:r>
          </w:p>
        </w:tc>
        <w:tc>
          <w:tcPr>
            <w:tcW w:type="dxa" w:w="74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290" w:after="0"/>
              <w:ind w:left="164" w:right="164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5</w:t>
            </w:r>
          </w:p>
        </w:tc>
        <w:tc>
          <w:tcPr>
            <w:tcW w:type="dxa" w:w="98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3534" w:after="0"/>
              <w:ind w:left="0" w:right="0" w:firstLine="0"/>
              <w:jc w:val="center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≤4 Nm</w:t>
            </w:r>
          </w:p>
        </w:tc>
        <w:tc>
          <w:tcPr>
            <w:tcW w:type="dxa" w:w="122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3516" w:after="0"/>
              <w:ind w:left="194" w:right="194" w:firstLine="0"/>
              <w:jc w:val="lef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6</w:t>
            </w:r>
          </w:p>
        </w:tc>
        <w:tc>
          <w:tcPr>
            <w:tcW w:type="dxa" w:w="61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92.00000000000045" w:type="dxa"/>
            </w:tblPr>
            <w:tblGrid>
              <w:gridCol w:w="618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838"/>
        </w:trPr>
        <w:tc>
          <w:tcPr>
            <w:tcW w:type="dxa" w:w="144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118" w:after="0"/>
              <w:ind w:left="152" w:right="152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6</w:t>
            </w:r>
          </w:p>
        </w:tc>
        <w:tc>
          <w:tcPr>
            <w:tcW w:type="dxa" w:w="267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230" w:after="0"/>
              <w:ind w:left="152" w:right="152" w:firstLine="0"/>
              <w:jc w:val="lef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≤4 Nm</w:t>
            </w:r>
          </w:p>
        </w:tc>
        <w:tc>
          <w:tcPr>
            <w:tcW w:type="dxa" w:w="198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812" w:after="0"/>
              <w:ind w:left="70" w:right="7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5,2 Nm</w:t>
            </w:r>
          </w:p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</w:tr>
      <w:tr>
        <w:trPr>
          <w:trHeight w:hRule="exact" w:val="438"/>
        </w:trPr>
        <w:tc>
          <w:tcPr>
            <w:tcW w:type="dxa" w:w="4124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8" w:after="0"/>
              <w:ind w:left="1440" w:right="1440" w:firstLine="0"/>
              <w:jc w:val="lef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</w:tr>
      <w:tr>
        <w:trPr>
          <w:trHeight w:hRule="exact" w:val="778"/>
        </w:trPr>
        <w:tc>
          <w:tcPr>
            <w:tcW w:type="dxa" w:w="4124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66" w:after="0"/>
              <w:ind w:left="1848" w:right="1848" w:firstLine="0"/>
              <w:jc w:val="lef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8</w:t>
            </w:r>
          </w:p>
        </w:tc>
        <w:tc>
          <w:tcPr>
            <w:tcW w:type="dxa" w:w="198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52" w:after="0"/>
              <w:ind w:left="92" w:right="92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  <w:p>
            <w:pPr>
              <w:autoSpaceDN w:val="0"/>
              <w:autoSpaceDE w:val="0"/>
              <w:widowControl/>
              <w:spacing w:line="254" w:lineRule="exact" w:before="3622" w:after="0"/>
              <w:ind w:left="0" w:right="0" w:firstLine="0"/>
              <w:jc w:val="center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 x4</w:t>
            </w:r>
          </w:p>
          <w:p>
            <w:pPr>
              <w:autoSpaceDN w:val="0"/>
              <w:autoSpaceDE w:val="0"/>
              <w:widowControl/>
              <w:spacing w:line="244" w:lineRule="exact" w:before="96" w:after="0"/>
              <w:ind w:left="42" w:right="42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 xml:space="preserve">5,2 </w:t>
            </w:r>
          </w:p>
          <w:p>
            <w:pPr>
              <w:autoSpaceDN w:val="0"/>
              <w:autoSpaceDE w:val="0"/>
              <w:widowControl/>
              <w:spacing w:line="244" w:lineRule="exact" w:before="148" w:after="0"/>
              <w:ind w:left="8" w:right="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</w:tc>
        <w:tc>
          <w:tcPr>
            <w:tcW w:type="dxa" w:w="40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242" w:after="0"/>
              <w:ind w:left="30" w:right="30" w:firstLine="0"/>
              <w:jc w:val="lef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x4</w:t>
            </w:r>
          </w:p>
          <w:p>
            <w:pPr>
              <w:autoSpaceDN w:val="0"/>
              <w:autoSpaceDE w:val="0"/>
              <w:widowControl/>
              <w:spacing w:line="244" w:lineRule="exact" w:before="1942" w:after="0"/>
              <w:ind w:left="0" w:right="0" w:firstLine="0"/>
              <w:jc w:val="lef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5</w:t>
            </w:r>
          </w:p>
          <w:p>
            <w:pPr>
              <w:autoSpaceDN w:val="0"/>
              <w:autoSpaceDE w:val="0"/>
              <w:widowControl/>
              <w:spacing w:line="244" w:lineRule="exact" w:before="1798" w:after="0"/>
              <w:ind w:left="0" w:right="0" w:firstLine="0"/>
              <w:jc w:val="lef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Nm</w:t>
            </w:r>
          </w:p>
          <w:p>
            <w:pPr>
              <w:autoSpaceDN w:val="0"/>
              <w:autoSpaceDE w:val="0"/>
              <w:widowControl/>
              <w:spacing w:line="244" w:lineRule="exact" w:before="122" w:after="0"/>
              <w:ind w:left="0" w:right="0" w:firstLine="0"/>
              <w:jc w:val="center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x4</w:t>
            </w:r>
          </w:p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</w:tr>
      <w:tr>
        <w:trPr>
          <w:trHeight w:hRule="exact" w:val="6230"/>
        </w:trPr>
        <w:tc>
          <w:tcPr>
            <w:tcW w:type="dxa" w:w="4124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366" w:after="0"/>
              <w:ind w:left="1618" w:right="161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4</w:t>
            </w:r>
          </w:p>
          <w:p>
            <w:pPr>
              <w:autoSpaceDN w:val="0"/>
              <w:autoSpaceDE w:val="0"/>
              <w:widowControl/>
              <w:spacing w:line="242" w:lineRule="exact" w:before="1954" w:after="0"/>
              <w:ind w:left="1832" w:right="1832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</w:t>
            </w:r>
          </w:p>
          <w:p>
            <w:pPr>
              <w:autoSpaceDN w:val="0"/>
              <w:autoSpaceDE w:val="0"/>
              <w:widowControl/>
              <w:spacing w:line="242" w:lineRule="exact" w:before="388" w:after="0"/>
              <w:ind w:left="1576" w:right="1576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10</w:t>
            </w:r>
          </w:p>
          <w:p>
            <w:pPr>
              <w:autoSpaceDN w:val="0"/>
              <w:autoSpaceDE w:val="0"/>
              <w:widowControl/>
              <w:spacing w:line="244" w:lineRule="exact" w:before="402" w:after="0"/>
              <w:ind w:left="1692" w:right="1692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9</w:t>
            </w:r>
          </w:p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  <w:tc>
          <w:tcPr>
            <w:tcW w:type="dxa" w:w="1224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0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3048.0" w:type="dxa"/>
      </w:tblPr>
      <w:tblGrid>
        <w:gridCol w:w="6120"/>
        <w:gridCol w:w="6120"/>
      </w:tblGrid>
      <w:tr>
        <w:trPr>
          <w:trHeight w:hRule="exact" w:val="902"/>
        </w:trPr>
        <w:tc>
          <w:tcPr>
            <w:tcW w:type="dxa" w:w="4162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3070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772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1160.0" w:type="dxa"/>
      </w:tblPr>
      <w:tblGrid>
        <w:gridCol w:w="3060"/>
        <w:gridCol w:w="3060"/>
        <w:gridCol w:w="3060"/>
        <w:gridCol w:w="3060"/>
      </w:tblGrid>
      <w:tr>
        <w:trPr>
          <w:trHeight w:hRule="exact" w:val="636"/>
        </w:trPr>
        <w:tc>
          <w:tcPr>
            <w:tcW w:type="dxa" w:w="2558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1814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  <w:tc>
          <w:tcPr>
            <w:tcW w:type="dxa" w:w="3806"/>
            <w:gridSpan w:val="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</w:tr>
      <w:tr>
        <w:trPr>
          <w:trHeight w:hRule="exact" w:val="360"/>
        </w:trPr>
        <w:tc>
          <w:tcPr>
            <w:tcW w:type="dxa" w:w="255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  <w:tc>
          <w:tcPr>
            <w:tcW w:type="dxa" w:w="3060"/>
            <w:vMerge/>
            <w:tcBorders/>
          </w:tcPr>
          <w:p/>
        </w:tc>
        <w:tc>
          <w:tcPr>
            <w:tcW w:type="dxa" w:w="6120"/>
            <w:gridSpan w:val="2"/>
            <w:vMerge/>
            <w:tcBorders/>
          </w:tcPr>
          <w:p/>
        </w:tc>
      </w:tr>
      <w:tr>
        <w:trPr>
          <w:trHeight w:hRule="exact" w:val="514"/>
        </w:trPr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  <w:tc>
          <w:tcPr>
            <w:tcW w:type="dxa" w:w="630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3176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1756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510.0" w:type="dxa"/>
      </w:tblPr>
      <w:tblGrid>
        <w:gridCol w:w="2040"/>
        <w:gridCol w:w="2040"/>
        <w:gridCol w:w="2040"/>
        <w:gridCol w:w="2040"/>
        <w:gridCol w:w="2040"/>
        <w:gridCol w:w="2040"/>
      </w:tblGrid>
      <w:tr>
        <w:trPr>
          <w:trHeight w:hRule="exact" w:val="968"/>
        </w:trPr>
        <w:tc>
          <w:tcPr>
            <w:tcW w:type="dxa" w:w="77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72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</w:t>
            </w:r>
          </w:p>
        </w:tc>
        <w:tc>
          <w:tcPr>
            <w:tcW w:type="dxa" w:w="139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73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Představec</w:t>
            </w:r>
          </w:p>
        </w:tc>
        <w:tc>
          <w:tcPr>
            <w:tcW w:type="dxa" w:w="436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606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08.00000000000011" w:type="dxa"/>
            </w:tblPr>
            <w:tblGrid>
              <w:gridCol w:w="218"/>
              <w:gridCol w:w="218"/>
            </w:tblGrid>
            <w:tr>
              <w:trPr>
                <w:trHeight w:hRule="exact" w:val="1196"/>
              </w:trPr>
              <w:tc>
                <w:tcPr>
                  <w:tcW w:type="dxa" w:w="144"/>
                  <w:vMerge w:val="restart"/>
                  <w:tcBorders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  <w:tcMar>
                    <w:start w:w="0" w:type="dxa"/>
                    <w:end w:w="0" w:type="dxa"/>
                  </w:tcMar>
                </w:tcPr>
                <w:p/>
              </w:tc>
              <w:tc>
                <w:tcPr>
                  <w:tcW w:type="dxa" w:w="144"/>
                  <w:tcBorders>
                    <w:start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1236"/>
              </w:trPr>
              <w:tc>
                <w:tcPr>
                  <w:tcW w:type="dxa" w:w="218"/>
                  <w:vMerge/>
                  <w:tcBorders>
                    <w:top w:sz="4.0" w:val="single" w:color="#000000"/>
                    <w:end w:sz="4.0" w:val="single" w:color="#000000"/>
                    <w:bottom w:sz="4.0" w:val="single" w:color="#000000"/>
                  </w:tcBorders>
                </w:tcPr>
                <w:p/>
              </w:tc>
              <w:tc>
                <w:tcPr>
                  <w:tcW w:type="dxa" w:w="144"/>
                  <w:tcBorders>
                    <w:start w:sz="4.0" w:val="single" w:color="#000000"/>
                    <w:top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2254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724" w:after="0"/>
              <w:ind w:left="40" w:right="40" w:firstLine="0"/>
              <w:jc w:val="left"/>
            </w:pP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W5311617</w:t>
            </w:r>
          </w:p>
        </w:tc>
        <w:tc>
          <w:tcPr>
            <w:tcW w:type="dxa" w:w="161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642" w:after="0"/>
              <w:ind w:left="178" w:right="17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7</w:t>
            </w:r>
          </w:p>
        </w:tc>
        <w:tc>
          <w:tcPr>
            <w:tcW w:type="dxa" w:w="397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652" w:after="0"/>
              <w:ind w:left="120" w:right="12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hvězdicová matice</w:t>
            </w:r>
          </w:p>
        </w:tc>
      </w:tr>
      <w:tr>
        <w:trPr>
          <w:trHeight w:hRule="exact" w:val="478"/>
        </w:trPr>
        <w:tc>
          <w:tcPr>
            <w:tcW w:type="dxa" w:w="77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23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</w:tc>
        <w:tc>
          <w:tcPr>
            <w:tcW w:type="dxa" w:w="139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24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podložky</w:t>
            </w:r>
          </w:p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161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52" w:after="0"/>
              <w:ind w:left="178" w:right="17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8</w:t>
            </w:r>
          </w:p>
        </w:tc>
        <w:tc>
          <w:tcPr>
            <w:tcW w:type="dxa" w:w="397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62" w:after="0"/>
              <w:ind w:left="120" w:right="12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horní zátka</w:t>
            </w:r>
          </w:p>
        </w:tc>
      </w:tr>
      <w:tr>
        <w:trPr>
          <w:trHeight w:hRule="exact" w:val="478"/>
        </w:trPr>
        <w:tc>
          <w:tcPr>
            <w:tcW w:type="dxa" w:w="77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3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</w:tc>
        <w:tc>
          <w:tcPr>
            <w:tcW w:type="dxa" w:w="139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248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upínací prvky</w:t>
            </w:r>
          </w:p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161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52" w:after="0"/>
              <w:ind w:left="178" w:right="17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9</w:t>
            </w:r>
          </w:p>
        </w:tc>
        <w:tc>
          <w:tcPr>
            <w:tcW w:type="dxa" w:w="397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62" w:after="0"/>
              <w:ind w:left="120" w:right="12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ložiska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W540243</w:t>
            </w:r>
          </w:p>
        </w:tc>
      </w:tr>
      <w:tr>
        <w:trPr>
          <w:trHeight w:hRule="exact" w:val="392"/>
        </w:trPr>
        <w:tc>
          <w:tcPr>
            <w:tcW w:type="dxa" w:w="77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6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4</w:t>
            </w:r>
          </w:p>
        </w:tc>
        <w:tc>
          <w:tcPr>
            <w:tcW w:type="dxa" w:w="139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5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objímka </w:t>
            </w:r>
          </w:p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1616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42" w:after="0"/>
              <w:ind w:left="122" w:right="122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10</w:t>
            </w:r>
          </w:p>
        </w:tc>
        <w:tc>
          <w:tcPr>
            <w:tcW w:type="dxa" w:w="3976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64" w:after="0"/>
              <w:ind w:left="120" w:right="12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dělený kroužek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W5316322</w:t>
            </w:r>
          </w:p>
        </w:tc>
      </w:tr>
      <w:tr>
        <w:trPr>
          <w:trHeight w:hRule="exact" w:val="232"/>
        </w:trPr>
        <w:tc>
          <w:tcPr>
            <w:tcW w:type="dxa" w:w="2040"/>
            <w:vMerge/>
            <w:tcBorders/>
          </w:tcPr>
          <w:p/>
        </w:tc>
        <w:tc>
          <w:tcPr>
            <w:tcW w:type="dxa" w:w="139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6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představce</w:t>
            </w:r>
          </w:p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</w:tr>
      <w:tr>
        <w:trPr>
          <w:trHeight w:hRule="exact" w:val="394"/>
        </w:trPr>
        <w:tc>
          <w:tcPr>
            <w:tcW w:type="dxa" w:w="77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54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5</w:t>
            </w:r>
          </w:p>
        </w:tc>
        <w:tc>
          <w:tcPr>
            <w:tcW w:type="dxa" w:w="139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64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deska</w:t>
            </w:r>
          </w:p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161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exact" w:before="0" w:after="0"/>
              <w:ind w:left="122" w:right="122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11</w:t>
            </w:r>
          </w:p>
        </w:tc>
        <w:tc>
          <w:tcPr>
            <w:tcW w:type="dxa" w:w="397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8" w:after="0"/>
              <w:ind w:left="120" w:right="12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redukce korunky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W5283141</w:t>
            </w:r>
          </w:p>
        </w:tc>
      </w:tr>
      <w:tr>
        <w:trPr>
          <w:trHeight w:hRule="exact" w:val="996"/>
        </w:trPr>
        <w:tc>
          <w:tcPr>
            <w:tcW w:type="dxa" w:w="77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3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6</w:t>
            </w:r>
          </w:p>
        </w:tc>
        <w:tc>
          <w:tcPr>
            <w:tcW w:type="dxa" w:w="139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248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upínací prvek</w:t>
            </w:r>
          </w:p>
        </w:tc>
        <w:tc>
          <w:tcPr>
            <w:tcW w:type="dxa" w:w="2040"/>
            <w:vMerge/>
            <w:tcBorders/>
          </w:tcPr>
          <w:p/>
        </w:tc>
        <w:tc>
          <w:tcPr>
            <w:tcW w:type="dxa" w:w="2040"/>
            <w:vMerge/>
            <w:tcBorders/>
          </w:tcPr>
          <w:p/>
        </w:tc>
        <w:tc>
          <w:tcPr>
            <w:tcW w:type="dxa" w:w="161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82" w:after="0"/>
              <w:ind w:left="122" w:right="122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12</w:t>
            </w:r>
          </w:p>
        </w:tc>
        <w:tc>
          <w:tcPr>
            <w:tcW w:type="dxa" w:w="397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02" w:after="0"/>
              <w:ind w:left="120" w:right="12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řídítka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W5319144</w:t>
            </w:r>
          </w:p>
        </w:tc>
      </w:tr>
    </w:tbl>
    <w:p>
      <w:pPr>
        <w:autoSpaceDN w:val="0"/>
        <w:autoSpaceDE w:val="0"/>
        <w:widowControl/>
        <w:spacing w:line="202" w:lineRule="exact" w:before="514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16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4344670</wp:posOffset>
            </wp:positionH>
            <wp:positionV relativeFrom="page">
              <wp:posOffset>852169</wp:posOffset>
            </wp:positionV>
            <wp:extent cx="3947159" cy="1899570"/>
            <wp:wrapNone/>
            <wp:docPr id="134" name="Picture 1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3947159" cy="18995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1029969</wp:posOffset>
            </wp:positionV>
            <wp:extent cx="7263130" cy="6035678"/>
            <wp:wrapNone/>
            <wp:docPr id="135" name="Picture 1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263130" cy="603567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-3855720</wp:posOffset>
            </wp:positionH>
            <wp:positionV relativeFrom="page">
              <wp:posOffset>1094740</wp:posOffset>
            </wp:positionV>
            <wp:extent cx="10791190" cy="5193260"/>
            <wp:wrapNone/>
            <wp:docPr id="136" name="Picture 1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0791190" cy="519326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-3328670</wp:posOffset>
            </wp:positionH>
            <wp:positionV relativeFrom="page">
              <wp:posOffset>1216660</wp:posOffset>
            </wp:positionV>
            <wp:extent cx="10791190" cy="5193260"/>
            <wp:wrapNone/>
            <wp:docPr id="137" name="Picture 1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0791190" cy="519326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3042920</wp:posOffset>
            </wp:positionH>
            <wp:positionV relativeFrom="page">
              <wp:posOffset>2418080</wp:posOffset>
            </wp:positionV>
            <wp:extent cx="4906009" cy="2361017"/>
            <wp:wrapNone/>
            <wp:docPr id="138" name="Picture 1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4906009" cy="236101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4036060</wp:posOffset>
            </wp:positionH>
            <wp:positionV relativeFrom="page">
              <wp:posOffset>4131310</wp:posOffset>
            </wp:positionV>
            <wp:extent cx="6324599" cy="3000890"/>
            <wp:wrapNone/>
            <wp:docPr id="139" name="Picture 1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324599" cy="300089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3783329</wp:posOffset>
            </wp:positionH>
            <wp:positionV relativeFrom="page">
              <wp:posOffset>4974590</wp:posOffset>
            </wp:positionV>
            <wp:extent cx="4202430" cy="2022419"/>
            <wp:wrapNone/>
            <wp:docPr id="140" name="Picture 14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202430" cy="202241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7228840</wp:posOffset>
            </wp:positionV>
            <wp:extent cx="191770" cy="191770"/>
            <wp:wrapNone/>
            <wp:docPr id="141" name="Picture 1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7282180</wp:posOffset>
            </wp:positionV>
            <wp:extent cx="191770" cy="191770"/>
            <wp:wrapNone/>
            <wp:docPr id="142" name="Picture 14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7532370</wp:posOffset>
            </wp:positionV>
            <wp:extent cx="191770" cy="187690"/>
            <wp:wrapNone/>
            <wp:docPr id="143" name="Picture 14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8769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7586980</wp:posOffset>
            </wp:positionV>
            <wp:extent cx="191770" cy="191770"/>
            <wp:wrapNone/>
            <wp:docPr id="144" name="Picture 14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7835900</wp:posOffset>
            </wp:positionV>
            <wp:extent cx="191770" cy="187690"/>
            <wp:wrapNone/>
            <wp:docPr id="145" name="Picture 1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8769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7890509</wp:posOffset>
            </wp:positionV>
            <wp:extent cx="191770" cy="195939"/>
            <wp:wrapNone/>
            <wp:docPr id="146" name="Picture 14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8139430</wp:posOffset>
            </wp:positionV>
            <wp:extent cx="191770" cy="191770"/>
            <wp:wrapNone/>
            <wp:docPr id="147" name="Picture 14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8213090</wp:posOffset>
            </wp:positionV>
            <wp:extent cx="191770" cy="191770"/>
            <wp:wrapNone/>
            <wp:docPr id="148" name="Picture 1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8442960</wp:posOffset>
            </wp:positionV>
            <wp:extent cx="191770" cy="191770"/>
            <wp:wrapNone/>
            <wp:docPr id="149" name="Picture 14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8536940</wp:posOffset>
            </wp:positionV>
            <wp:extent cx="191770" cy="195939"/>
            <wp:wrapNone/>
            <wp:docPr id="150" name="Picture 15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8747760</wp:posOffset>
            </wp:positionV>
            <wp:extent cx="191770" cy="187690"/>
            <wp:wrapNone/>
            <wp:docPr id="151" name="Picture 15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8769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8840470</wp:posOffset>
            </wp:positionV>
            <wp:extent cx="191770" cy="191770"/>
            <wp:wrapNone/>
            <wp:docPr id="152" name="Picture 15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153" name="Picture 15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4080"/>
        <w:gridCol w:w="4080"/>
        <w:gridCol w:w="4080"/>
      </w:tblGrid>
      <w:tr>
        <w:trPr>
          <w:trHeight w:hRule="exact" w:val="234"/>
        </w:trPr>
        <w:tc>
          <w:tcPr>
            <w:tcW w:type="dxa" w:w="11626"/>
            <w:gridSpan w:val="2"/>
            <w:tcBorders/>
            <w:shd w:fill="e5e5e5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6" w:right="196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 LT 2024</w:t>
            </w:r>
          </w:p>
        </w:tc>
        <w:tc>
          <w:tcPr>
            <w:tcW w:type="dxa" w:w="614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8472"/>
        </w:trPr>
        <w:tc>
          <w:tcPr>
            <w:tcW w:type="dxa" w:w="11626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4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Kryt představce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806.0" w:type="dxa"/>
            </w:tblPr>
            <w:tblGrid>
              <w:gridCol w:w="11626"/>
            </w:tblGrid>
            <w:tr>
              <w:trPr>
                <w:trHeight w:hRule="exact" w:val="7560"/>
              </w:trPr>
              <w:tc>
                <w:tcPr>
                  <w:tcW w:type="dxa" w:w="10632"/>
                  <w:tcBorders>
                    <w:start w:sz="4.464000225067139" w:val="single" w:color="#FFFFFF"/>
                    <w:top w:sz="4.464000225067139" w:val="single" w:color="#FFFFFF"/>
                    <w:end w:sz="4.464000225067139" w:val="single" w:color="#FFFFFF"/>
                    <w:bottom w:sz="4.464000225067139" w:val="single" w:color="#FFFFF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2" w:lineRule="exact" w:before="780" w:after="304"/>
                    <w:ind w:left="4256" w:right="4256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2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6618.419999718666" w:type="dxa"/>
                  </w:tblPr>
                  <w:tblGrid>
                    <w:gridCol w:w="5316"/>
                    <w:gridCol w:w="5316"/>
                  </w:tblGrid>
                  <w:tr>
                    <w:trPr>
                      <w:trHeight w:hRule="exact" w:val="1028"/>
                    </w:trPr>
                    <w:tc>
                      <w:tcPr>
                        <w:tcW w:type="dxa" w:w="1942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304" w:after="0"/>
                          <w:ind w:left="378" w:right="378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type="dxa" w:w="1884"/>
                        <w:tcBorders>
                          <w:bottom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362" w:after="0"/>
                          <w:ind w:left="320" w:right="320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4" w:lineRule="exact" w:before="686" w:after="72"/>
                    <w:ind w:left="3514" w:right="3514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4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6684.419999718666" w:type="dxa"/>
                  </w:tblPr>
                  <w:tblGrid>
                    <w:gridCol w:w="10632"/>
                  </w:tblGrid>
                  <w:tr>
                    <w:trPr>
                      <w:trHeight w:hRule="exact" w:val="272"/>
                    </w:trPr>
                    <w:tc>
                      <w:tcPr>
                        <w:tcW w:type="dxa" w:w="626"/>
                        <w:tcBorders>
                          <w:start w:sz="8.0" w:val="single" w:color="#000000"/>
                          <w:top w:sz="8.0" w:val="single" w:color="#000000"/>
                          <w:end w:sz="8.0" w:val="single" w:color="#000000"/>
                          <w:bottom w:sz="8.0" w:val="single" w:color="#000000"/>
                        </w:tcBorders>
                        <w:shd w:fill="ffffff"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 Nm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2" w:lineRule="exact" w:before="856" w:after="0"/>
                    <w:ind w:left="3316" w:right="3316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3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614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88.00000000000182" w:type="dxa"/>
            </w:tblPr>
            <w:tblGrid>
              <w:gridCol w:w="614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466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04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</w:t>
            </w:r>
          </w:p>
        </w:tc>
        <w:tc>
          <w:tcPr>
            <w:tcW w:type="dxa" w:w="1034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14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zátky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W308963</w:t>
            </w:r>
          </w:p>
        </w:tc>
        <w:tc>
          <w:tcPr>
            <w:tcW w:type="dxa" w:w="4080"/>
            <w:vMerge/>
            <w:tcBorders/>
          </w:tcPr>
          <w:p/>
        </w:tc>
      </w:tr>
      <w:tr>
        <w:trPr>
          <w:trHeight w:hRule="exact" w:val="476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16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</w:tc>
        <w:tc>
          <w:tcPr>
            <w:tcW w:type="dxa" w:w="1034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26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kryt představce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W5310988</w:t>
            </w:r>
          </w:p>
        </w:tc>
        <w:tc>
          <w:tcPr>
            <w:tcW w:type="dxa" w:w="4080"/>
            <w:vMerge/>
            <w:tcBorders/>
          </w:tcPr>
          <w:p/>
        </w:tc>
      </w:tr>
      <w:tr>
        <w:trPr>
          <w:trHeight w:hRule="exact" w:val="478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1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</w:tc>
        <w:tc>
          <w:tcPr>
            <w:tcW w:type="dxa" w:w="1034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2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držák světla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W5310989</w:t>
            </w:r>
          </w:p>
        </w:tc>
        <w:tc>
          <w:tcPr>
            <w:tcW w:type="dxa" w:w="4080"/>
            <w:vMerge/>
            <w:tcBorders/>
          </w:tcPr>
          <w:p/>
        </w:tc>
      </w:tr>
      <w:tr>
        <w:trPr>
          <w:trHeight w:hRule="exact" w:val="2512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1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4</w:t>
            </w:r>
          </w:p>
        </w:tc>
        <w:tc>
          <w:tcPr>
            <w:tcW w:type="dxa" w:w="1034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2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upínací prvky (M3 x 6 mm) —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W438743</w:t>
            </w:r>
          </w:p>
        </w:tc>
        <w:tc>
          <w:tcPr>
            <w:tcW w:type="dxa" w:w="4080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02" w:lineRule="exact" w:before="2148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17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-819150</wp:posOffset>
            </wp:positionH>
            <wp:positionV relativeFrom="page">
              <wp:posOffset>520700</wp:posOffset>
            </wp:positionV>
            <wp:extent cx="6046470" cy="2807830"/>
            <wp:wrapNone/>
            <wp:docPr id="154" name="Picture 15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046470" cy="280783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4183379</wp:posOffset>
            </wp:positionH>
            <wp:positionV relativeFrom="page">
              <wp:posOffset>704850</wp:posOffset>
            </wp:positionV>
            <wp:extent cx="3815079" cy="1771627"/>
            <wp:wrapNone/>
            <wp:docPr id="155" name="Picture 15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3815079" cy="177162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4187190</wp:posOffset>
            </wp:positionH>
            <wp:positionV relativeFrom="page">
              <wp:posOffset>706120</wp:posOffset>
            </wp:positionV>
            <wp:extent cx="3810000" cy="1769269"/>
            <wp:wrapNone/>
            <wp:docPr id="156" name="Picture 15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176926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-1092200</wp:posOffset>
            </wp:positionH>
            <wp:positionV relativeFrom="page">
              <wp:posOffset>1037590</wp:posOffset>
            </wp:positionV>
            <wp:extent cx="9204960" cy="4274553"/>
            <wp:wrapNone/>
            <wp:docPr id="157" name="Picture 15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9204960" cy="427455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4612640</wp:posOffset>
            </wp:positionH>
            <wp:positionV relativeFrom="page">
              <wp:posOffset>4112260</wp:posOffset>
            </wp:positionV>
            <wp:extent cx="3094990" cy="1437236"/>
            <wp:wrapNone/>
            <wp:docPr id="158" name="Picture 15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3094990" cy="143723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5853430</wp:posOffset>
            </wp:positionV>
            <wp:extent cx="191770" cy="195939"/>
            <wp:wrapNone/>
            <wp:docPr id="159" name="Picture 15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6156960</wp:posOffset>
            </wp:positionV>
            <wp:extent cx="191770" cy="191770"/>
            <wp:wrapNone/>
            <wp:docPr id="160" name="Picture 16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6460490</wp:posOffset>
            </wp:positionV>
            <wp:extent cx="191770" cy="191770"/>
            <wp:wrapNone/>
            <wp:docPr id="161" name="Picture 16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6764020</wp:posOffset>
            </wp:positionV>
            <wp:extent cx="191770" cy="195939"/>
            <wp:wrapNone/>
            <wp:docPr id="162" name="Picture 16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163" name="Picture 16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3060"/>
        <w:gridCol w:w="3060"/>
        <w:gridCol w:w="3060"/>
        <w:gridCol w:w="3060"/>
      </w:tblGrid>
      <w:tr>
        <w:trPr>
          <w:trHeight w:hRule="exact" w:val="234"/>
        </w:trPr>
        <w:tc>
          <w:tcPr>
            <w:tcW w:type="dxa" w:w="6126"/>
            <w:tcBorders/>
            <w:shd w:fill="e5e5e5"/>
            <w:tcMar>
              <w:start w:w="0" w:type="dxa"/>
              <w:end w:w="0" w:type="dxa"/>
            </w:tcMar>
          </w:tcPr>
          <w:p/>
        </w:tc>
        <w:tc>
          <w:tcPr>
            <w:tcW w:type="dxa" w:w="642"/>
            <w:tcBorders/>
            <w:shd w:fill="e5e5e5"/>
            <w:tcMar>
              <w:start w:w="0" w:type="dxa"/>
              <w:end w:w="0" w:type="dxa"/>
            </w:tcMar>
          </w:tcPr>
          <w:p/>
        </w:tc>
        <w:tc>
          <w:tcPr>
            <w:tcW w:type="dxa" w:w="4854"/>
            <w:tcBorders/>
            <w:shd w:fill="e5e5e5"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2" w:right="192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 LT 2024</w:t>
            </w:r>
          </w:p>
        </w:tc>
        <w:tc>
          <w:tcPr>
            <w:tcW w:type="dxa" w:w="618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846"/>
        </w:trPr>
        <w:tc>
          <w:tcPr>
            <w:tcW w:type="dxa" w:w="612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0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Instalace představce</w:t>
            </w:r>
          </w:p>
        </w:tc>
        <w:tc>
          <w:tcPr>
            <w:tcW w:type="dxa" w:w="64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914" w:after="0"/>
              <w:ind w:left="70" w:right="70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4. </w:t>
            </w:r>
          </w:p>
        </w:tc>
        <w:tc>
          <w:tcPr>
            <w:tcW w:type="dxa" w:w="4854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914" w:after="0"/>
              <w:ind w:left="162" w:right="162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Dělený kroužek nasaďte na krk vidlice a usaďte ho 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72.00000000000045" w:type="dxa"/>
            </w:tblPr>
            <w:tblGrid>
              <w:gridCol w:w="4854"/>
            </w:tblGrid>
            <w:tr>
              <w:trPr>
                <w:trHeight w:hRule="exact" w:val="9342"/>
              </w:trPr>
              <w:tc>
                <w:tcPr>
                  <w:tcW w:type="dxa" w:w="4590"/>
                  <w:tcBorders>
                    <w:start w:sz="5.375999927520752" w:val="single" w:color="#FFFFFF"/>
                    <w:top w:sz="5.375999927520752" w:val="single" w:color="#FFFFFF"/>
                    <w:end w:sz="5.375999927520752" w:val="single" w:color="#FFFFFF"/>
                    <w:bottom w:sz="5.375999927520752" w:val="single" w:color="#FFFFF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86" w:after="248"/>
                    <w:ind w:left="84" w:right="84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do hlavového složení.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589.2800000905993" w:type="dxa"/>
                  </w:tblPr>
                  <w:tblGrid>
                    <w:gridCol w:w="918"/>
                    <w:gridCol w:w="918"/>
                    <w:gridCol w:w="918"/>
                    <w:gridCol w:w="918"/>
                    <w:gridCol w:w="918"/>
                  </w:tblGrid>
                  <w:tr>
                    <w:trPr>
                      <w:trHeight w:hRule="exact" w:val="4806"/>
                    </w:trPr>
                    <w:tc>
                      <w:tcPr>
                        <w:tcW w:type="dxa" w:w="85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248" w:after="0"/>
                          <w:ind w:left="158" w:right="158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type="dxa" w:w="57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406" w:after="0"/>
                          <w:ind w:left="158" w:right="158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type="dxa" w:w="696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622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572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508" w:after="0"/>
                          <w:ind w:left="176" w:right="176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type="dxa" w:w="786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364" w:after="0"/>
                          <w:ind w:left="174" w:right="174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5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61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92.00000000000045" w:type="dxa"/>
            </w:tblPr>
            <w:tblGrid>
              <w:gridCol w:w="618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300"/>
        </w:trPr>
        <w:tc>
          <w:tcPr>
            <w:tcW w:type="dxa" w:w="612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68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POZNÁMKA: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V tomto postupu je popsána kompletní </w:t>
            </w:r>
          </w:p>
        </w:tc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240"/>
        </w:trPr>
        <w:tc>
          <w:tcPr>
            <w:tcW w:type="dxa" w:w="612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8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montáž, t.j. když na rámu nejsou nainstalované žádné </w:t>
            </w:r>
          </w:p>
        </w:tc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240"/>
        </w:trPr>
        <w:tc>
          <w:tcPr>
            <w:tcW w:type="dxa" w:w="612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8" w:after="0"/>
              <w:ind w:left="354" w:right="354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komponenty. Pokud máte nainstalováno více komponentů, </w:t>
            </w:r>
          </w:p>
        </w:tc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286"/>
        </w:trPr>
        <w:tc>
          <w:tcPr>
            <w:tcW w:type="dxa" w:w="612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8" w:after="0"/>
              <w:ind w:left="810" w:right="81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příslušné kroky přeskočte.</w:t>
            </w:r>
          </w:p>
        </w:tc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284"/>
        </w:trPr>
        <w:tc>
          <w:tcPr>
            <w:tcW w:type="dxa" w:w="612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52" w:after="0"/>
              <w:ind w:left="558" w:right="558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NEŽ ZAČNETE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: Všechny kabely/bowdeny (kromě kabelu </w:t>
            </w:r>
          </w:p>
        </w:tc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240"/>
        </w:trPr>
        <w:tc>
          <w:tcPr>
            <w:tcW w:type="dxa" w:w="612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8" w:after="0"/>
              <w:ind w:left="0" w:right="0" w:firstLine="0"/>
              <w:jc w:val="center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ovladače) musí být vedeny skrz spodní trubku (zezadu </w:t>
            </w:r>
          </w:p>
        </w:tc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8104"/>
        </w:trPr>
        <w:tc>
          <w:tcPr>
            <w:tcW w:type="dxa" w:w="612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8" w:after="0"/>
              <w:ind w:left="810" w:right="81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dopředu). </w:t>
            </w:r>
          </w:p>
          <w:p>
            <w:pPr>
              <w:autoSpaceDN w:val="0"/>
              <w:autoSpaceDE w:val="0"/>
              <w:widowControl/>
              <w:spacing w:line="240" w:lineRule="exact" w:before="90" w:after="96"/>
              <w:ind w:left="810" w:right="602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POZNÁMKA: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Při rozvádění kabelů musíte při instalaci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hlavového složení vyjmout pohonnou jednotku a baterii,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abyste mohli upravit délku kabelů.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404.0" w:type="dxa"/>
            </w:tblPr>
            <w:tblGrid>
              <w:gridCol w:w="3063"/>
              <w:gridCol w:w="3063"/>
            </w:tblGrid>
            <w:tr>
              <w:trPr>
                <w:trHeight w:hRule="exact" w:val="3578"/>
              </w:trPr>
              <w:tc>
                <w:tcPr>
                  <w:tcW w:type="dxa" w:w="74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98" w:after="0"/>
                    <w:ind w:left="118" w:right="118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1. </w:t>
                  </w:r>
                </w:p>
                <w:p>
                  <w:pPr>
                    <w:autoSpaceDN w:val="0"/>
                    <w:autoSpaceDE w:val="0"/>
                    <w:widowControl/>
                    <w:spacing w:line="226" w:lineRule="exact" w:before="104" w:after="0"/>
                    <w:ind w:left="116" w:right="116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2. </w:t>
                  </w:r>
                </w:p>
              </w:tc>
              <w:tc>
                <w:tcPr>
                  <w:tcW w:type="dxa" w:w="4754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98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Promažte horní ložisko a otvory ložisek.</w:t>
                  </w:r>
                </w:p>
                <w:p>
                  <w:pPr>
                    <w:autoSpaceDN w:val="0"/>
                    <w:autoSpaceDE w:val="0"/>
                    <w:widowControl/>
                    <w:spacing w:line="240" w:lineRule="exact" w:before="90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Kabel ovladače protáhněte představcem a horním 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ložiskem až k pouzdru středového složení. Zapojte 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konektory ovladače. Položte ložisko a představec na 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stůl.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226" w:lineRule="exact" w:before="2204" w:after="0"/>
              <w:ind w:left="810" w:right="81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3. </w:t>
            </w:r>
          </w:p>
        </w:tc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0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404.0" w:type="dxa"/>
      </w:tblPr>
      <w:tblGrid>
        <w:gridCol w:w="3060"/>
        <w:gridCol w:w="3060"/>
        <w:gridCol w:w="3060"/>
        <w:gridCol w:w="3060"/>
      </w:tblGrid>
      <w:tr>
        <w:trPr>
          <w:trHeight w:hRule="exact" w:val="376"/>
        </w:trPr>
        <w:tc>
          <w:tcPr>
            <w:tcW w:type="dxa" w:w="698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5394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986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7078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</w:t>
            </w:r>
          </w:p>
        </w:tc>
        <w:tc>
          <w:tcPr>
            <w:tcW w:type="dxa" w:w="338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7088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hadička přední brzdy</w:t>
            </w:r>
          </w:p>
        </w:tc>
      </w:tr>
      <w:tr>
        <w:trPr>
          <w:trHeight w:hRule="exact" w:val="284"/>
        </w:trPr>
        <w:tc>
          <w:tcPr>
            <w:tcW w:type="dxa" w:w="698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5394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242"/>
        </w:trPr>
        <w:tc>
          <w:tcPr>
            <w:tcW w:type="dxa" w:w="69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  <w:tc>
          <w:tcPr>
            <w:tcW w:type="dxa" w:w="5394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240"/>
        </w:trPr>
        <w:tc>
          <w:tcPr>
            <w:tcW w:type="dxa" w:w="3060"/>
            <w:vMerge/>
            <w:tcBorders/>
          </w:tcPr>
          <w:p/>
        </w:tc>
        <w:tc>
          <w:tcPr>
            <w:tcW w:type="dxa" w:w="5394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284"/>
        </w:trPr>
        <w:tc>
          <w:tcPr>
            <w:tcW w:type="dxa" w:w="3060"/>
            <w:vMerge/>
            <w:tcBorders/>
          </w:tcPr>
          <w:p/>
        </w:tc>
        <w:tc>
          <w:tcPr>
            <w:tcW w:type="dxa" w:w="5394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5890"/>
        </w:trPr>
        <w:tc>
          <w:tcPr>
            <w:tcW w:type="dxa" w:w="3060"/>
            <w:vMerge/>
            <w:tcBorders/>
          </w:tcPr>
          <w:p/>
        </w:tc>
        <w:tc>
          <w:tcPr>
            <w:tcW w:type="dxa" w:w="5394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4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75.99999999999994" w:type="dxa"/>
            </w:tblPr>
            <w:tblGrid>
              <w:gridCol w:w="5394"/>
            </w:tblGrid>
            <w:tr>
              <w:trPr>
                <w:trHeight w:hRule="exact" w:val="4196"/>
              </w:trPr>
              <w:tc>
                <w:tcPr>
                  <w:tcW w:type="dxa" w:w="4590"/>
                  <w:tcBorders>
                    <w:start w:sz="3.615999937057495" w:val="single" w:color="#FFFFFF"/>
                    <w:top w:sz="3.615999937057495" w:val="single" w:color="#FFFFFF"/>
                    <w:end w:sz="3.615999937057495" w:val="single" w:color="#FFFFFF"/>
                    <w:bottom w:sz="3.615999937057495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44"/>
              </w:trPr>
              <w:tc>
                <w:tcPr>
                  <w:tcW w:type="dxa" w:w="4590"/>
                  <w:tcBorders>
                    <w:top w:sz="3.615999937057495" w:val="single" w:color="#FFFFFF"/>
                    <w:bottom w:sz="3.615999937057495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4146"/>
              </w:trPr>
              <w:tc>
                <w:tcPr>
                  <w:tcW w:type="dxa" w:w="4590"/>
                  <w:tcBorders>
                    <w:start w:sz="3.615999937057495" w:val="single" w:color="#FFFFFF"/>
                    <w:top w:sz="3.615999937057495" w:val="single" w:color="#FFFFFF"/>
                    <w:end w:sz="3.615999937057495" w:val="single" w:color="#FFFFFF"/>
                    <w:bottom w:sz="3.615999937057495" w:val="single" w:color="#FFFFF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48" w:after="0"/>
                    <w:ind w:left="78" w:right="54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Ostatní kabely protáhněte horním ložiskem a usaďte 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ložisko do rámu.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480"/>
        </w:trPr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  <w:tc>
          <w:tcPr>
            <w:tcW w:type="dxa" w:w="98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40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</w:tc>
        <w:tc>
          <w:tcPr>
            <w:tcW w:type="dxa" w:w="338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250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Kabel ovladače</w:t>
            </w:r>
          </w:p>
        </w:tc>
      </w:tr>
      <w:tr>
        <w:trPr>
          <w:trHeight w:hRule="exact" w:val="478"/>
        </w:trPr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  <w:tc>
          <w:tcPr>
            <w:tcW w:type="dxa" w:w="98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38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</w:tc>
        <w:tc>
          <w:tcPr>
            <w:tcW w:type="dxa" w:w="338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248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drát světla</w:t>
            </w:r>
          </w:p>
        </w:tc>
      </w:tr>
      <w:tr>
        <w:trPr>
          <w:trHeight w:hRule="exact" w:val="480"/>
        </w:trPr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  <w:tc>
          <w:tcPr>
            <w:tcW w:type="dxa" w:w="98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38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4</w:t>
            </w:r>
          </w:p>
        </w:tc>
        <w:tc>
          <w:tcPr>
            <w:tcW w:type="dxa" w:w="338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248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bowden přehazovačky</w:t>
            </w:r>
          </w:p>
        </w:tc>
      </w:tr>
      <w:tr>
        <w:trPr>
          <w:trHeight w:hRule="exact" w:val="1676"/>
        </w:trPr>
        <w:tc>
          <w:tcPr>
            <w:tcW w:type="dxa" w:w="3060"/>
            <w:vMerge/>
            <w:tcBorders/>
          </w:tcPr>
          <w:p/>
        </w:tc>
        <w:tc>
          <w:tcPr>
            <w:tcW w:type="dxa" w:w="3060"/>
            <w:vMerge/>
            <w:tcBorders/>
          </w:tcPr>
          <w:p/>
        </w:tc>
        <w:tc>
          <w:tcPr>
            <w:tcW w:type="dxa" w:w="98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36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5</w:t>
            </w:r>
          </w:p>
        </w:tc>
        <w:tc>
          <w:tcPr>
            <w:tcW w:type="dxa" w:w="338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246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Hadička zadní brzdy</w:t>
            </w:r>
          </w:p>
        </w:tc>
      </w:tr>
    </w:tbl>
    <w:p>
      <w:pPr>
        <w:autoSpaceDN w:val="0"/>
        <w:autoSpaceDE w:val="0"/>
        <w:widowControl/>
        <w:spacing w:line="202" w:lineRule="exact" w:before="546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18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-3053080</wp:posOffset>
            </wp:positionH>
            <wp:positionV relativeFrom="page">
              <wp:posOffset>179070</wp:posOffset>
            </wp:positionV>
            <wp:extent cx="17705070" cy="8400687"/>
            <wp:wrapNone/>
            <wp:docPr id="164" name="Picture 16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7705070" cy="840068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-3051810</wp:posOffset>
            </wp:positionH>
            <wp:positionV relativeFrom="page">
              <wp:posOffset>179070</wp:posOffset>
            </wp:positionV>
            <wp:extent cx="17705070" cy="8400687"/>
            <wp:wrapNone/>
            <wp:docPr id="165" name="Picture 16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7705070" cy="840068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-3051810</wp:posOffset>
            </wp:positionH>
            <wp:positionV relativeFrom="page">
              <wp:posOffset>179070</wp:posOffset>
            </wp:positionV>
            <wp:extent cx="17705070" cy="8400687"/>
            <wp:wrapNone/>
            <wp:docPr id="166" name="Picture 16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7705070" cy="840068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-3051810</wp:posOffset>
            </wp:positionH>
            <wp:positionV relativeFrom="page">
              <wp:posOffset>182880</wp:posOffset>
            </wp:positionV>
            <wp:extent cx="17705070" cy="8400687"/>
            <wp:wrapNone/>
            <wp:docPr id="167" name="Picture 16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7705070" cy="840068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-129539</wp:posOffset>
            </wp:positionH>
            <wp:positionV relativeFrom="page">
              <wp:posOffset>3280410</wp:posOffset>
            </wp:positionV>
            <wp:extent cx="4733290" cy="2245847"/>
            <wp:wrapNone/>
            <wp:docPr id="168" name="Picture 16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733290" cy="224584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-129539</wp:posOffset>
            </wp:positionH>
            <wp:positionV relativeFrom="page">
              <wp:posOffset>3282950</wp:posOffset>
            </wp:positionV>
            <wp:extent cx="4734560" cy="2246450"/>
            <wp:wrapNone/>
            <wp:docPr id="169" name="Picture 16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734560" cy="224645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2275840</wp:posOffset>
            </wp:positionH>
            <wp:positionV relativeFrom="page">
              <wp:posOffset>4344670</wp:posOffset>
            </wp:positionV>
            <wp:extent cx="1355089" cy="652137"/>
            <wp:wrapNone/>
            <wp:docPr id="170" name="Picture 17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355089" cy="65213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1008380</wp:posOffset>
            </wp:positionH>
            <wp:positionV relativeFrom="page">
              <wp:posOffset>5565140</wp:posOffset>
            </wp:positionV>
            <wp:extent cx="655319" cy="315372"/>
            <wp:wrapNone/>
            <wp:docPr id="171" name="Picture 17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5319" cy="31537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-618490</wp:posOffset>
            </wp:positionH>
            <wp:positionV relativeFrom="page">
              <wp:posOffset>5571490</wp:posOffset>
            </wp:positionV>
            <wp:extent cx="7390130" cy="3506463"/>
            <wp:wrapNone/>
            <wp:docPr id="172" name="Picture 17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390130" cy="350646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-619760</wp:posOffset>
            </wp:positionH>
            <wp:positionV relativeFrom="page">
              <wp:posOffset>5574030</wp:posOffset>
            </wp:positionV>
            <wp:extent cx="7391400" cy="3507065"/>
            <wp:wrapNone/>
            <wp:docPr id="173" name="Picture 17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350706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-618490</wp:posOffset>
            </wp:positionH>
            <wp:positionV relativeFrom="page">
              <wp:posOffset>5576570</wp:posOffset>
            </wp:positionV>
            <wp:extent cx="7391400" cy="3507065"/>
            <wp:wrapNone/>
            <wp:docPr id="174" name="Picture 17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350706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1361440</wp:posOffset>
            </wp:positionH>
            <wp:positionV relativeFrom="page">
              <wp:posOffset>5713730</wp:posOffset>
            </wp:positionV>
            <wp:extent cx="1681479" cy="809212"/>
            <wp:wrapNone/>
            <wp:docPr id="175" name="Picture 17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681479" cy="80921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1361440</wp:posOffset>
            </wp:positionH>
            <wp:positionV relativeFrom="page">
              <wp:posOffset>5713730</wp:posOffset>
            </wp:positionV>
            <wp:extent cx="1681479" cy="809212"/>
            <wp:wrapNone/>
            <wp:docPr id="176" name="Picture 17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681479" cy="80921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2311400</wp:posOffset>
            </wp:positionH>
            <wp:positionV relativeFrom="page">
              <wp:posOffset>5996940</wp:posOffset>
            </wp:positionV>
            <wp:extent cx="792480" cy="381381"/>
            <wp:wrapNone/>
            <wp:docPr id="177" name="Picture 17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92480" cy="38138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2358390</wp:posOffset>
            </wp:positionH>
            <wp:positionV relativeFrom="page">
              <wp:posOffset>6129020</wp:posOffset>
            </wp:positionV>
            <wp:extent cx="147320" cy="337363"/>
            <wp:wrapNone/>
            <wp:docPr id="178" name="Picture 17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47320" cy="33736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4527550</wp:posOffset>
            </wp:positionH>
            <wp:positionV relativeFrom="page">
              <wp:posOffset>7172959</wp:posOffset>
            </wp:positionV>
            <wp:extent cx="193039" cy="188932"/>
            <wp:wrapNone/>
            <wp:docPr id="179" name="Picture 17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193039" cy="18893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4527550</wp:posOffset>
            </wp:positionH>
            <wp:positionV relativeFrom="page">
              <wp:posOffset>7476490</wp:posOffset>
            </wp:positionV>
            <wp:extent cx="193039" cy="188932"/>
            <wp:wrapNone/>
            <wp:docPr id="180" name="Picture 18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193039" cy="18893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4527550</wp:posOffset>
            </wp:positionH>
            <wp:positionV relativeFrom="page">
              <wp:posOffset>7780020</wp:posOffset>
            </wp:positionV>
            <wp:extent cx="193039" cy="193039"/>
            <wp:wrapNone/>
            <wp:docPr id="181" name="Picture 18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193039" cy="1930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4527550</wp:posOffset>
            </wp:positionH>
            <wp:positionV relativeFrom="page">
              <wp:posOffset>8083550</wp:posOffset>
            </wp:positionV>
            <wp:extent cx="193039" cy="188932"/>
            <wp:wrapNone/>
            <wp:docPr id="182" name="Picture 18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193039" cy="18893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4527550</wp:posOffset>
            </wp:positionH>
            <wp:positionV relativeFrom="page">
              <wp:posOffset>8387080</wp:posOffset>
            </wp:positionV>
            <wp:extent cx="193039" cy="188932"/>
            <wp:wrapNone/>
            <wp:docPr id="183" name="Picture 18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93039" cy="18893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184" name="Picture 18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6120"/>
        <w:gridCol w:w="6120"/>
      </w:tblGrid>
      <w:tr>
        <w:trPr>
          <w:trHeight w:hRule="exact" w:val="234"/>
        </w:trPr>
        <w:tc>
          <w:tcPr>
            <w:tcW w:type="dxa" w:w="11622"/>
            <w:tcBorders/>
            <w:shd w:fill="e5e5e5"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2" w:right="192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 LT 2024</w:t>
            </w:r>
          </w:p>
        </w:tc>
        <w:tc>
          <w:tcPr>
            <w:tcW w:type="dxa" w:w="618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1982"/>
        </w:trPr>
        <w:tc>
          <w:tcPr>
            <w:tcW w:type="dxa" w:w="1162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0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Insta</w:t>
            </w: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lace představce (p</w:t>
            </w: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okračování)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666.0" w:type="dxa"/>
            </w:tblPr>
            <w:tblGrid>
              <w:gridCol w:w="11622"/>
            </w:tblGrid>
            <w:tr>
              <w:trPr>
                <w:trHeight w:hRule="exact" w:val="6614"/>
              </w:trPr>
              <w:tc>
                <w:tcPr>
                  <w:tcW w:type="dxa" w:w="3598"/>
                  <w:tcBorders>
                    <w:start w:sz="4.0" w:val="single" w:color="#FFFFFF"/>
                    <w:end w:sz="4.0" w:val="single" w:color="#FFFFFF"/>
                    <w:bottom w:sz="4.0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tabs>
                <w:tab w:pos="1260" w:val="left"/>
                <w:tab w:pos="6480" w:val="left"/>
                <w:tab w:pos="6930" w:val="left"/>
              </w:tabs>
              <w:autoSpaceDE w:val="0"/>
              <w:widowControl/>
              <w:spacing w:line="-1278" w:lineRule="exact" w:before="0" w:after="1188"/>
              <w:ind w:left="810" w:right="234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5. </w:t>
            </w:r>
            <w:r>
              <w:tab/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Veďte kabely představcem a usaďte představec na </w:t>
            </w:r>
            <w:r>
              <w:tab/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7.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Zarovnejte představec s předním kolem a volně </w:t>
            </w:r>
            <w:r>
              <w:tab/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sloupek vidlice. </w:t>
            </w:r>
            <w:r>
              <w:tab/>
            </w:r>
            <w:r>
              <w:tab/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utáhněte všechny upínací prvky čelního panelu. </w:t>
            </w:r>
            <w:r>
              <w:tab/>
            </w:r>
            <w:r>
              <w:tab/>
            </w:r>
            <w:r>
              <w:tab/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Poté dotáhněte dva šrouby na levé straně a dále dva </w:t>
            </w:r>
            <w:r>
              <w:tab/>
            </w:r>
            <w:r>
              <w:tab/>
            </w:r>
            <w:r>
              <w:tab/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šrouby na pravé straně.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0120.0" w:type="dxa"/>
            </w:tblPr>
            <w:tblGrid>
              <w:gridCol w:w="11622"/>
            </w:tblGrid>
            <w:tr>
              <w:trPr>
                <w:trHeight w:hRule="exact" w:val="274"/>
              </w:trPr>
              <w:tc>
                <w:tcPr>
                  <w:tcW w:type="dxa" w:w="794"/>
                  <w:tcBorders>
                    <w:start w:sz="8.0" w:val="single" w:color="#000000"/>
                    <w:top w:sz="8.0" w:val="single" w:color="#000000"/>
                    <w:end w:sz="8.0" w:val="single" w:color="#000000"/>
                    <w:bottom w:sz="8.0" w:val="single" w:color="#000000"/>
                  </w:tcBorders>
                  <w:shd w:fill="ffffff"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4" w:lineRule="exact" w:before="4" w:after="0"/>
                    <w:ind w:left="0" w:right="0" w:firstLine="0"/>
                    <w:jc w:val="center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5,2 Nm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240" w:lineRule="exact" w:before="614" w:after="266"/>
              <w:ind w:left="9880" w:right="4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Nejdříve </w:t>
            </w:r>
            <w:r>
              <w:br/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dotáhněte tyto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šrouby.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3240.0" w:type="dxa"/>
            </w:tblPr>
            <w:tblGrid>
              <w:gridCol w:w="5811"/>
              <w:gridCol w:w="5811"/>
            </w:tblGrid>
            <w:tr>
              <w:trPr>
                <w:trHeight w:hRule="exact" w:val="784"/>
              </w:trPr>
              <w:tc>
                <w:tcPr>
                  <w:tcW w:type="dxa" w:w="3574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8" w:lineRule="exact" w:before="264" w:after="0"/>
                    <w:ind w:left="116" w:right="116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8. </w:t>
                  </w:r>
                </w:p>
              </w:tc>
              <w:tc>
                <w:tcPr>
                  <w:tcW w:type="dxa" w:w="4446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0" w:lineRule="exact" w:before="252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Nasaďte objímku představce na řídítka a volně </w:t>
                  </w: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utáhněte všechny čtyři upínací prvky. 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240" w:lineRule="exact" w:before="38" w:after="218"/>
              <w:ind w:left="6930" w:right="83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POZNÁMKA: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Zkontrolujte, zda jsou značky za-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rovnané.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404.0" w:type="dxa"/>
            </w:tblPr>
            <w:tblGrid>
              <w:gridCol w:w="5811"/>
              <w:gridCol w:w="5811"/>
            </w:tblGrid>
            <w:tr>
              <w:trPr>
                <w:trHeight w:hRule="exact" w:val="1036"/>
              </w:trPr>
              <w:tc>
                <w:tcPr>
                  <w:tcW w:type="dxa" w:w="740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218" w:after="0"/>
                    <w:ind w:left="116" w:right="116" w:firstLine="0"/>
                    <w:jc w:val="righ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 xml:space="preserve">6. </w:t>
                  </w:r>
                </w:p>
              </w:tc>
              <w:tc>
                <w:tcPr>
                  <w:tcW w:type="dxa" w:w="6604"/>
                  <w:tcBorders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26" w:lineRule="exact" w:before="218" w:after="0"/>
                    <w:ind w:left="116" w:right="116" w:firstLine="0"/>
                    <w:jc w:val="left"/>
                  </w:pPr>
                  <w:r>
                    <w:rPr>
                      <w:rFonts w:ascii="FranklinGothic" w:hAnsi="FranklinGothic" w:eastAsia="FranklinGothic"/>
                      <w:b w:val="0"/>
                      <w:i w:val="0"/>
                      <w:color w:val="000000"/>
                      <w:sz w:val="20"/>
                    </w:rPr>
                    <w:t>Namontujte krytku krku vidlice.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582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4408.0" w:type="dxa"/>
            </w:tblPr>
            <w:tblGrid>
              <w:gridCol w:w="11622"/>
            </w:tblGrid>
            <w:tr>
              <w:trPr>
                <w:trHeight w:hRule="exact" w:val="254"/>
              </w:trPr>
              <w:tc>
                <w:tcPr>
                  <w:tcW w:type="dxa" w:w="748"/>
                  <w:tcBorders>
                    <w:start w:sz="8.0" w:val="single" w:color="#000000"/>
                    <w:top w:sz="8.0" w:val="single" w:color="#000000"/>
                    <w:end w:sz="8.0" w:val="single" w:color="#000000"/>
                    <w:bottom w:sz="8.0" w:val="single" w:color="#000000"/>
                  </w:tcBorders>
                  <w:shd w:fill="ffffff"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2" w:lineRule="exact" w:before="4" w:after="0"/>
                    <w:ind w:left="0" w:right="0" w:firstLine="0"/>
                    <w:jc w:val="center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≤4 Nm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618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92.00000000000045" w:type="dxa"/>
            </w:tblPr>
            <w:tblGrid>
              <w:gridCol w:w="618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</w:tbl>
    <w:p>
      <w:pPr>
        <w:autoSpaceDN w:val="0"/>
        <w:autoSpaceDE w:val="0"/>
        <w:widowControl/>
        <w:spacing w:line="20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3240.0" w:type="dxa"/>
      </w:tblPr>
      <w:tblGrid>
        <w:gridCol w:w="6120"/>
        <w:gridCol w:w="6120"/>
      </w:tblGrid>
      <w:tr>
        <w:trPr>
          <w:trHeight w:hRule="exact" w:val="784"/>
        </w:trPr>
        <w:tc>
          <w:tcPr>
            <w:tcW w:type="dxa" w:w="3574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4756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736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404.0" w:type="dxa"/>
      </w:tblPr>
      <w:tblGrid>
        <w:gridCol w:w="6120"/>
        <w:gridCol w:w="6120"/>
      </w:tblGrid>
      <w:tr>
        <w:trPr>
          <w:trHeight w:hRule="exact" w:val="1036"/>
        </w:trPr>
        <w:tc>
          <w:tcPr>
            <w:tcW w:type="dxa" w:w="740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6912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02" w:lineRule="exact" w:before="7054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19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-9790430</wp:posOffset>
            </wp:positionH>
            <wp:positionV relativeFrom="page">
              <wp:posOffset>-904240</wp:posOffset>
            </wp:positionV>
            <wp:extent cx="13881100" cy="6586293"/>
            <wp:wrapNone/>
            <wp:docPr id="185" name="Picture 18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3881100" cy="658629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-9789160</wp:posOffset>
            </wp:positionH>
            <wp:positionV relativeFrom="page">
              <wp:posOffset>-904240</wp:posOffset>
            </wp:positionV>
            <wp:extent cx="13881100" cy="6586293"/>
            <wp:wrapNone/>
            <wp:docPr id="186" name="Picture 18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3881100" cy="658629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-9789160</wp:posOffset>
            </wp:positionH>
            <wp:positionV relativeFrom="page">
              <wp:posOffset>-900430</wp:posOffset>
            </wp:positionV>
            <wp:extent cx="13881100" cy="6586293"/>
            <wp:wrapNone/>
            <wp:docPr id="187" name="Picture 18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3881100" cy="658629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-2305050</wp:posOffset>
            </wp:positionH>
            <wp:positionV relativeFrom="page">
              <wp:posOffset>991869</wp:posOffset>
            </wp:positionV>
            <wp:extent cx="9179560" cy="4355510"/>
            <wp:wrapNone/>
            <wp:docPr id="188" name="Picture 18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9179560" cy="435551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-2305050</wp:posOffset>
            </wp:positionH>
            <wp:positionV relativeFrom="page">
              <wp:posOffset>994410</wp:posOffset>
            </wp:positionV>
            <wp:extent cx="9179560" cy="4355510"/>
            <wp:wrapNone/>
            <wp:docPr id="189" name="Picture 18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9179560" cy="435551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-2305050</wp:posOffset>
            </wp:positionH>
            <wp:positionV relativeFrom="page">
              <wp:posOffset>995680</wp:posOffset>
            </wp:positionV>
            <wp:extent cx="9179560" cy="4355510"/>
            <wp:wrapNone/>
            <wp:docPr id="190" name="Picture 19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9179560" cy="435551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2645410</wp:posOffset>
            </wp:positionH>
            <wp:positionV relativeFrom="page">
              <wp:posOffset>1176020</wp:posOffset>
            </wp:positionV>
            <wp:extent cx="6292849" cy="2985826"/>
            <wp:wrapNone/>
            <wp:docPr id="191" name="Picture 19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292849" cy="298582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5883910</wp:posOffset>
            </wp:positionH>
            <wp:positionV relativeFrom="page">
              <wp:posOffset>2731770</wp:posOffset>
            </wp:positionV>
            <wp:extent cx="381000" cy="334945"/>
            <wp:wrapNone/>
            <wp:docPr id="192" name="Picture 19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3494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2188210</wp:posOffset>
            </wp:positionH>
            <wp:positionV relativeFrom="page">
              <wp:posOffset>4131310</wp:posOffset>
            </wp:positionV>
            <wp:extent cx="6908800" cy="3278082"/>
            <wp:wrapNone/>
            <wp:docPr id="193" name="Picture 19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908800" cy="327808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-3001010</wp:posOffset>
            </wp:positionH>
            <wp:positionV relativeFrom="page">
              <wp:posOffset>4380230</wp:posOffset>
            </wp:positionV>
            <wp:extent cx="10533380" cy="4997869"/>
            <wp:wrapNone/>
            <wp:docPr id="194" name="Picture 19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0533380" cy="499786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4558030</wp:posOffset>
            </wp:positionH>
            <wp:positionV relativeFrom="page">
              <wp:posOffset>4431030</wp:posOffset>
            </wp:positionV>
            <wp:extent cx="2881629" cy="4740744"/>
            <wp:wrapNone/>
            <wp:docPr id="195" name="Picture 19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2881629" cy="4740744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2087880</wp:posOffset>
            </wp:positionH>
            <wp:positionV relativeFrom="page">
              <wp:posOffset>5398770</wp:posOffset>
            </wp:positionV>
            <wp:extent cx="708659" cy="244656"/>
            <wp:wrapNone/>
            <wp:docPr id="196" name="Picture 19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08659" cy="24465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3243580</wp:posOffset>
            </wp:positionH>
            <wp:positionV relativeFrom="page">
              <wp:posOffset>6069330</wp:posOffset>
            </wp:positionV>
            <wp:extent cx="5172710" cy="2454343"/>
            <wp:wrapNone/>
            <wp:docPr id="197" name="Picture 19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172710" cy="245434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3319779</wp:posOffset>
            </wp:positionH>
            <wp:positionV relativeFrom="page">
              <wp:posOffset>7490459</wp:posOffset>
            </wp:positionV>
            <wp:extent cx="4720590" cy="2239822"/>
            <wp:wrapNone/>
            <wp:docPr id="198" name="Picture 19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4720590" cy="223982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199" name="Picture 19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3060"/>
        <w:gridCol w:w="3060"/>
        <w:gridCol w:w="3060"/>
        <w:gridCol w:w="3060"/>
      </w:tblGrid>
      <w:tr>
        <w:trPr>
          <w:trHeight w:hRule="exact" w:val="234"/>
        </w:trPr>
        <w:tc>
          <w:tcPr>
            <w:tcW w:type="dxa" w:w="11622"/>
            <w:gridSpan w:val="3"/>
            <w:tcBorders/>
            <w:shd w:fill="e5e5e5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2" w:right="192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 LT 2024</w:t>
            </w:r>
          </w:p>
        </w:tc>
        <w:tc>
          <w:tcPr>
            <w:tcW w:type="dxa" w:w="618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846"/>
        </w:trPr>
        <w:tc>
          <w:tcPr>
            <w:tcW w:type="dxa" w:w="11622"/>
            <w:gridSpan w:val="3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0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Instalace představce (pokračování)</w:t>
            </w:r>
          </w:p>
        </w:tc>
        <w:tc>
          <w:tcPr>
            <w:tcW w:type="dxa" w:w="61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92.00000000000045" w:type="dxa"/>
            </w:tblPr>
            <w:tblGrid>
              <w:gridCol w:w="618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284"/>
        </w:trPr>
        <w:tc>
          <w:tcPr>
            <w:tcW w:type="dxa" w:w="114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68" w:after="0"/>
              <w:ind w:left="116" w:right="116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9. </w:t>
            </w:r>
          </w:p>
        </w:tc>
        <w:tc>
          <w:tcPr>
            <w:tcW w:type="dxa" w:w="489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68" w:after="0"/>
              <w:ind w:left="116" w:right="11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Dotáhněte poslední dva upínací prvky vzadu. A pak </w:t>
            </w:r>
          </w:p>
        </w:tc>
        <w:tc>
          <w:tcPr>
            <w:tcW w:type="dxa" w:w="558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68" w:after="0"/>
              <w:ind w:left="444" w:right="444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11. Nasaďte kryt představce.</w:t>
            </w:r>
          </w:p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8554"/>
        </w:trPr>
        <w:tc>
          <w:tcPr>
            <w:tcW w:type="dxa" w:w="6036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24" w:after="0"/>
              <w:ind w:left="1260" w:right="126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dotáhněte i dva upínací prvky vpředu. </w:t>
            </w:r>
          </w:p>
          <w:p>
            <w:pPr>
              <w:autoSpaceDN w:val="0"/>
              <w:autoSpaceDE w:val="0"/>
              <w:widowControl/>
              <w:spacing w:line="240" w:lineRule="exact" w:before="164" w:after="0"/>
              <w:ind w:left="2712" w:right="1654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Nejdříve dotáhněte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tyto šrouby.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922.0" w:type="dxa"/>
            </w:tblPr>
            <w:tblGrid>
              <w:gridCol w:w="6036"/>
            </w:tblGrid>
            <w:tr>
              <w:trPr>
                <w:trHeight w:hRule="exact" w:val="274"/>
              </w:trPr>
              <w:tc>
                <w:tcPr>
                  <w:tcW w:type="dxa" w:w="794"/>
                  <w:tcBorders>
                    <w:start w:sz="8.0" w:val="single" w:color="#000000"/>
                    <w:top w:sz="8.0" w:val="single" w:color="#000000"/>
                    <w:end w:sz="8.0" w:val="single" w:color="#000000"/>
                    <w:bottom w:sz="8.0" w:val="single" w:color="#000000"/>
                  </w:tcBorders>
                  <w:shd w:fill="ffffff"/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2" w:lineRule="exact" w:before="4" w:after="0"/>
                    <w:ind w:left="0" w:right="0" w:firstLine="0"/>
                    <w:jc w:val="center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5,2 Nm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226" w:lineRule="exact" w:before="3488" w:after="0"/>
              <w:ind w:left="810" w:right="81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10. Nainstalujte úchyt světla.</w:t>
            </w:r>
          </w:p>
        </w:tc>
        <w:tc>
          <w:tcPr>
            <w:tcW w:type="dxa" w:w="5586"/>
            <w:tcBorders/>
            <w:tcMar>
              <w:start w:w="0" w:type="dxa"/>
              <w:end w:w="0" w:type="dxa"/>
            </w:tcMar>
          </w:tcPr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803.9999999999998" w:type="dxa"/>
            </w:tblPr>
            <w:tblGrid>
              <w:gridCol w:w="5586"/>
            </w:tblGrid>
            <w:tr>
              <w:trPr>
                <w:trHeight w:hRule="exact" w:val="8412"/>
              </w:trPr>
              <w:tc>
                <w:tcPr>
                  <w:tcW w:type="dxa" w:w="4590"/>
                  <w:tcBorders>
                    <w:start w:sz="5.104000091552734" w:val="single" w:color="#FFFFFF"/>
                    <w:top w:sz="5.104000091552734" w:val="single" w:color="#FFFFFF"/>
                    <w:end w:sz="5.104000091552734" w:val="single" w:color="#FFFFFF"/>
                    <w:bottom w:sz="5.104000091552734" w:val="single" w:color="#FFFFFF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3060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28" w:lineRule="exact" w:before="134" w:after="0"/>
        <w:ind w:left="828" w:right="828" w:firstLine="0"/>
        <w:jc w:val="right"/>
      </w:pPr>
      <w:r>
        <w:rPr>
          <w:rFonts w:ascii="FranklinGothic" w:hAnsi="FranklinGothic" w:eastAsia="FranklinGothic"/>
          <w:b w:val="0"/>
          <w:i w:val="0"/>
          <w:color w:val="000000"/>
          <w:sz w:val="20"/>
        </w:rPr>
        <w:t xml:space="preserve">12. Připojte páčky na řídítkách a komponenty e-systému. </w:t>
      </w:r>
    </w:p>
    <w:p>
      <w:pPr>
        <w:autoSpaceDN w:val="0"/>
        <w:autoSpaceDE w:val="0"/>
        <w:widowControl/>
        <w:spacing w:line="242" w:lineRule="exact" w:before="1648" w:after="0"/>
        <w:ind w:left="5106" w:right="5106" w:firstLine="0"/>
        <w:jc w:val="left"/>
      </w:pPr>
      <w:r>
        <w:rPr>
          <w:rFonts w:ascii="ITCAvantGardePro" w:hAnsi="ITCAvantGardePro" w:eastAsia="ITCAvantGardePro"/>
          <w:b w:val="0"/>
          <w:i w:val="0"/>
          <w:color w:val="000000"/>
          <w:sz w:val="20"/>
        </w:rPr>
        <w:t>1 Nm</w:t>
      </w:r>
    </w:p>
    <w:p>
      <w:pPr>
        <w:autoSpaceDN w:val="0"/>
        <w:autoSpaceDE w:val="0"/>
        <w:widowControl/>
        <w:spacing w:line="202" w:lineRule="exact" w:before="2616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20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3335020</wp:posOffset>
            </wp:positionH>
            <wp:positionV relativeFrom="page">
              <wp:posOffset>842010</wp:posOffset>
            </wp:positionV>
            <wp:extent cx="4851400" cy="2252869"/>
            <wp:wrapNone/>
            <wp:docPr id="200" name="Picture 20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4851400" cy="225286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-725170</wp:posOffset>
            </wp:positionH>
            <wp:positionV relativeFrom="page">
              <wp:posOffset>1414780</wp:posOffset>
            </wp:positionV>
            <wp:extent cx="5850890" cy="2776125"/>
            <wp:wrapNone/>
            <wp:docPr id="201" name="Picture 2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277612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1560830</wp:posOffset>
            </wp:positionH>
            <wp:positionV relativeFrom="page">
              <wp:posOffset>1697989</wp:posOffset>
            </wp:positionV>
            <wp:extent cx="1023619" cy="577102"/>
            <wp:wrapNone/>
            <wp:docPr id="202" name="Picture 20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023619" cy="57710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4135120</wp:posOffset>
            </wp:positionH>
            <wp:positionV relativeFrom="page">
              <wp:posOffset>2965450</wp:posOffset>
            </wp:positionV>
            <wp:extent cx="2994659" cy="1635605"/>
            <wp:wrapNone/>
            <wp:docPr id="203" name="Picture 20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2994659" cy="163560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4135120</wp:posOffset>
            </wp:positionH>
            <wp:positionV relativeFrom="page">
              <wp:posOffset>2965450</wp:posOffset>
            </wp:positionV>
            <wp:extent cx="2994659" cy="1635605"/>
            <wp:wrapNone/>
            <wp:docPr id="204" name="Picture 20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2994659" cy="163560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4135120</wp:posOffset>
            </wp:positionH>
            <wp:positionV relativeFrom="page">
              <wp:posOffset>2965450</wp:posOffset>
            </wp:positionV>
            <wp:extent cx="2995929" cy="1636299"/>
            <wp:wrapNone/>
            <wp:docPr id="205" name="Picture 20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2995929" cy="163629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317500</wp:posOffset>
            </wp:positionH>
            <wp:positionV relativeFrom="page">
              <wp:posOffset>4020820</wp:posOffset>
            </wp:positionV>
            <wp:extent cx="4009390" cy="1902372"/>
            <wp:wrapNone/>
            <wp:docPr id="206" name="Picture 20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4009390" cy="190237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1753870</wp:posOffset>
            </wp:positionH>
            <wp:positionV relativeFrom="page">
              <wp:posOffset>4599940</wp:posOffset>
            </wp:positionV>
            <wp:extent cx="172719" cy="148045"/>
            <wp:wrapNone/>
            <wp:docPr id="207" name="Picture 20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172719" cy="14804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4105910</wp:posOffset>
            </wp:positionH>
            <wp:positionV relativeFrom="page">
              <wp:posOffset>4759960</wp:posOffset>
            </wp:positionV>
            <wp:extent cx="3610610" cy="1676677"/>
            <wp:wrapNone/>
            <wp:docPr id="208" name="Picture 20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3610610" cy="167667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518159</wp:posOffset>
            </wp:positionH>
            <wp:positionV relativeFrom="page">
              <wp:posOffset>6153150</wp:posOffset>
            </wp:positionV>
            <wp:extent cx="4644390" cy="2203666"/>
            <wp:wrapNone/>
            <wp:docPr id="209" name="Picture 20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4644390" cy="220366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2774950</wp:posOffset>
            </wp:positionH>
            <wp:positionV relativeFrom="page">
              <wp:posOffset>7272020</wp:posOffset>
            </wp:positionV>
            <wp:extent cx="825500" cy="745477"/>
            <wp:wrapNone/>
            <wp:docPr id="210" name="Picture 2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825500" cy="74547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211" name="Picture 2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3060"/>
        <w:gridCol w:w="3060"/>
        <w:gridCol w:w="3060"/>
        <w:gridCol w:w="3060"/>
      </w:tblGrid>
      <w:tr>
        <w:trPr>
          <w:trHeight w:hRule="exact" w:val="234"/>
        </w:trPr>
        <w:tc>
          <w:tcPr>
            <w:tcW w:type="dxa" w:w="11622"/>
            <w:gridSpan w:val="3"/>
            <w:tcBorders/>
            <w:shd w:fill="e5e5e5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2" w:right="192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 LT 2024</w:t>
            </w:r>
          </w:p>
        </w:tc>
        <w:tc>
          <w:tcPr>
            <w:tcW w:type="dxa" w:w="618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1112"/>
        </w:trPr>
        <w:tc>
          <w:tcPr>
            <w:tcW w:type="dxa" w:w="11622"/>
            <w:gridSpan w:val="3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102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Chránič řetězu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778.0" w:type="dxa"/>
            </w:tblPr>
            <w:tblGrid>
              <w:gridCol w:w="11622"/>
            </w:tblGrid>
            <w:tr>
              <w:trPr>
                <w:trHeight w:hRule="exact" w:val="10094"/>
              </w:trPr>
              <w:tc>
                <w:tcPr>
                  <w:tcW w:type="dxa" w:w="10644"/>
                  <w:tcBorders>
                    <w:start w:sz="5.1519999504089355" w:val="single" w:color="#FFFFFF"/>
                    <w:top w:sz="5.1519999504089355" w:val="single" w:color="#FFFFFF"/>
                    <w:end w:sz="5.1519999504089355" w:val="single" w:color="#FFFFFF"/>
                    <w:bottom w:sz="5.1519999504089355" w:val="single" w:color="#FFFFF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4" w:lineRule="exact" w:before="644" w:after="84"/>
                    <w:ind w:left="2724" w:right="2724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1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2319.5600000619884" w:type="dxa"/>
                  </w:tblPr>
                  <w:tblGrid>
                    <w:gridCol w:w="5322"/>
                    <w:gridCol w:w="5322"/>
                  </w:tblGrid>
                  <w:tr>
                    <w:trPr>
                      <w:trHeight w:hRule="exact" w:val="756"/>
                    </w:trPr>
                    <w:tc>
                      <w:tcPr>
                        <w:tcW w:type="dxa" w:w="3766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142" w:after="0"/>
                          <w:ind w:left="1336" w:right="1336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type="dxa" w:w="325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72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1336.0000000000002" w:type="dxa"/>
                        </w:tblPr>
                        <w:tblGrid>
                          <w:gridCol w:w="3254"/>
                        </w:tblGrid>
                        <w:tr>
                          <w:trPr>
                            <w:trHeight w:hRule="exact" w:val="252"/>
                          </w:trPr>
                          <w:tc>
                            <w:tcPr>
                              <w:tcW w:type="dxa" w:w="626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4" w:lineRule="exact" w:before="2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4 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4" w:lineRule="exact" w:before="372" w:after="0"/>
                    <w:ind w:left="2126" w:right="2126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2</w:t>
                  </w:r>
                </w:p>
                <w:p>
                  <w:pPr>
                    <w:autoSpaceDN w:val="0"/>
                    <w:autoSpaceDE w:val="0"/>
                    <w:widowControl/>
                    <w:spacing w:line="244" w:lineRule="exact" w:before="2160" w:after="250"/>
                    <w:ind w:left="4776" w:right="4776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2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163.56000006198883" w:type="dxa"/>
                  </w:tblPr>
                  <w:tblGrid>
                    <w:gridCol w:w="1064"/>
                    <w:gridCol w:w="1064"/>
                    <w:gridCol w:w="1064"/>
                    <w:gridCol w:w="1064"/>
                    <w:gridCol w:w="1064"/>
                    <w:gridCol w:w="1064"/>
                    <w:gridCol w:w="1064"/>
                    <w:gridCol w:w="1064"/>
                    <w:gridCol w:w="1064"/>
                    <w:gridCol w:w="1064"/>
                  </w:tblGrid>
                  <w:tr>
                    <w:trPr>
                      <w:trHeight w:hRule="exact" w:val="184"/>
                    </w:trPr>
                    <w:tc>
                      <w:tcPr>
                        <w:tcW w:type="dxa" w:w="388"/>
                        <w:tcBorders>
                          <w:bottom w:sz="6.0" w:val="single" w:color="#221F1F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1724"/>
                        <w:tcBorders>
                          <w:bottom w:sz="6.0" w:val="single" w:color="#221F1F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492"/>
                        <w:tcBorders>
                          <w:bottom w:sz="6.0" w:val="single" w:color="#221F1F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784"/>
                        <w:tcBorders>
                          <w:bottom w:sz="6.0" w:val="single" w:color="#221F1F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1264"/>
                        <w:tcBorders>
                          <w:bottom w:sz="6.0" w:val="single" w:color="#221F1F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852"/>
                        <w:tcBorders>
                          <w:bottom w:sz="6.0" w:val="single" w:color="#221F1F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1220"/>
                        <w:tcBorders>
                          <w:bottom w:sz="6.0" w:val="single" w:color="#221F1F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1168"/>
                        <w:tcBorders>
                          <w:bottom w:sz="6.0" w:val="single" w:color="#221F1F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  <w:tc>
                      <w:tcPr>
                        <w:tcW w:type="dxa" w:w="1520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530" w:after="0"/>
                          <w:ind w:left="106" w:right="106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894"/>
                        <w:tcBorders>
                          <w:bottom w:sz="6.0" w:val="single" w:color="#221F1F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/>
                    </w:tc>
                  </w:tr>
                  <w:tr>
                    <w:trPr>
                      <w:trHeight w:hRule="exact" w:val="330"/>
                    </w:trPr>
                    <w:tc>
                      <w:tcPr>
                        <w:tcW w:type="dxa" w:w="388"/>
                        <w:vMerge w:val="restart"/>
                        <w:tcBorders>
                          <w:top w:sz="6.0" w:val="single" w:color="#221F1F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998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1724"/>
                        <w:tcBorders>
                          <w:top w:sz="6.0" w:val="single" w:color="#221F1F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62" w:after="0"/>
                          <w:ind w:left="344" w:right="344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type="dxa" w:w="492"/>
                        <w:vMerge w:val="restart"/>
                        <w:tcBorders>
                          <w:top w:sz="6.0" w:val="single" w:color="#221F1F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300" w:after="0"/>
                          <w:ind w:left="38" w:right="38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type="dxa" w:w="784"/>
                        <w:vMerge w:val="restart"/>
                        <w:tcBorders>
                          <w:top w:sz="6.0" w:val="single" w:color="#221F1F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1874" w:after="0"/>
                          <w:ind w:left="68" w:right="68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type="dxa" w:w="1264"/>
                        <w:vMerge w:val="restart"/>
                        <w:tcBorders>
                          <w:top w:sz="6.0" w:val="single" w:color="#221F1F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4002" w:after="0"/>
                          <w:ind w:left="120" w:right="120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type="dxa" w:w="852"/>
                        <w:vMerge w:val="restart"/>
                        <w:tcBorders>
                          <w:top w:sz="6.0" w:val="single" w:color="#221F1F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946" w:after="0"/>
                          <w:ind w:left="50" w:right="50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type="dxa" w:w="1220"/>
                        <w:vMerge w:val="restart"/>
                        <w:tcBorders>
                          <w:top w:sz="6.0" w:val="single" w:color="#221F1F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574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51.99999999999932" w:type="dxa"/>
                        </w:tblPr>
                        <w:tblGrid>
                          <w:gridCol w:w="1220"/>
                        </w:tblGrid>
                        <w:tr>
                          <w:trPr>
                            <w:trHeight w:hRule="exact" w:val="254"/>
                          </w:trPr>
                          <w:tc>
                            <w:tcPr>
                              <w:tcW w:type="dxa" w:w="628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4" w:lineRule="exact" w:before="4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4 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1168"/>
                        <w:vMerge w:val="restart"/>
                        <w:tcBorders>
                          <w:top w:sz="6.0" w:val="single" w:color="#221F1F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824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1064"/>
                        <w:vMerge/>
                        <w:tcBorders/>
                      </w:tcPr>
                      <w:p/>
                    </w:tc>
                    <w:tc>
                      <w:tcPr>
                        <w:tcW w:type="dxa" w:w="894"/>
                        <w:vMerge w:val="restart"/>
                        <w:tcBorders>
                          <w:top w:sz="6.0" w:val="single" w:color="#221F1F"/>
                        </w:tcBorders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104.00000000000091" w:type="dxa"/>
                        </w:tblPr>
                        <w:tblGrid>
                          <w:gridCol w:w="894"/>
                        </w:tblGrid>
                        <w:tr>
                          <w:trPr>
                            <w:trHeight w:hRule="exact" w:val="252"/>
                          </w:trPr>
                          <w:tc>
                            <w:tcPr>
                              <w:tcW w:type="dxa" w:w="628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4" w:lineRule="exact" w:before="2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4 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</w:tr>
                  <w:tr>
                    <w:trPr>
                      <w:trHeight w:hRule="exact" w:val="328"/>
                    </w:trPr>
                    <w:tc>
                      <w:tcPr>
                        <w:tcW w:type="dxa" w:w="1064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  <w:tc>
                      <w:tcPr>
                        <w:tcW w:type="dxa" w:w="1724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590.0" w:type="dxa"/>
                        </w:tblPr>
                        <w:tblGrid>
                          <w:gridCol w:w="1724"/>
                        </w:tblGrid>
                        <w:tr>
                          <w:trPr>
                            <w:trHeight w:hRule="exact" w:val="254"/>
                          </w:trPr>
                          <w:tc>
                            <w:tcPr>
                              <w:tcW w:type="dxa" w:w="626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2" w:lineRule="exact" w:before="4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4 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1064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  <w:tc>
                      <w:tcPr>
                        <w:tcW w:type="dxa" w:w="1064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  <w:tc>
                      <w:tcPr>
                        <w:tcW w:type="dxa" w:w="1064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  <w:tc>
                      <w:tcPr>
                        <w:tcW w:type="dxa" w:w="1064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  <w:tc>
                      <w:tcPr>
                        <w:tcW w:type="dxa" w:w="1064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  <w:tc>
                      <w:tcPr>
                        <w:tcW w:type="dxa" w:w="1064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  <w:tc>
                      <w:tcPr>
                        <w:tcW w:type="dxa" w:w="1064"/>
                        <w:vMerge/>
                        <w:tcBorders/>
                      </w:tcPr>
                      <w:p/>
                    </w:tc>
                    <w:tc>
                      <w:tcPr>
                        <w:tcW w:type="dxa" w:w="1064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</w:tr>
                  <w:tr>
                    <w:trPr>
                      <w:trHeight w:hRule="exact" w:val="398"/>
                    </w:trPr>
                    <w:tc>
                      <w:tcPr>
                        <w:tcW w:type="dxa" w:w="1064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  <w:tc>
                      <w:tcPr>
                        <w:tcW w:type="dxa" w:w="1064"/>
                        <w:vMerge/>
                        <w:tcBorders/>
                      </w:tcPr>
                      <w:p/>
                    </w:tc>
                    <w:tc>
                      <w:tcPr>
                        <w:tcW w:type="dxa" w:w="1064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  <w:tc>
                      <w:tcPr>
                        <w:tcW w:type="dxa" w:w="1064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  <w:tc>
                      <w:tcPr>
                        <w:tcW w:type="dxa" w:w="1064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  <w:tc>
                      <w:tcPr>
                        <w:tcW w:type="dxa" w:w="1064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  <w:tc>
                      <w:tcPr>
                        <w:tcW w:type="dxa" w:w="1064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  <w:tc>
                      <w:tcPr>
                        <w:tcW w:type="dxa" w:w="1064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  <w:tc>
                      <w:tcPr>
                        <w:tcW w:type="dxa" w:w="1520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34" w:after="0"/>
                          <w:ind w:left="252" w:right="252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type="dxa" w:w="89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72" w:after="0"/>
                          <w:ind w:left="300" w:right="300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hRule="exact" w:val="1654"/>
                    </w:trPr>
                    <w:tc>
                      <w:tcPr>
                        <w:tcW w:type="dxa" w:w="1064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  <w:tc>
                      <w:tcPr>
                        <w:tcW w:type="dxa" w:w="172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50" w:after="0"/>
                          <w:ind w:left="350" w:right="350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1064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  <w:tc>
                      <w:tcPr>
                        <w:tcW w:type="dxa" w:w="1064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  <w:tc>
                      <w:tcPr>
                        <w:tcW w:type="dxa" w:w="1064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  <w:tc>
                      <w:tcPr>
                        <w:tcW w:type="dxa" w:w="1064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  <w:tc>
                      <w:tcPr>
                        <w:tcW w:type="dxa" w:w="2388"/>
                        <w:gridSpan w:val="2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902" w:after="0"/>
                          <w:ind w:left="940" w:right="940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  <w:p>
                        <w:pPr>
                          <w:autoSpaceDN w:val="0"/>
                          <w:autoSpaceDE w:val="0"/>
                          <w:widowControl/>
                          <w:spacing w:line="240" w:lineRule="auto" w:before="0" w:after="0"/>
                          <w:ind w:left="106" w:right="106" w:firstLine="0"/>
                          <w:jc w:val="right"/>
                        </w:pPr>
                        <w:r>
                          <w:drawing>
                            <wp:inline xmlns:a="http://schemas.openxmlformats.org/drawingml/2006/main" xmlns:pic="http://schemas.openxmlformats.org/drawingml/2006/picture">
                              <wp:extent cx="1123950" cy="1305511"/>
                              <wp:docPr id="212" name="Picture 212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0" name="image.png"/>
                                      <pic:cNvPicPr/>
                                    </pic:nvPicPr>
                                    <pic:blipFill>
                                      <a:blip r:embed="rId15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23950" cy="1305511"/>
                                      </a:xfrm>
                                      <a:prstGeom prst="rect"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type="dxa" w:w="2414"/>
                        <w:gridSpan w:val="2"/>
                        <w:vMerge w:val="restart"/>
                        <w:tcBorders/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902" w:after="0"/>
                          <w:ind w:left="936" w:right="936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</w:t>
                        </w:r>
                      </w:p>
                      <w:p>
                        <w:pPr>
                          <w:autoSpaceDN w:val="0"/>
                          <w:autoSpaceDE w:val="0"/>
                          <w:widowControl/>
                          <w:spacing w:line="240" w:lineRule="auto" w:before="0" w:after="0"/>
                          <w:ind w:left="106" w:right="106" w:firstLine="0"/>
                          <w:jc w:val="left"/>
                        </w:pPr>
                        <w:r>
                          <w:drawing>
                            <wp:inline xmlns:a="http://schemas.openxmlformats.org/drawingml/2006/main" xmlns:pic="http://schemas.openxmlformats.org/drawingml/2006/picture">
                              <wp:extent cx="1125219" cy="1780858"/>
                              <wp:docPr id="213" name="Picture 213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0" name="image.png"/>
                                      <pic:cNvPicPr/>
                                    </pic:nvPicPr>
                                    <pic:blipFill>
                                      <a:blip r:embed="rId16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25219" cy="1780858"/>
                                      </a:xfrm>
                                      <a:prstGeom prst="rect"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>
                    <w:trPr>
                      <w:trHeight w:hRule="exact" w:val="2190"/>
                    </w:trPr>
                    <w:tc>
                      <w:tcPr>
                        <w:tcW w:type="dxa" w:w="1064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  <w:tc>
                      <w:tcPr>
                        <w:tcW w:type="dxa" w:w="172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584" w:after="0"/>
                          <w:ind w:left="438" w:right="438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1064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  <w:tc>
                      <w:tcPr>
                        <w:tcW w:type="dxa" w:w="78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1270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36.00000000000023" w:type="dxa"/>
                        </w:tblPr>
                        <w:tblGrid>
                          <w:gridCol w:w="784"/>
                        </w:tblGrid>
                        <w:tr>
                          <w:trPr>
                            <w:trHeight w:hRule="exact" w:val="252"/>
                          </w:trPr>
                          <w:tc>
                            <w:tcPr>
                              <w:tcW w:type="dxa" w:w="628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4" w:lineRule="exact" w:before="2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4 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1064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  <w:tc>
                      <w:tcPr>
                        <w:tcW w:type="dxa" w:w="1064"/>
                        <w:vMerge/>
                        <w:tcBorders>
                          <w:top w:sz="6.0" w:val="single" w:color="#221F1F"/>
                        </w:tcBorders>
                      </w:tcPr>
                      <w:p/>
                    </w:tc>
                    <w:tc>
                      <w:tcPr>
                        <w:tcW w:type="dxa" w:w="2128"/>
                        <w:gridSpan w:val="2"/>
                        <w:vMerge/>
                        <w:tcBorders/>
                      </w:tcPr>
                      <w:p/>
                    </w:tc>
                    <w:tc>
                      <w:tcPr>
                        <w:tcW w:type="dxa" w:w="2128"/>
                        <w:gridSpan w:val="2"/>
                        <w:vMerge/>
                        <w:tcBorders/>
                      </w:tcPr>
                      <w:p/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14" w:lineRule="exact" w:before="0" w:after="0"/>
                    <w:ind w:left="0" w:right="0"/>
                  </w:pP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618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92.00000000000045" w:type="dxa"/>
            </w:tblPr>
            <w:tblGrid>
              <w:gridCol w:w="618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358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2" w:lineRule="exact" w:before="114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</w:t>
            </w:r>
          </w:p>
        </w:tc>
        <w:tc>
          <w:tcPr>
            <w:tcW w:type="dxa" w:w="4674"/>
            <w:tcBorders>
              <w:end w:sz="6.0" w:val="single" w:color="#221F1F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24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upínací prvky (M5 x 8 mm) —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W549307</w:t>
            </w:r>
          </w:p>
        </w:tc>
        <w:tc>
          <w:tcPr>
            <w:tcW w:type="dxa" w:w="5668"/>
            <w:tcBorders>
              <w:start w:sz="6.0" w:val="single" w:color="#221F1F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22" w:after="0"/>
              <w:ind w:left="324" w:right="324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POZNÁMKA: 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U některých rámů velikosti M lze použít dva </w:t>
            </w:r>
          </w:p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232"/>
        </w:trPr>
        <w:tc>
          <w:tcPr>
            <w:tcW w:type="dxa" w:w="11622"/>
            <w:gridSpan w:val="3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250" w:right="1250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prostřední otvory v úchytu na sedlovou vzpěru.</w:t>
            </w:r>
          </w:p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364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2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</w:tc>
        <w:tc>
          <w:tcPr>
            <w:tcW w:type="dxa" w:w="10342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2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podložky (M5)</w:t>
            </w:r>
          </w:p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476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16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</w:tc>
        <w:tc>
          <w:tcPr>
            <w:tcW w:type="dxa" w:w="10342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26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upínací prvek (M5 x 12 mm)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5317306</w:t>
            </w:r>
          </w:p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478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1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4</w:t>
            </w:r>
          </w:p>
        </w:tc>
        <w:tc>
          <w:tcPr>
            <w:tcW w:type="dxa" w:w="10342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2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Úchyt chrániče řetězu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5284386</w:t>
            </w:r>
          </w:p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480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1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5</w:t>
            </w:r>
          </w:p>
        </w:tc>
        <w:tc>
          <w:tcPr>
            <w:tcW w:type="dxa" w:w="10342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2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Úchyt na sedlovou vzpěru –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5284386</w:t>
            </w:r>
          </w:p>
        </w:tc>
        <w:tc>
          <w:tcPr>
            <w:tcW w:type="dxa" w:w="3060"/>
            <w:vMerge/>
            <w:tcBorders/>
          </w:tcPr>
          <w:p/>
        </w:tc>
      </w:tr>
      <w:tr>
        <w:trPr>
          <w:trHeight w:hRule="exact" w:val="706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16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6</w:t>
            </w:r>
          </w:p>
        </w:tc>
        <w:tc>
          <w:tcPr>
            <w:tcW w:type="dxa" w:w="10342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26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Chránič řetězu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5318899</w:t>
            </w:r>
          </w:p>
        </w:tc>
        <w:tc>
          <w:tcPr>
            <w:tcW w:type="dxa" w:w="3060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02" w:lineRule="exact" w:before="346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23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623570</wp:posOffset>
            </wp:positionH>
            <wp:positionV relativeFrom="page">
              <wp:posOffset>910590</wp:posOffset>
            </wp:positionV>
            <wp:extent cx="9399270" cy="4523399"/>
            <wp:wrapNone/>
            <wp:docPr id="214" name="Picture 2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9399270" cy="452339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-844550</wp:posOffset>
            </wp:positionH>
            <wp:positionV relativeFrom="page">
              <wp:posOffset>4283710</wp:posOffset>
            </wp:positionV>
            <wp:extent cx="4652010" cy="3176982"/>
            <wp:wrapNone/>
            <wp:docPr id="215" name="Picture 2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4652010" cy="317698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3877310</wp:posOffset>
            </wp:positionH>
            <wp:positionV relativeFrom="page">
              <wp:posOffset>7486650</wp:posOffset>
            </wp:positionV>
            <wp:extent cx="4076699" cy="1961911"/>
            <wp:wrapNone/>
            <wp:docPr id="216" name="Picture 2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4076699" cy="196191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7536180</wp:posOffset>
            </wp:positionV>
            <wp:extent cx="191770" cy="191770"/>
            <wp:wrapNone/>
            <wp:docPr id="217" name="Picture 2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7839709</wp:posOffset>
            </wp:positionV>
            <wp:extent cx="191770" cy="195939"/>
            <wp:wrapNone/>
            <wp:docPr id="218" name="Picture 2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8143240</wp:posOffset>
            </wp:positionV>
            <wp:extent cx="191770" cy="195939"/>
            <wp:wrapNone/>
            <wp:docPr id="219" name="Picture 2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8446770</wp:posOffset>
            </wp:positionV>
            <wp:extent cx="191770" cy="191770"/>
            <wp:wrapNone/>
            <wp:docPr id="220" name="Picture 2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8750300</wp:posOffset>
            </wp:positionV>
            <wp:extent cx="191770" cy="191770"/>
            <wp:wrapNone/>
            <wp:docPr id="221" name="Picture 2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9053830</wp:posOffset>
            </wp:positionV>
            <wp:extent cx="191770" cy="195939"/>
            <wp:wrapNone/>
            <wp:docPr id="222" name="Picture 2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223" name="Picture 2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2040"/>
        <w:gridCol w:w="2040"/>
        <w:gridCol w:w="2040"/>
        <w:gridCol w:w="2040"/>
        <w:gridCol w:w="2040"/>
        <w:gridCol w:w="2040"/>
      </w:tblGrid>
      <w:tr>
        <w:trPr>
          <w:trHeight w:hRule="exact" w:val="234"/>
        </w:trPr>
        <w:tc>
          <w:tcPr>
            <w:tcW w:type="dxa" w:w="6116"/>
            <w:gridSpan w:val="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538" w:after="0"/>
              <w:ind w:left="620" w:right="620" w:firstLine="0"/>
              <w:jc w:val="righ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Instalace chrániče řetězu</w:t>
            </w:r>
          </w:p>
        </w:tc>
        <w:tc>
          <w:tcPr>
            <w:tcW w:type="dxa" w:w="698"/>
            <w:tcBorders/>
            <w:shd w:fill="e5e5e5"/>
            <w:tcMar>
              <w:start w:w="0" w:type="dxa"/>
              <w:end w:w="0" w:type="dxa"/>
            </w:tcMar>
          </w:tcPr>
          <w:p/>
        </w:tc>
        <w:tc>
          <w:tcPr>
            <w:tcW w:type="dxa" w:w="4808"/>
            <w:gridSpan w:val="2"/>
            <w:tcBorders/>
            <w:shd w:fill="e5e5e5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192" w:right="192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 LT 2024</w:t>
            </w:r>
          </w:p>
        </w:tc>
        <w:tc>
          <w:tcPr>
            <w:tcW w:type="dxa" w:w="618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892"/>
        </w:trPr>
        <w:tc>
          <w:tcPr>
            <w:tcW w:type="dxa" w:w="4080"/>
            <w:gridSpan w:val="2"/>
            <w:vMerge/>
            <w:tcBorders/>
          </w:tcPr>
          <w:p/>
        </w:tc>
        <w:tc>
          <w:tcPr>
            <w:tcW w:type="dxa" w:w="698"/>
            <w:vMerge w:val="restart"/>
            <w:tcBorders>
              <w:bottom w:sz="6.072000026702881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004" w:after="0"/>
              <w:ind w:left="116" w:right="116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4. </w:t>
            </w:r>
          </w:p>
        </w:tc>
        <w:tc>
          <w:tcPr>
            <w:tcW w:type="dxa" w:w="4808"/>
            <w:gridSpan w:val="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004" w:after="0"/>
              <w:ind w:left="116" w:right="11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Utáhněte tři upínací prvky úchytu sedlové vzpěry.</w:t>
            </w:r>
          </w:p>
        </w:tc>
        <w:tc>
          <w:tcPr>
            <w:tcW w:type="dxa" w:w="618"/>
            <w:vMerge w:val="restart"/>
            <w:tcBorders>
              <w:bottom w:sz="6.072000026702881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</w:tr>
      <w:tr>
        <w:trPr>
          <w:trHeight w:hRule="exact" w:val="452"/>
        </w:trPr>
        <w:tc>
          <w:tcPr>
            <w:tcW w:type="dxa" w:w="102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12" w:after="0"/>
              <w:ind w:left="0" w:right="0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1. </w:t>
            </w:r>
          </w:p>
        </w:tc>
        <w:tc>
          <w:tcPr>
            <w:tcW w:type="dxa" w:w="509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12" w:after="0"/>
              <w:ind w:left="234" w:right="234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Nainstalujte úchyty sedlové vzpěry a chrániče řetězu. </w:t>
            </w:r>
          </w:p>
        </w:tc>
        <w:tc>
          <w:tcPr>
            <w:tcW w:type="dxa" w:w="2040"/>
            <w:vMerge/>
            <w:tcBorders>
              <w:bottom w:sz="6.072000026702881" w:val="single" w:color="#000000"/>
            </w:tcBorders>
          </w:tcPr>
          <w:p/>
        </w:tc>
        <w:tc>
          <w:tcPr>
            <w:tcW w:type="dxa" w:w="4080"/>
            <w:gridSpan w:val="2"/>
            <w:vMerge/>
            <w:tcBorders/>
          </w:tcPr>
          <w:p/>
        </w:tc>
        <w:tc>
          <w:tcPr>
            <w:tcW w:type="dxa" w:w="2040"/>
            <w:vMerge/>
            <w:tcBorders>
              <w:bottom w:sz="6.072000026702881" w:val="single" w:color="#000000"/>
            </w:tcBorders>
          </w:tcPr>
          <w:p/>
        </w:tc>
      </w:tr>
      <w:tr>
        <w:trPr>
          <w:trHeight w:hRule="exact" w:val="1892"/>
        </w:trPr>
        <w:tc>
          <w:tcPr>
            <w:tcW w:type="dxa" w:w="6116"/>
            <w:gridSpan w:val="2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tabs>
                <w:tab w:pos="2654" w:val="left"/>
              </w:tabs>
              <w:autoSpaceDE w:val="0"/>
              <w:widowControl/>
              <w:spacing w:line="240" w:lineRule="auto" w:before="1784" w:after="0"/>
              <w:ind w:left="1898" w:right="1184" w:firstLine="0"/>
              <w:jc w:val="left"/>
            </w:pPr>
            <w:r>
              <w:drawing>
                <wp:inline xmlns:a="http://schemas.openxmlformats.org/drawingml/2006/main" xmlns:pic="http://schemas.openxmlformats.org/drawingml/2006/picture">
                  <wp:extent cx="595630" cy="1052839"/>
                  <wp:docPr id="224" name="Picture 224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image.png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630" cy="105283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tab/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Nedotahujte upínací prvky.</w:t>
            </w:r>
          </w:p>
        </w:tc>
        <w:tc>
          <w:tcPr>
            <w:tcW w:type="dxa" w:w="2040"/>
            <w:vMerge/>
            <w:tcBorders>
              <w:bottom w:sz="6.072000026702881" w:val="single" w:color="#000000"/>
            </w:tcBorders>
          </w:tcPr>
          <w:p/>
        </w:tc>
        <w:tc>
          <w:tcPr>
            <w:tcW w:type="dxa" w:w="2558"/>
            <w:tcBorders>
              <w:bottom w:sz="6.072000026702881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30" w:lineRule="exact" w:before="168" w:after="0"/>
              <w:ind w:left="942" w:right="942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19"/>
              </w:rPr>
              <w:t>4 Nm</w:t>
            </w:r>
          </w:p>
        </w:tc>
        <w:tc>
          <w:tcPr>
            <w:tcW w:type="dxa" w:w="2250"/>
            <w:tcBorders>
              <w:bottom w:sz="6.072000026702881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30" w:lineRule="exact" w:before="196" w:after="0"/>
              <w:ind w:left="832" w:right="832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19"/>
              </w:rPr>
              <w:t>4 Nm</w:t>
            </w:r>
          </w:p>
        </w:tc>
        <w:tc>
          <w:tcPr>
            <w:tcW w:type="dxa" w:w="2040"/>
            <w:vMerge/>
            <w:tcBorders>
              <w:bottom w:sz="6.072000026702881" w:val="single" w:color="#000000"/>
            </w:tcBorders>
          </w:tcPr>
          <w:p/>
        </w:tc>
      </w:tr>
      <w:tr>
        <w:trPr>
          <w:trHeight w:hRule="exact" w:val="942"/>
        </w:trPr>
        <w:tc>
          <w:tcPr>
            <w:tcW w:type="dxa" w:w="4080"/>
            <w:gridSpan w:val="2"/>
            <w:vMerge/>
            <w:tcBorders/>
          </w:tcPr>
          <w:p/>
        </w:tc>
        <w:tc>
          <w:tcPr>
            <w:tcW w:type="dxa" w:w="698"/>
            <w:vMerge w:val="restart"/>
            <w:tcBorders>
              <w:top w:sz="6.072000026702881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212" w:after="0"/>
              <w:ind w:left="116" w:right="116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5. </w:t>
            </w:r>
          </w:p>
          <w:p>
            <w:pPr>
              <w:autoSpaceDN w:val="0"/>
              <w:autoSpaceDE w:val="0"/>
              <w:widowControl/>
              <w:spacing w:line="226" w:lineRule="exact" w:before="3444" w:after="0"/>
              <w:ind w:left="116" w:right="116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6. </w:t>
            </w:r>
          </w:p>
        </w:tc>
        <w:tc>
          <w:tcPr>
            <w:tcW w:type="dxa" w:w="4808"/>
            <w:gridSpan w:val="2"/>
            <w:vMerge w:val="restart"/>
            <w:tcBorders>
              <w:top w:sz="6.072000026702881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212" w:after="0"/>
              <w:ind w:left="116" w:right="11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Utáhněte oba upínací prvky úchytu chrániče řetězu.</w:t>
            </w:r>
          </w:p>
          <w:p>
            <w:pPr>
              <w:autoSpaceDN w:val="0"/>
              <w:autoSpaceDE w:val="0"/>
              <w:widowControl/>
              <w:spacing w:line="230" w:lineRule="exact" w:before="2778" w:after="0"/>
              <w:ind w:left="1790" w:right="1790" w:firstLine="0"/>
              <w:jc w:val="lef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19"/>
              </w:rPr>
              <w:t>4 Nm</w:t>
            </w:r>
          </w:p>
          <w:p>
            <w:pPr>
              <w:autoSpaceDN w:val="0"/>
              <w:autoSpaceDE w:val="0"/>
              <w:widowControl/>
              <w:spacing w:line="226" w:lineRule="exact" w:before="436" w:after="0"/>
              <w:ind w:left="116" w:right="116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Utáhněte oba upínací prvky chrániče řetězu.</w:t>
            </w:r>
          </w:p>
        </w:tc>
        <w:tc>
          <w:tcPr>
            <w:tcW w:type="dxa" w:w="618"/>
            <w:vMerge w:val="restart"/>
            <w:tcBorders>
              <w:top w:sz="6.072000026702881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/>
        </w:tc>
      </w:tr>
      <w:tr>
        <w:trPr>
          <w:trHeight w:hRule="exact" w:val="5272"/>
        </w:trPr>
        <w:tc>
          <w:tcPr>
            <w:tcW w:type="dxa" w:w="1026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048" w:after="0"/>
              <w:ind w:left="0" w:right="0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2. </w:t>
            </w:r>
          </w:p>
          <w:p>
            <w:pPr>
              <w:autoSpaceDN w:val="0"/>
              <w:autoSpaceDE w:val="0"/>
              <w:widowControl/>
              <w:spacing w:line="226" w:lineRule="exact" w:before="3214" w:after="0"/>
              <w:ind w:left="0" w:right="0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3. </w:t>
            </w:r>
          </w:p>
        </w:tc>
        <w:tc>
          <w:tcPr>
            <w:tcW w:type="dxa" w:w="509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048" w:after="0"/>
              <w:ind w:left="234" w:right="234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Nainst</w:t>
            </w: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alujte kliky.</w:t>
            </w:r>
          </w:p>
          <w:p>
            <w:pPr>
              <w:autoSpaceDN w:val="0"/>
              <w:autoSpaceDE w:val="0"/>
              <w:widowControl/>
              <w:spacing w:line="226" w:lineRule="exact" w:before="3214" w:after="0"/>
              <w:ind w:left="234" w:right="234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Nainstalujte chránič řetězu.</w:t>
            </w:r>
          </w:p>
        </w:tc>
        <w:tc>
          <w:tcPr>
            <w:tcW w:type="dxa" w:w="2040"/>
            <w:vMerge/>
            <w:tcBorders>
              <w:top w:sz="6.072000026702881" w:val="single" w:color="#000000"/>
            </w:tcBorders>
          </w:tcPr>
          <w:p/>
        </w:tc>
        <w:tc>
          <w:tcPr>
            <w:tcW w:type="dxa" w:w="4080"/>
            <w:gridSpan w:val="2"/>
            <w:vMerge/>
            <w:tcBorders>
              <w:top w:sz="6.072000026702881" w:val="single" w:color="#000000"/>
            </w:tcBorders>
          </w:tcPr>
          <w:p/>
        </w:tc>
        <w:tc>
          <w:tcPr>
            <w:tcW w:type="dxa" w:w="2040"/>
            <w:vMerge/>
            <w:tcBorders>
              <w:top w:sz="6.072000026702881" w:val="single" w:color="#000000"/>
            </w:tcBorders>
          </w:tcPr>
          <w:p/>
        </w:tc>
      </w:tr>
    </w:tbl>
    <w:p>
      <w:pPr>
        <w:autoSpaceDN w:val="0"/>
        <w:autoSpaceDE w:val="0"/>
        <w:widowControl/>
        <w:spacing w:line="20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404.0" w:type="dxa"/>
      </w:tblPr>
      <w:tblGrid>
        <w:gridCol w:w="3060"/>
        <w:gridCol w:w="3060"/>
        <w:gridCol w:w="3060"/>
        <w:gridCol w:w="3060"/>
      </w:tblGrid>
      <w:tr>
        <w:trPr>
          <w:trHeight w:hRule="exact" w:val="1282"/>
        </w:trPr>
        <w:tc>
          <w:tcPr>
            <w:tcW w:type="dxa" w:w="740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3882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1788"/>
            <w:tcBorders/>
            <w:tcMar>
              <w:start w:w="0" w:type="dxa"/>
              <w:end w:w="0" w:type="dxa"/>
            </w:tcMar>
          </w:tcPr>
          <w:p/>
        </w:tc>
        <w:tc>
          <w:tcPr>
            <w:tcW w:type="dxa" w:w="4624"/>
            <w:tcBorders/>
            <w:tcMar>
              <w:start w:w="0" w:type="dxa"/>
              <w:end w:w="0" w:type="dxa"/>
            </w:tcMar>
          </w:tcPr>
          <w:p/>
        </w:tc>
      </w:tr>
    </w:tbl>
    <w:p>
      <w:pPr>
        <w:autoSpaceDN w:val="0"/>
        <w:autoSpaceDE w:val="0"/>
        <w:widowControl/>
        <w:spacing w:line="226" w:lineRule="exact" w:before="296" w:after="562"/>
        <w:ind w:left="2682" w:right="2682" w:firstLine="0"/>
        <w:jc w:val="left"/>
      </w:pPr>
      <w:r>
        <w:rPr>
          <w:rFonts w:ascii="FranklinGothic" w:hAnsi="FranklinGothic" w:eastAsia="FranklinGothic"/>
          <w:b w:val="0"/>
          <w:i w:val="0"/>
          <w:color w:val="000000"/>
          <w:sz w:val="20"/>
        </w:rPr>
        <w:t>Nedotahujte upínací prvky.</w:t>
      </w:r>
    </w:p>
    <w:tbl>
      <w:tblPr>
        <w:tblW w:type="auto" w:w="0"/>
        <w:tblLayout w:type="fixed"/>
        <w:tblLook w:firstColumn="1" w:firstRow="1" w:lastColumn="0" w:lastRow="0" w:noHBand="0" w:noVBand="1" w:val="04A0"/>
        <w:tblInd w:w="418.0" w:type="dxa"/>
      </w:tblPr>
      <w:tblGrid>
        <w:gridCol w:w="6120"/>
        <w:gridCol w:w="6120"/>
      </w:tblGrid>
      <w:tr>
        <w:trPr>
          <w:trHeight w:hRule="exact" w:val="3686"/>
        </w:trPr>
        <w:tc>
          <w:tcPr>
            <w:tcW w:type="dxa" w:w="6414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0" w:lineRule="auto" w:before="564" w:after="0"/>
              <w:ind w:left="420" w:right="420" w:firstLine="0"/>
              <w:jc w:val="left"/>
            </w:pPr>
            <w:r>
              <w:drawing>
                <wp:inline xmlns:a="http://schemas.openxmlformats.org/drawingml/2006/main" xmlns:pic="http://schemas.openxmlformats.org/drawingml/2006/picture">
                  <wp:extent cx="3336290" cy="1605590"/>
                  <wp:docPr id="225" name="Picture 225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image.png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6290" cy="160559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31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30" w:lineRule="exact" w:before="1464" w:after="0"/>
              <w:ind w:left="742" w:right="742" w:firstLine="0"/>
              <w:jc w:val="lef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19"/>
              </w:rPr>
              <w:t>4 Nm</w:t>
            </w:r>
          </w:p>
        </w:tc>
      </w:tr>
    </w:tbl>
    <w:p>
      <w:pPr>
        <w:autoSpaceDN w:val="0"/>
        <w:autoSpaceDE w:val="0"/>
        <w:widowControl/>
        <w:spacing w:line="202" w:lineRule="exact" w:before="592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24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3849370</wp:posOffset>
            </wp:positionH>
            <wp:positionV relativeFrom="page">
              <wp:posOffset>1295400</wp:posOffset>
            </wp:positionV>
            <wp:extent cx="4146550" cy="1995527"/>
            <wp:wrapNone/>
            <wp:docPr id="226" name="Picture 2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4146550" cy="199552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5006340</wp:posOffset>
            </wp:positionH>
            <wp:positionV relativeFrom="page">
              <wp:posOffset>1375410</wp:posOffset>
            </wp:positionV>
            <wp:extent cx="386080" cy="465814"/>
            <wp:wrapNone/>
            <wp:docPr id="227" name="Picture 2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386080" cy="465814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6131560</wp:posOffset>
            </wp:positionH>
            <wp:positionV relativeFrom="page">
              <wp:posOffset>1393190</wp:posOffset>
            </wp:positionV>
            <wp:extent cx="760730" cy="697686"/>
            <wp:wrapNone/>
            <wp:docPr id="228" name="Picture 2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760730" cy="697686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54610</wp:posOffset>
            </wp:positionH>
            <wp:positionV relativeFrom="page">
              <wp:posOffset>2373630</wp:posOffset>
            </wp:positionV>
            <wp:extent cx="2774950" cy="1335445"/>
            <wp:wrapNone/>
            <wp:docPr id="229" name="Picture 2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2774950" cy="133544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1957070</wp:posOffset>
            </wp:positionH>
            <wp:positionV relativeFrom="page">
              <wp:posOffset>2435860</wp:posOffset>
            </wp:positionV>
            <wp:extent cx="2044700" cy="1447742"/>
            <wp:wrapNone/>
            <wp:docPr id="230" name="Picture 2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2044700" cy="1447742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3726179</wp:posOffset>
            </wp:positionH>
            <wp:positionV relativeFrom="page">
              <wp:posOffset>3291840</wp:posOffset>
            </wp:positionV>
            <wp:extent cx="4414520" cy="2138808"/>
            <wp:wrapNone/>
            <wp:docPr id="231" name="Picture 2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4414520" cy="213880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-73660</wp:posOffset>
            </wp:positionH>
            <wp:positionV relativeFrom="page">
              <wp:posOffset>3305810</wp:posOffset>
            </wp:positionV>
            <wp:extent cx="3549650" cy="3168963"/>
            <wp:wrapNone/>
            <wp:docPr id="232" name="Picture 2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3549650" cy="3168963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5422900</wp:posOffset>
            </wp:positionH>
            <wp:positionV relativeFrom="page">
              <wp:posOffset>4456430</wp:posOffset>
            </wp:positionV>
            <wp:extent cx="420370" cy="861758"/>
            <wp:wrapNone/>
            <wp:docPr id="233" name="Picture 2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420370" cy="86175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1223010</wp:posOffset>
            </wp:positionH>
            <wp:positionV relativeFrom="page">
              <wp:posOffset>6219190</wp:posOffset>
            </wp:positionV>
            <wp:extent cx="595629" cy="1052837"/>
            <wp:wrapNone/>
            <wp:docPr id="234" name="Picture 2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5629" cy="1052837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3995420</wp:posOffset>
            </wp:positionH>
            <wp:positionV relativeFrom="page">
              <wp:posOffset>5697220</wp:posOffset>
            </wp:positionV>
            <wp:extent cx="5976620" cy="2876248"/>
            <wp:wrapNone/>
            <wp:docPr id="235" name="Picture 2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287624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4768850</wp:posOffset>
            </wp:positionH>
            <wp:positionV relativeFrom="page">
              <wp:posOffset>6588759</wp:posOffset>
            </wp:positionV>
            <wp:extent cx="1595120" cy="1447424"/>
            <wp:wrapNone/>
            <wp:docPr id="236" name="Picture 2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595120" cy="1447424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237" name="Picture 2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sectPr>
          <w:pgSz w:w="12240" w:h="15840"/>
          <w:pgMar w:top="218" w:right="0" w:bottom="208" w:left="0" w:header="720" w:footer="720" w:gutter="0"/>
          <w:cols w:space="720"/>
          <w:docGrid w:linePitch="360"/>
        </w:sectPr>
      </w:pPr>
    </w:p>
    <w:p>
      <w:pPr>
        <w:autoSpaceDN w:val="0"/>
        <w:autoSpaceDE w:val="0"/>
        <w:widowControl/>
        <w:spacing w:line="218" w:lineRule="exact" w:before="0" w:after="0"/>
        <w:ind w:left="0" w:right="0"/>
      </w:pPr>
    </w:p>
    <w:tbl>
      <w:tblPr>
        <w:tblW w:type="auto" w:w="0"/>
        <w:tblLayout w:type="fixed"/>
        <w:tblLook w:firstColumn="1" w:firstRow="1" w:lastColumn="0" w:lastRow="0" w:noHBand="0" w:noVBand="1" w:val="04A0"/>
        <w:tblInd w:w="0.0" w:type="dxa"/>
      </w:tblPr>
      <w:tblGrid>
        <w:gridCol w:w="2040"/>
        <w:gridCol w:w="2040"/>
        <w:gridCol w:w="2040"/>
        <w:gridCol w:w="2040"/>
        <w:gridCol w:w="2040"/>
        <w:gridCol w:w="2040"/>
      </w:tblGrid>
      <w:tr>
        <w:trPr>
          <w:trHeight w:hRule="exact" w:val="234"/>
        </w:trPr>
        <w:tc>
          <w:tcPr>
            <w:tcW w:type="dxa" w:w="11630"/>
            <w:gridSpan w:val="5"/>
            <w:tcBorders/>
            <w:shd w:fill="e5e5e5"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4" w:after="0"/>
              <w:ind w:left="200" w:right="200" w:firstLine="0"/>
              <w:jc w:val="righ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Verve+ 1 LT 2024</w:t>
            </w:r>
          </w:p>
        </w:tc>
        <w:tc>
          <w:tcPr>
            <w:tcW w:type="dxa" w:w="610"/>
            <w:tcBorders/>
            <w:shd w:fill="e5e5e5"/>
            <w:tcMar>
              <w:start w:w="0" w:type="dxa"/>
              <w:end w:w="0" w:type="dxa"/>
            </w:tcMar>
          </w:tcPr>
          <w:p/>
        </w:tc>
      </w:tr>
      <w:tr>
        <w:trPr>
          <w:trHeight w:hRule="exact" w:val="11434"/>
        </w:trPr>
        <w:tc>
          <w:tcPr>
            <w:tcW w:type="dxa" w:w="11630"/>
            <w:gridSpan w:val="5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74" w:lineRule="exact" w:before="304" w:after="0"/>
              <w:ind w:left="810" w:right="810" w:firstLine="0"/>
              <w:jc w:val="left"/>
            </w:pPr>
            <w:r>
              <w:rPr>
                <w:rFonts w:ascii="ITCAvantGardePro" w:hAnsi="ITCAvantGardePro" w:eastAsia="ITCAvantGardePro"/>
                <w:b/>
                <w:i w:val="0"/>
                <w:color w:val="000000"/>
                <w:sz w:val="36"/>
              </w:rPr>
              <w:t>Zadní nosič</w:t>
            </w: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798.0" w:type="dxa"/>
            </w:tblPr>
            <w:tblGrid>
              <w:gridCol w:w="11630"/>
            </w:tblGrid>
            <w:tr>
              <w:trPr>
                <w:trHeight w:hRule="exact" w:val="10628"/>
              </w:trPr>
              <w:tc>
                <w:tcPr>
                  <w:tcW w:type="dxa" w:w="10648"/>
                  <w:tcBorders>
                    <w:start w:sz="3.759999990463257" w:val="single" w:color="#FFFFFF"/>
                    <w:top w:sz="3.759999990463257" w:val="single" w:color="#FFFFFF"/>
                    <w:end w:sz="3.759999990463257" w:val="single" w:color="#FFFFFF"/>
                    <w:bottom w:sz="3.759999990463257" w:val="single" w:color="#FFFFFF"/>
                  </w:tcBorders>
                  <w:tcMar>
                    <w:start w:w="0" w:type="dxa"/>
                    <w:end w:w="0" w:type="dxa"/>
                  </w:tcMar>
                </w:tcPr>
                <w:p>
                  <w:pPr>
                    <w:autoSpaceDN w:val="0"/>
                    <w:autoSpaceDE w:val="0"/>
                    <w:widowControl/>
                    <w:spacing w:line="244" w:lineRule="exact" w:before="198" w:after="170"/>
                    <w:ind w:left="1506" w:right="1506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8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1255.3000000119212" w:type="dxa"/>
                  </w:tblPr>
                  <w:tblGrid>
                    <w:gridCol w:w="5324"/>
                    <w:gridCol w:w="5324"/>
                  </w:tblGrid>
                  <w:tr>
                    <w:trPr>
                      <w:trHeight w:hRule="exact" w:val="802"/>
                    </w:trPr>
                    <w:tc>
                      <w:tcPr>
                        <w:tcW w:type="dxa" w:w="2024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156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1255.9999999999995" w:type="dxa"/>
                        </w:tblPr>
                        <w:tblGrid>
                          <w:gridCol w:w="2024"/>
                        </w:tblGrid>
                        <w:tr>
                          <w:trPr>
                            <w:trHeight w:hRule="exact" w:val="252"/>
                          </w:trPr>
                          <w:tc>
                            <w:tcPr>
                              <w:tcW w:type="dxa" w:w="626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shd w:fill="ffffff"/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4" w:lineRule="exact" w:before="2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4 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  <w:tc>
                      <w:tcPr>
                        <w:tcW w:type="dxa" w:w="380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50" w:lineRule="exact" w:before="176" w:after="0"/>
                          <w:ind w:left="142" w:right="142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13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2" w:lineRule="exact" w:before="362" w:after="772"/>
                    <w:ind w:left="820" w:right="820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4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199.300000011921" w:type="dxa"/>
                  </w:tblPr>
                  <w:tblGrid>
                    <w:gridCol w:w="5324"/>
                    <w:gridCol w:w="5324"/>
                  </w:tblGrid>
                  <w:tr>
                    <w:trPr>
                      <w:trHeight w:hRule="exact" w:val="1382"/>
                    </w:trPr>
                    <w:tc>
                      <w:tcPr>
                        <w:tcW w:type="dxa" w:w="57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770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type="dxa" w:w="5120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886" w:after="0"/>
                          <w:ind w:left="268" w:right="268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6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44" w:lineRule="exact" w:before="252" w:after="326"/>
                    <w:ind w:left="1162" w:right="1162" w:firstLine="0"/>
                    <w:jc w:val="lef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7</w:t>
                  </w: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479.3000000119208" w:type="dxa"/>
                  </w:tblPr>
                  <w:tblGrid>
                    <w:gridCol w:w="5324"/>
                    <w:gridCol w:w="5324"/>
                  </w:tblGrid>
                  <w:tr>
                    <w:trPr>
                      <w:trHeight w:hRule="exact" w:val="1946"/>
                    </w:trPr>
                    <w:tc>
                      <w:tcPr>
                        <w:tcW w:type="dxa" w:w="9020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790" w:after="0"/>
                          <w:ind w:left="452" w:right="452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type="dxa" w:w="852"/>
                        <w:tcBorders>
                          <w:top w:sz="6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790" w:after="0"/>
                          <w:ind w:left="286" w:right="286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884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211.30000001192101" w:type="dxa"/>
                  </w:tblPr>
                  <w:tblGrid>
                    <w:gridCol w:w="10648"/>
                  </w:tblGrid>
                  <w:tr>
                    <w:trPr>
                      <w:trHeight w:hRule="exact" w:val="274"/>
                    </w:trPr>
                    <w:tc>
                      <w:tcPr>
                        <w:tcW w:type="dxa" w:w="628"/>
                        <w:tcBorders>
                          <w:start w:sz="8.0" w:val="single" w:color="#000000"/>
                          <w:top w:sz="8.0" w:val="single" w:color="#000000"/>
                          <w:end w:sz="8.0" w:val="single" w:color="#000000"/>
                          <w:bottom w:sz="8.0" w:val="single" w:color="#000000"/>
                        </w:tcBorders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4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4 Nm</w:t>
                        </w: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0" w:lineRule="exact" w:before="0" w:after="0"/>
                    <w:ind w:left="0" w:right="0"/>
                  </w:pPr>
                </w:p>
                <w:tbl>
                  <w:tblPr>
                    <w:tblW w:type="auto" w:w="0"/>
                    <w:tblLayout w:type="fixed"/>
                    <w:tblLook w:firstColumn="1" w:firstRow="1" w:lastColumn="0" w:lastRow="0" w:noHBand="0" w:noVBand="1" w:val="04A0"/>
                    <w:tblInd w:w="213.3000000119209" w:type="dxa"/>
                  </w:tblPr>
                  <w:tblGrid>
                    <w:gridCol w:w="1775"/>
                    <w:gridCol w:w="1775"/>
                    <w:gridCol w:w="1775"/>
                    <w:gridCol w:w="1775"/>
                    <w:gridCol w:w="1775"/>
                    <w:gridCol w:w="1775"/>
                  </w:tblGrid>
                  <w:tr>
                    <w:trPr>
                      <w:trHeight w:hRule="exact" w:val="1472"/>
                    </w:trPr>
                    <w:tc>
                      <w:tcPr>
                        <w:tcW w:type="dxa" w:w="622"/>
                        <w:tcBorders/>
                        <w:shd w:fill="ffffff"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50" w:lineRule="exact" w:before="180" w:after="0"/>
                          <w:ind w:left="212" w:right="212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11</w:t>
                        </w:r>
                      </w:p>
                    </w:tc>
                    <w:tc>
                      <w:tcPr>
                        <w:tcW w:type="dxa" w:w="670"/>
                        <w:tcBorders/>
                        <w:shd w:fill="ffffff"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30" w:after="0"/>
                          <w:ind w:left="0" w:right="0" w:firstLine="0"/>
                          <w:jc w:val="center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8</w:t>
                        </w:r>
                      </w:p>
                    </w:tc>
                    <w:tc>
                      <w:tcPr>
                        <w:tcW w:type="dxa" w:w="2158"/>
                        <w:tcBorders/>
                        <w:shd w:fill="ffffff"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2" w:lineRule="exact" w:before="130" w:after="0"/>
                          <w:ind w:left="262" w:right="262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2236"/>
                        <w:tcBorders/>
                        <w:shd w:fill="ffffff"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936" w:after="0"/>
                          <w:ind w:left="336" w:right="336" w:firstLine="0"/>
                          <w:jc w:val="righ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type="dxa" w:w="972"/>
                        <w:tcBorders/>
                        <w:shd w:fill="ffffff"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244" w:lineRule="exact" w:before="1138" w:after="0"/>
                          <w:ind w:left="338" w:right="338" w:firstLine="0"/>
                          <w:jc w:val="left"/>
                        </w:pPr>
                        <w:r>
                          <w:rPr>
                            <w:rFonts w:ascii="ITCAvantGardePro" w:hAnsi="ITCAvantGardePro" w:eastAsia="ITCAvantGardePro"/>
                            <w:b w:val="0"/>
                            <w:i w:val="0"/>
                            <w:color w:val="000000"/>
                            <w:sz w:val="20"/>
                          </w:rPr>
                          <w:t>8</w:t>
                        </w:r>
                      </w:p>
                    </w:tc>
                    <w:tc>
                      <w:tcPr>
                        <w:tcW w:type="dxa" w:w="2458"/>
                        <w:tcBorders/>
                        <w:tcMar>
                          <w:start w:w="0" w:type="dxa"/>
                          <w:end w:w="0" w:type="dxa"/>
                        </w:tcMar>
                      </w:tcPr>
                      <w:p>
                        <w:pPr>
                          <w:autoSpaceDN w:val="0"/>
                          <w:autoSpaceDE w:val="0"/>
                          <w:widowControl/>
                          <w:spacing w:line="1038" w:lineRule="exact" w:before="0" w:after="0"/>
                          <w:ind w:left="0" w:right="0"/>
                        </w:pPr>
                      </w:p>
                      <w:tbl>
                        <w:tblPr>
                          <w:tblW w:type="auto" w:w="0"/>
                          <w:tblLayout w:type="fixed"/>
                          <w:tblLook w:firstColumn="1" w:firstRow="1" w:lastColumn="0" w:lastRow="0" w:noHBand="0" w:noVBand="1" w:val="04A0"/>
                          <w:tblInd w:w="522.0000000000005" w:type="dxa"/>
                        </w:tblPr>
                        <w:tblGrid>
                          <w:gridCol w:w="2458"/>
                        </w:tblGrid>
                        <w:tr>
                          <w:trPr>
                            <w:trHeight w:hRule="exact" w:val="254"/>
                          </w:trPr>
                          <w:tc>
                            <w:tcPr>
                              <w:tcW w:type="dxa" w:w="626"/>
                              <w:tcBorders>
                                <w:start w:sz="8.0" w:val="single" w:color="#000000"/>
                                <w:top w:sz="8.0" w:val="single" w:color="#000000"/>
                                <w:end w:sz="8.0" w:val="single" w:color="#000000"/>
                                <w:bottom w:sz="8.0" w:val="single" w:color="#000000"/>
                              </w:tcBorders>
                              <w:tcMar>
                                <w:start w:w="0" w:type="dxa"/>
                                <w:end w:w="0" w:type="dxa"/>
                              </w:tcMar>
                            </w:tcPr>
                            <w:p>
                              <w:pPr>
                                <w:autoSpaceDN w:val="0"/>
                                <w:autoSpaceDE w:val="0"/>
                                <w:widowControl/>
                                <w:spacing w:line="244" w:lineRule="exact" w:before="4" w:after="0"/>
                                <w:ind w:left="0" w:right="0" w:firstLine="0"/>
                                <w:jc w:val="center"/>
                              </w:pPr>
                              <w:r>
                                <w:rPr>
                                  <w:rFonts w:ascii="ITCAvantGardePro" w:hAnsi="ITCAvantGardePro" w:eastAsia="ITCAvantGardePro"/>
                                  <w:b w:val="0"/>
                                  <w:i w:val="0"/>
                                  <w:color w:val="000000"/>
                                  <w:sz w:val="20"/>
                                </w:rPr>
                                <w:t>4 Nm</w:t>
                              </w:r>
                            </w:p>
                          </w:tc>
                        </w:tr>
                      </w:tbl>
                      <w:p/>
                      <w:p>
                        <w:pPr>
                          <w:autoSpaceDN w:val="0"/>
                          <w:autoSpaceDE w:val="0"/>
                          <w:widowControl/>
                          <w:spacing w:line="14" w:lineRule="exact" w:before="0" w:after="0"/>
                          <w:ind w:left="0" w:right="0"/>
                        </w:pPr>
                      </w:p>
                    </w:tc>
                  </w:tr>
                </w:tbl>
                <w:p/>
                <w:p>
                  <w:pPr>
                    <w:autoSpaceDN w:val="0"/>
                    <w:autoSpaceDE w:val="0"/>
                    <w:widowControl/>
                    <w:spacing w:line="250" w:lineRule="exact" w:before="90" w:after="0"/>
                    <w:ind w:left="3000" w:right="3000" w:firstLine="0"/>
                    <w:jc w:val="right"/>
                  </w:pPr>
                  <w:r>
                    <w:rPr>
                      <w:rFonts w:ascii="ITCAvantGardePro" w:hAnsi="ITCAvantGardePro" w:eastAsia="ITCAvantGardePro"/>
                      <w:b w:val="0"/>
                      <w:i w:val="0"/>
                      <w:color w:val="000000"/>
                      <w:sz w:val="20"/>
                    </w:rPr>
                    <w:t>11</w:t>
                  </w:r>
                </w:p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  <w:tc>
          <w:tcPr>
            <w:tcW w:type="dxa" w:w="610"/>
            <w:vMerge w:val="restart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408" w:lineRule="exact" w:before="0" w:after="0"/>
              <w:ind w:left="0" w:right="0"/>
            </w:pPr>
          </w:p>
          <w:tbl>
            <w:tblPr>
              <w:tblW w:type="auto" w:w="0"/>
              <w:tblLayout w:type="fixed"/>
              <w:tblLook w:firstColumn="1" w:firstRow="1" w:lastColumn="0" w:lastRow="0" w:noHBand="0" w:noVBand="1" w:val="04A0"/>
              <w:tblInd w:w="184.0000000000009" w:type="dxa"/>
            </w:tblPr>
            <w:tblGrid>
              <w:gridCol w:w="610"/>
            </w:tblGrid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4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52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  <w:tr>
              <w:trPr>
                <w:trHeight w:hRule="exact" w:val="2228"/>
              </w:trPr>
              <w:tc>
                <w:tcPr>
                  <w:tcW w:type="dxa" w:w="360"/>
                  <w:tcBorders>
                    <w:start w:sz="4.0" w:val="single" w:color="#000000"/>
                    <w:top w:sz="4.0" w:val="single" w:color="#000000"/>
                    <w:end w:sz="4.0" w:val="single" w:color="#000000"/>
                    <w:bottom w:sz="4.0" w:val="single" w:color="#000000"/>
                  </w:tcBorders>
                  <w:tcMar>
                    <w:start w:w="0" w:type="dxa"/>
                    <w:end w:w="0" w:type="dxa"/>
                  </w:tcMar>
                </w:tcPr>
                <w:p/>
              </w:tc>
            </w:tr>
          </w:tbl>
          <w:p/>
          <w:p>
            <w:pPr>
              <w:autoSpaceDN w:val="0"/>
              <w:autoSpaceDE w:val="0"/>
              <w:widowControl/>
              <w:spacing w:line="14" w:lineRule="exact" w:before="0" w:after="0"/>
              <w:ind w:left="0" w:right="0"/>
            </w:pPr>
          </w:p>
        </w:tc>
      </w:tr>
      <w:tr>
        <w:trPr>
          <w:trHeight w:hRule="exact" w:val="446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30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1</w:t>
            </w:r>
          </w:p>
        </w:tc>
        <w:tc>
          <w:tcPr>
            <w:tcW w:type="dxa" w:w="4558"/>
            <w:gridSpan w:val="2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40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upínací prvky (M5 x 30 mm)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W5254595</w:t>
            </w:r>
          </w:p>
        </w:tc>
        <w:tc>
          <w:tcPr>
            <w:tcW w:type="dxa" w:w="111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38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6</w:t>
            </w:r>
          </w:p>
        </w:tc>
        <w:tc>
          <w:tcPr>
            <w:tcW w:type="dxa" w:w="468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48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Podložka (M5)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W521137</w:t>
            </w:r>
          </w:p>
        </w:tc>
        <w:tc>
          <w:tcPr>
            <w:tcW w:type="dxa" w:w="2040"/>
            <w:vMerge/>
            <w:tcBorders/>
          </w:tcPr>
          <w:p/>
        </w:tc>
      </w:tr>
      <w:tr>
        <w:trPr>
          <w:trHeight w:hRule="exact" w:val="476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62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2</w:t>
            </w:r>
          </w:p>
        </w:tc>
        <w:tc>
          <w:tcPr>
            <w:tcW w:type="dxa" w:w="3680"/>
            <w:tcBorders>
              <w:end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6" w:lineRule="exact" w:before="172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podložky (12 mm x 5 mm)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5307541</w:t>
            </w:r>
          </w:p>
        </w:tc>
        <w:tc>
          <w:tcPr>
            <w:tcW w:type="dxa" w:w="1988"/>
            <w:gridSpan w:val="2"/>
            <w:tcBorders>
              <w:start w:sz="6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70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7</w:t>
            </w:r>
          </w:p>
        </w:tc>
        <w:tc>
          <w:tcPr>
            <w:tcW w:type="dxa" w:w="468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80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Matice, Nylock (M5)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580066</w:t>
            </w:r>
          </w:p>
        </w:tc>
        <w:tc>
          <w:tcPr>
            <w:tcW w:type="dxa" w:w="2040"/>
            <w:vMerge/>
            <w:tcBorders/>
          </w:tcPr>
          <w:p/>
        </w:tc>
      </w:tr>
      <w:tr>
        <w:trPr>
          <w:trHeight w:hRule="exact" w:val="524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64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3</w:t>
            </w:r>
          </w:p>
        </w:tc>
        <w:tc>
          <w:tcPr>
            <w:tcW w:type="dxa" w:w="3680"/>
            <w:tcBorders>
              <w:end w:sz="6.0" w:val="single" w:color="#000000"/>
            </w:tcBorders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74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upínací prvek (M5 x 30 mm) </w:t>
            </w:r>
          </w:p>
        </w:tc>
        <w:tc>
          <w:tcPr>
            <w:tcW w:type="dxa" w:w="1988"/>
            <w:gridSpan w:val="2"/>
            <w:tcBorders>
              <w:start w:sz="6.0" w:val="single" w:color="#000000"/>
            </w:tcBorders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72" w:after="0"/>
              <w:ind w:left="148" w:right="148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8</w:t>
            </w:r>
          </w:p>
        </w:tc>
        <w:tc>
          <w:tcPr>
            <w:tcW w:type="dxa" w:w="4682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82" w:after="0"/>
              <w:ind w:left="150" w:right="150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>Zadní nosič (70 mm) –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W5284845</w:t>
            </w:r>
          </w:p>
        </w:tc>
        <w:tc>
          <w:tcPr>
            <w:tcW w:type="dxa" w:w="2040"/>
            <w:vMerge/>
            <w:tcBorders/>
          </w:tcPr>
          <w:p/>
        </w:tc>
      </w:tr>
      <w:tr>
        <w:trPr>
          <w:trHeight w:hRule="exact" w:val="480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18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4</w:t>
            </w:r>
          </w:p>
        </w:tc>
        <w:tc>
          <w:tcPr>
            <w:tcW w:type="dxa" w:w="10350"/>
            <w:gridSpan w:val="4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28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podložka (15 mm x 15 mm)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5260275</w:t>
            </w:r>
          </w:p>
        </w:tc>
        <w:tc>
          <w:tcPr>
            <w:tcW w:type="dxa" w:w="2040"/>
            <w:vMerge/>
            <w:tcBorders/>
          </w:tcPr>
          <w:p/>
        </w:tc>
      </w:tr>
      <w:tr>
        <w:trPr>
          <w:trHeight w:hRule="exact" w:val="776"/>
        </w:trPr>
        <w:tc>
          <w:tcPr>
            <w:tcW w:type="dxa" w:w="1280"/>
            <w:tcBorders/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44" w:lineRule="exact" w:before="116" w:after="0"/>
              <w:ind w:left="150" w:right="150" w:firstLine="0"/>
              <w:jc w:val="right"/>
            </w:pPr>
            <w:r>
              <w:rPr>
                <w:rFonts w:ascii="ITCAvantGardePro" w:hAnsi="ITCAvantGardePro" w:eastAsia="ITCAvantGardePro"/>
                <w:b w:val="0"/>
                <w:i w:val="0"/>
                <w:color w:val="000000"/>
                <w:sz w:val="20"/>
              </w:rPr>
              <w:t>5</w:t>
            </w:r>
          </w:p>
        </w:tc>
        <w:tc>
          <w:tcPr>
            <w:tcW w:type="dxa" w:w="10350"/>
            <w:gridSpan w:val="4"/>
            <w:tcBorders/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  <w:tcMar>
              <w:start w:w="0" w:type="dxa"/>
              <w:end w:w="0" w:type="dxa"/>
            </w:tcMar>
          </w:tcPr>
          <w:p>
            <w:pPr>
              <w:autoSpaceDN w:val="0"/>
              <w:autoSpaceDE w:val="0"/>
              <w:widowControl/>
              <w:spacing w:line="228" w:lineRule="exact" w:before="126" w:after="0"/>
              <w:ind w:left="148" w:right="148" w:firstLine="0"/>
              <w:jc w:val="left"/>
            </w:pPr>
            <w:r>
              <w:rPr>
                <w:rFonts w:ascii="FranklinGothic" w:hAnsi="FranklinGothic" w:eastAsia="FranklinGothic"/>
                <w:b w:val="0"/>
                <w:i w:val="0"/>
                <w:color w:val="000000"/>
                <w:sz w:val="20"/>
              </w:rPr>
              <w:t xml:space="preserve">Vzpěra blatníku – </w:t>
            </w:r>
            <w:r>
              <w:rPr>
                <w:rFonts w:ascii="FranklinGothic" w:hAnsi="FranklinGothic" w:eastAsia="FranklinGothic"/>
                <w:b w:val="0"/>
                <w:i/>
                <w:color w:val="000000"/>
                <w:sz w:val="20"/>
              </w:rPr>
              <w:t>W600320</w:t>
            </w:r>
          </w:p>
        </w:tc>
        <w:tc>
          <w:tcPr>
            <w:tcW w:type="dxa" w:w="2040"/>
            <w:vMerge/>
            <w:tcBorders/>
          </w:tcPr>
          <w:p/>
        </w:tc>
      </w:tr>
    </w:tbl>
    <w:p>
      <w:pPr>
        <w:autoSpaceDN w:val="0"/>
        <w:autoSpaceDE w:val="0"/>
        <w:widowControl/>
        <w:spacing w:line="202" w:lineRule="exact" w:before="416" w:after="0"/>
        <w:ind w:left="810" w:right="810" w:firstLine="0"/>
        <w:jc w:val="right"/>
      </w:pPr>
      <w:r>
        <w:rPr>
          <w:rFonts w:ascii="ITCAvantGardePro" w:hAnsi="ITCAvantGardePro" w:eastAsia="ITCAvantGardePro"/>
          <w:b w:val="0"/>
          <w:i w:val="0"/>
          <w:color w:val="000000"/>
          <w:sz w:val="16"/>
        </w:rPr>
        <w:t>26</w:t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201930</wp:posOffset>
            </wp:positionH>
            <wp:positionV relativeFrom="page">
              <wp:posOffset>632460</wp:posOffset>
            </wp:positionV>
            <wp:extent cx="10763250" cy="5106938"/>
            <wp:wrapNone/>
            <wp:docPr id="238" name="Picture 2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10763250" cy="5106938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-1060450</wp:posOffset>
            </wp:positionH>
            <wp:positionV relativeFrom="page">
              <wp:posOffset>1047750</wp:posOffset>
            </wp:positionV>
            <wp:extent cx="6617970" cy="3140089"/>
            <wp:wrapNone/>
            <wp:docPr id="239" name="Picture 2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6617970" cy="314008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393700</wp:posOffset>
            </wp:positionH>
            <wp:positionV relativeFrom="page">
              <wp:posOffset>4542790</wp:posOffset>
            </wp:positionV>
            <wp:extent cx="7383780" cy="3503450"/>
            <wp:wrapNone/>
            <wp:docPr id="240" name="Picture 24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7383780" cy="350345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586740</wp:posOffset>
            </wp:positionH>
            <wp:positionV relativeFrom="page">
              <wp:posOffset>4627880</wp:posOffset>
            </wp:positionV>
            <wp:extent cx="7011669" cy="3326891"/>
            <wp:wrapNone/>
            <wp:docPr id="241" name="Picture 2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7011669" cy="332689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581660</wp:posOffset>
            </wp:positionH>
            <wp:positionV relativeFrom="page">
              <wp:posOffset>4630420</wp:posOffset>
            </wp:positionV>
            <wp:extent cx="7010400" cy="3326289"/>
            <wp:wrapNone/>
            <wp:docPr id="242" name="Picture 24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332628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6033770</wp:posOffset>
            </wp:positionH>
            <wp:positionV relativeFrom="page">
              <wp:posOffset>4765040</wp:posOffset>
            </wp:positionV>
            <wp:extent cx="419100" cy="1163655"/>
            <wp:wrapNone/>
            <wp:docPr id="243" name="Picture 24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116365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6645909</wp:posOffset>
            </wp:positionH>
            <wp:positionV relativeFrom="page">
              <wp:posOffset>4770120</wp:posOffset>
            </wp:positionV>
            <wp:extent cx="424180" cy="1183401"/>
            <wp:wrapNone/>
            <wp:docPr id="244" name="Picture 24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424180" cy="1183401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7692390</wp:posOffset>
            </wp:positionV>
            <wp:extent cx="191770" cy="187690"/>
            <wp:wrapNone/>
            <wp:docPr id="245" name="Picture 2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8769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7750809</wp:posOffset>
            </wp:positionV>
            <wp:extent cx="191770" cy="195939"/>
            <wp:wrapNone/>
            <wp:docPr id="246" name="Picture 24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7995920</wp:posOffset>
            </wp:positionV>
            <wp:extent cx="191770" cy="191770"/>
            <wp:wrapNone/>
            <wp:docPr id="247" name="Picture 24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8054340</wp:posOffset>
            </wp:positionV>
            <wp:extent cx="191770" cy="195939"/>
            <wp:wrapNone/>
            <wp:docPr id="248" name="Picture 2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4189729</wp:posOffset>
            </wp:positionH>
            <wp:positionV relativeFrom="page">
              <wp:posOffset>8299450</wp:posOffset>
            </wp:positionV>
            <wp:extent cx="191770" cy="191770"/>
            <wp:wrapNone/>
            <wp:docPr id="249" name="Picture 24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8357870</wp:posOffset>
            </wp:positionV>
            <wp:extent cx="191770" cy="191770"/>
            <wp:wrapNone/>
            <wp:docPr id="250" name="Picture 25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8661400</wp:posOffset>
            </wp:positionV>
            <wp:extent cx="191770" cy="191770"/>
            <wp:wrapNone/>
            <wp:docPr id="251" name="Picture 25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177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589280</wp:posOffset>
            </wp:positionH>
            <wp:positionV relativeFrom="page">
              <wp:posOffset>8964930</wp:posOffset>
            </wp:positionV>
            <wp:extent cx="191770" cy="195939"/>
            <wp:wrapNone/>
            <wp:docPr id="252" name="Picture 25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191770" cy="195939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9641840</wp:posOffset>
            </wp:positionV>
            <wp:extent cx="7772400" cy="165100"/>
            <wp:wrapNone/>
            <wp:docPr id="253" name="Picture 25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65100"/>
                    </a:xfrm>
                    <a:prstGeom prst="rect"/>
                  </pic:spPr>
                </pic:pic>
              </a:graphicData>
            </a:graphic>
          </wp:anchor>
        </w:drawing>
      </w:r>
    </w:p>
    <w:sectPr w:rsidR="00FC693F" w:rsidRPr="0006063C" w:rsidSect="00034616">
      <w:pgSz w:w="12240" w:h="15840"/>
      <w:pgMar w:top="218" w:right="0" w:bottom="208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hyperlink" Target="http://trekbikes.com/manuals" TargetMode="External"/><Relationship Id="rId18" Type="http://schemas.openxmlformats.org/officeDocument/2006/relationships/image" Target="media/image9.png"/><Relationship Id="rId19" Type="http://schemas.openxmlformats.org/officeDocument/2006/relationships/image" Target="media/image10.png"/><Relationship Id="rId20" Type="http://schemas.openxmlformats.org/officeDocument/2006/relationships/image" Target="media/image11.png"/><Relationship Id="rId21" Type="http://schemas.openxmlformats.org/officeDocument/2006/relationships/image" Target="media/image12.png"/><Relationship Id="rId22" Type="http://schemas.openxmlformats.org/officeDocument/2006/relationships/image" Target="media/image13.png"/><Relationship Id="rId23" Type="http://schemas.openxmlformats.org/officeDocument/2006/relationships/image" Target="media/image14.png"/><Relationship Id="rId24" Type="http://schemas.openxmlformats.org/officeDocument/2006/relationships/image" Target="media/image15.png"/><Relationship Id="rId25" Type="http://schemas.openxmlformats.org/officeDocument/2006/relationships/image" Target="media/image16.png"/><Relationship Id="rId26" Type="http://schemas.openxmlformats.org/officeDocument/2006/relationships/image" Target="media/image17.png"/><Relationship Id="rId27" Type="http://schemas.openxmlformats.org/officeDocument/2006/relationships/image" Target="media/image18.png"/><Relationship Id="rId28" Type="http://schemas.openxmlformats.org/officeDocument/2006/relationships/image" Target="media/image19.png"/><Relationship Id="rId29" Type="http://schemas.openxmlformats.org/officeDocument/2006/relationships/image" Target="media/image20.png"/><Relationship Id="rId30" Type="http://schemas.openxmlformats.org/officeDocument/2006/relationships/image" Target="media/image21.png"/><Relationship Id="rId31" Type="http://schemas.openxmlformats.org/officeDocument/2006/relationships/image" Target="media/image22.png"/><Relationship Id="rId32" Type="http://schemas.openxmlformats.org/officeDocument/2006/relationships/image" Target="media/image23.png"/><Relationship Id="rId33" Type="http://schemas.openxmlformats.org/officeDocument/2006/relationships/image" Target="media/image24.png"/><Relationship Id="rId34" Type="http://schemas.openxmlformats.org/officeDocument/2006/relationships/image" Target="media/image25.png"/><Relationship Id="rId35" Type="http://schemas.openxmlformats.org/officeDocument/2006/relationships/image" Target="media/image26.png"/><Relationship Id="rId36" Type="http://schemas.openxmlformats.org/officeDocument/2006/relationships/image" Target="media/image27.png"/><Relationship Id="rId37" Type="http://schemas.openxmlformats.org/officeDocument/2006/relationships/image" Target="media/image28.png"/><Relationship Id="rId38" Type="http://schemas.openxmlformats.org/officeDocument/2006/relationships/image" Target="media/image29.png"/><Relationship Id="rId39" Type="http://schemas.openxmlformats.org/officeDocument/2006/relationships/image" Target="media/image30.png"/><Relationship Id="rId40" Type="http://schemas.openxmlformats.org/officeDocument/2006/relationships/image" Target="media/image31.png"/><Relationship Id="rId41" Type="http://schemas.openxmlformats.org/officeDocument/2006/relationships/image" Target="media/image32.png"/><Relationship Id="rId42" Type="http://schemas.openxmlformats.org/officeDocument/2006/relationships/image" Target="media/image33.png"/><Relationship Id="rId43" Type="http://schemas.openxmlformats.org/officeDocument/2006/relationships/image" Target="media/image34.png"/><Relationship Id="rId44" Type="http://schemas.openxmlformats.org/officeDocument/2006/relationships/image" Target="media/image35.png"/><Relationship Id="rId45" Type="http://schemas.openxmlformats.org/officeDocument/2006/relationships/image" Target="media/image36.png"/><Relationship Id="rId46" Type="http://schemas.openxmlformats.org/officeDocument/2006/relationships/image" Target="media/image37.png"/><Relationship Id="rId47" Type="http://schemas.openxmlformats.org/officeDocument/2006/relationships/image" Target="media/image38.png"/><Relationship Id="rId48" Type="http://schemas.openxmlformats.org/officeDocument/2006/relationships/image" Target="media/image39.png"/><Relationship Id="rId49" Type="http://schemas.openxmlformats.org/officeDocument/2006/relationships/image" Target="media/image40.png"/><Relationship Id="rId50" Type="http://schemas.openxmlformats.org/officeDocument/2006/relationships/image" Target="media/image41.png"/><Relationship Id="rId51" Type="http://schemas.openxmlformats.org/officeDocument/2006/relationships/image" Target="media/image42.png"/><Relationship Id="rId52" Type="http://schemas.openxmlformats.org/officeDocument/2006/relationships/image" Target="media/image43.png"/><Relationship Id="rId53" Type="http://schemas.openxmlformats.org/officeDocument/2006/relationships/image" Target="media/image44.png"/><Relationship Id="rId54" Type="http://schemas.openxmlformats.org/officeDocument/2006/relationships/image" Target="media/image45.png"/><Relationship Id="rId55" Type="http://schemas.openxmlformats.org/officeDocument/2006/relationships/image" Target="media/image46.png"/><Relationship Id="rId56" Type="http://schemas.openxmlformats.org/officeDocument/2006/relationships/image" Target="media/image47.png"/><Relationship Id="rId57" Type="http://schemas.openxmlformats.org/officeDocument/2006/relationships/image" Target="media/image48.png"/><Relationship Id="rId58" Type="http://schemas.openxmlformats.org/officeDocument/2006/relationships/image" Target="media/image49.png"/><Relationship Id="rId59" Type="http://schemas.openxmlformats.org/officeDocument/2006/relationships/image" Target="media/image50.png"/><Relationship Id="rId60" Type="http://schemas.openxmlformats.org/officeDocument/2006/relationships/image" Target="media/image51.png"/><Relationship Id="rId61" Type="http://schemas.openxmlformats.org/officeDocument/2006/relationships/image" Target="media/image52.png"/><Relationship Id="rId62" Type="http://schemas.openxmlformats.org/officeDocument/2006/relationships/image" Target="media/image53.png"/><Relationship Id="rId63" Type="http://schemas.openxmlformats.org/officeDocument/2006/relationships/image" Target="media/image54.png"/><Relationship Id="rId64" Type="http://schemas.openxmlformats.org/officeDocument/2006/relationships/image" Target="media/image55.png"/><Relationship Id="rId65" Type="http://schemas.openxmlformats.org/officeDocument/2006/relationships/image" Target="media/image56.png"/><Relationship Id="rId66" Type="http://schemas.openxmlformats.org/officeDocument/2006/relationships/image" Target="media/image57.png"/><Relationship Id="rId67" Type="http://schemas.openxmlformats.org/officeDocument/2006/relationships/image" Target="media/image58.png"/><Relationship Id="rId68" Type="http://schemas.openxmlformats.org/officeDocument/2006/relationships/image" Target="media/image59.png"/><Relationship Id="rId69" Type="http://schemas.openxmlformats.org/officeDocument/2006/relationships/image" Target="media/image60.png"/><Relationship Id="rId70" Type="http://schemas.openxmlformats.org/officeDocument/2006/relationships/image" Target="media/image61.png"/><Relationship Id="rId71" Type="http://schemas.openxmlformats.org/officeDocument/2006/relationships/image" Target="media/image62.png"/><Relationship Id="rId72" Type="http://schemas.openxmlformats.org/officeDocument/2006/relationships/image" Target="media/image63.png"/><Relationship Id="rId73" Type="http://schemas.openxmlformats.org/officeDocument/2006/relationships/image" Target="media/image64.png"/><Relationship Id="rId74" Type="http://schemas.openxmlformats.org/officeDocument/2006/relationships/image" Target="media/image65.png"/><Relationship Id="rId75" Type="http://schemas.openxmlformats.org/officeDocument/2006/relationships/image" Target="media/image66.png"/><Relationship Id="rId76" Type="http://schemas.openxmlformats.org/officeDocument/2006/relationships/image" Target="media/image67.png"/><Relationship Id="rId77" Type="http://schemas.openxmlformats.org/officeDocument/2006/relationships/image" Target="media/image68.png"/><Relationship Id="rId78" Type="http://schemas.openxmlformats.org/officeDocument/2006/relationships/image" Target="media/image69.png"/><Relationship Id="rId79" Type="http://schemas.openxmlformats.org/officeDocument/2006/relationships/image" Target="media/image70.png"/><Relationship Id="rId80" Type="http://schemas.openxmlformats.org/officeDocument/2006/relationships/image" Target="media/image71.png"/><Relationship Id="rId81" Type="http://schemas.openxmlformats.org/officeDocument/2006/relationships/image" Target="media/image72.png"/><Relationship Id="rId82" Type="http://schemas.openxmlformats.org/officeDocument/2006/relationships/image" Target="media/image73.png"/><Relationship Id="rId83" Type="http://schemas.openxmlformats.org/officeDocument/2006/relationships/image" Target="media/image74.png"/><Relationship Id="rId84" Type="http://schemas.openxmlformats.org/officeDocument/2006/relationships/image" Target="media/image75.png"/><Relationship Id="rId85" Type="http://schemas.openxmlformats.org/officeDocument/2006/relationships/image" Target="media/image76.png"/><Relationship Id="rId86" Type="http://schemas.openxmlformats.org/officeDocument/2006/relationships/image" Target="media/image77.png"/><Relationship Id="rId87" Type="http://schemas.openxmlformats.org/officeDocument/2006/relationships/image" Target="media/image78.png"/><Relationship Id="rId88" Type="http://schemas.openxmlformats.org/officeDocument/2006/relationships/image" Target="media/image79.png"/><Relationship Id="rId89" Type="http://schemas.openxmlformats.org/officeDocument/2006/relationships/image" Target="media/image80.png"/><Relationship Id="rId90" Type="http://schemas.openxmlformats.org/officeDocument/2006/relationships/image" Target="media/image81.png"/><Relationship Id="rId91" Type="http://schemas.openxmlformats.org/officeDocument/2006/relationships/image" Target="media/image82.png"/><Relationship Id="rId92" Type="http://schemas.openxmlformats.org/officeDocument/2006/relationships/image" Target="media/image83.png"/><Relationship Id="rId93" Type="http://schemas.openxmlformats.org/officeDocument/2006/relationships/image" Target="media/image84.png"/><Relationship Id="rId94" Type="http://schemas.openxmlformats.org/officeDocument/2006/relationships/image" Target="media/image85.png"/><Relationship Id="rId95" Type="http://schemas.openxmlformats.org/officeDocument/2006/relationships/image" Target="media/image86.png"/><Relationship Id="rId96" Type="http://schemas.openxmlformats.org/officeDocument/2006/relationships/image" Target="media/image87.png"/><Relationship Id="rId97" Type="http://schemas.openxmlformats.org/officeDocument/2006/relationships/image" Target="media/image88.png"/><Relationship Id="rId98" Type="http://schemas.openxmlformats.org/officeDocument/2006/relationships/image" Target="media/image89.png"/><Relationship Id="rId99" Type="http://schemas.openxmlformats.org/officeDocument/2006/relationships/image" Target="media/image90.png"/><Relationship Id="rId100" Type="http://schemas.openxmlformats.org/officeDocument/2006/relationships/image" Target="media/image91.png"/><Relationship Id="rId101" Type="http://schemas.openxmlformats.org/officeDocument/2006/relationships/image" Target="media/image92.png"/><Relationship Id="rId102" Type="http://schemas.openxmlformats.org/officeDocument/2006/relationships/image" Target="media/image93.png"/><Relationship Id="rId103" Type="http://schemas.openxmlformats.org/officeDocument/2006/relationships/image" Target="media/image94.png"/><Relationship Id="rId104" Type="http://schemas.openxmlformats.org/officeDocument/2006/relationships/image" Target="media/image95.png"/><Relationship Id="rId105" Type="http://schemas.openxmlformats.org/officeDocument/2006/relationships/image" Target="media/image96.png"/><Relationship Id="rId106" Type="http://schemas.openxmlformats.org/officeDocument/2006/relationships/image" Target="media/image97.png"/><Relationship Id="rId107" Type="http://schemas.openxmlformats.org/officeDocument/2006/relationships/image" Target="media/image98.png"/><Relationship Id="rId108" Type="http://schemas.openxmlformats.org/officeDocument/2006/relationships/image" Target="media/image99.png"/><Relationship Id="rId109" Type="http://schemas.openxmlformats.org/officeDocument/2006/relationships/image" Target="media/image100.png"/><Relationship Id="rId110" Type="http://schemas.openxmlformats.org/officeDocument/2006/relationships/image" Target="media/image101.png"/><Relationship Id="rId111" Type="http://schemas.openxmlformats.org/officeDocument/2006/relationships/image" Target="media/image102.png"/><Relationship Id="rId112" Type="http://schemas.openxmlformats.org/officeDocument/2006/relationships/image" Target="media/image103.png"/><Relationship Id="rId113" Type="http://schemas.openxmlformats.org/officeDocument/2006/relationships/image" Target="media/image104.png"/><Relationship Id="rId114" Type="http://schemas.openxmlformats.org/officeDocument/2006/relationships/image" Target="media/image105.png"/><Relationship Id="rId115" Type="http://schemas.openxmlformats.org/officeDocument/2006/relationships/image" Target="media/image106.png"/><Relationship Id="rId116" Type="http://schemas.openxmlformats.org/officeDocument/2006/relationships/image" Target="media/image107.png"/><Relationship Id="rId117" Type="http://schemas.openxmlformats.org/officeDocument/2006/relationships/image" Target="media/image108.png"/><Relationship Id="rId118" Type="http://schemas.openxmlformats.org/officeDocument/2006/relationships/image" Target="media/image109.png"/><Relationship Id="rId119" Type="http://schemas.openxmlformats.org/officeDocument/2006/relationships/image" Target="media/image110.png"/><Relationship Id="rId120" Type="http://schemas.openxmlformats.org/officeDocument/2006/relationships/image" Target="media/image111.png"/><Relationship Id="rId121" Type="http://schemas.openxmlformats.org/officeDocument/2006/relationships/image" Target="media/image112.png"/><Relationship Id="rId122" Type="http://schemas.openxmlformats.org/officeDocument/2006/relationships/image" Target="media/image113.png"/><Relationship Id="rId123" Type="http://schemas.openxmlformats.org/officeDocument/2006/relationships/image" Target="media/image114.png"/><Relationship Id="rId124" Type="http://schemas.openxmlformats.org/officeDocument/2006/relationships/image" Target="media/image115.png"/><Relationship Id="rId125" Type="http://schemas.openxmlformats.org/officeDocument/2006/relationships/image" Target="media/image116.png"/><Relationship Id="rId126" Type="http://schemas.openxmlformats.org/officeDocument/2006/relationships/image" Target="media/image117.png"/><Relationship Id="rId127" Type="http://schemas.openxmlformats.org/officeDocument/2006/relationships/image" Target="media/image118.png"/><Relationship Id="rId128" Type="http://schemas.openxmlformats.org/officeDocument/2006/relationships/image" Target="media/image119.png"/><Relationship Id="rId129" Type="http://schemas.openxmlformats.org/officeDocument/2006/relationships/image" Target="media/image120.png"/><Relationship Id="rId130" Type="http://schemas.openxmlformats.org/officeDocument/2006/relationships/image" Target="media/image121.png"/><Relationship Id="rId131" Type="http://schemas.openxmlformats.org/officeDocument/2006/relationships/image" Target="media/image122.png"/><Relationship Id="rId132" Type="http://schemas.openxmlformats.org/officeDocument/2006/relationships/image" Target="media/image123.png"/><Relationship Id="rId133" Type="http://schemas.openxmlformats.org/officeDocument/2006/relationships/image" Target="media/image124.png"/><Relationship Id="rId134" Type="http://schemas.openxmlformats.org/officeDocument/2006/relationships/image" Target="media/image125.png"/><Relationship Id="rId135" Type="http://schemas.openxmlformats.org/officeDocument/2006/relationships/image" Target="media/image126.png"/><Relationship Id="rId136" Type="http://schemas.openxmlformats.org/officeDocument/2006/relationships/image" Target="media/image127.png"/><Relationship Id="rId137" Type="http://schemas.openxmlformats.org/officeDocument/2006/relationships/image" Target="media/image128.png"/><Relationship Id="rId138" Type="http://schemas.openxmlformats.org/officeDocument/2006/relationships/image" Target="media/image129.png"/><Relationship Id="rId139" Type="http://schemas.openxmlformats.org/officeDocument/2006/relationships/image" Target="media/image130.png"/><Relationship Id="rId140" Type="http://schemas.openxmlformats.org/officeDocument/2006/relationships/image" Target="media/image131.png"/><Relationship Id="rId141" Type="http://schemas.openxmlformats.org/officeDocument/2006/relationships/image" Target="media/image132.png"/><Relationship Id="rId142" Type="http://schemas.openxmlformats.org/officeDocument/2006/relationships/image" Target="media/image133.png"/><Relationship Id="rId143" Type="http://schemas.openxmlformats.org/officeDocument/2006/relationships/image" Target="media/image134.png"/><Relationship Id="rId144" Type="http://schemas.openxmlformats.org/officeDocument/2006/relationships/image" Target="media/image135.png"/><Relationship Id="rId145" Type="http://schemas.openxmlformats.org/officeDocument/2006/relationships/image" Target="media/image136.png"/><Relationship Id="rId146" Type="http://schemas.openxmlformats.org/officeDocument/2006/relationships/image" Target="media/image137.png"/><Relationship Id="rId147" Type="http://schemas.openxmlformats.org/officeDocument/2006/relationships/image" Target="media/image138.png"/><Relationship Id="rId148" Type="http://schemas.openxmlformats.org/officeDocument/2006/relationships/image" Target="media/image139.png"/><Relationship Id="rId149" Type="http://schemas.openxmlformats.org/officeDocument/2006/relationships/image" Target="media/image140.png"/><Relationship Id="rId150" Type="http://schemas.openxmlformats.org/officeDocument/2006/relationships/image" Target="media/image141.png"/><Relationship Id="rId151" Type="http://schemas.openxmlformats.org/officeDocument/2006/relationships/image" Target="media/image142.png"/><Relationship Id="rId152" Type="http://schemas.openxmlformats.org/officeDocument/2006/relationships/image" Target="media/image143.png"/><Relationship Id="rId153" Type="http://schemas.openxmlformats.org/officeDocument/2006/relationships/image" Target="media/image144.png"/><Relationship Id="rId154" Type="http://schemas.openxmlformats.org/officeDocument/2006/relationships/image" Target="media/image145.png"/><Relationship Id="rId155" Type="http://schemas.openxmlformats.org/officeDocument/2006/relationships/image" Target="media/image146.png"/><Relationship Id="rId156" Type="http://schemas.openxmlformats.org/officeDocument/2006/relationships/image" Target="media/image147.png"/><Relationship Id="rId157" Type="http://schemas.openxmlformats.org/officeDocument/2006/relationships/image" Target="media/image148.png"/><Relationship Id="rId158" Type="http://schemas.openxmlformats.org/officeDocument/2006/relationships/image" Target="media/image149.png"/><Relationship Id="rId159" Type="http://schemas.openxmlformats.org/officeDocument/2006/relationships/image" Target="media/image150.png"/><Relationship Id="rId160" Type="http://schemas.openxmlformats.org/officeDocument/2006/relationships/image" Target="media/image151.png"/><Relationship Id="rId161" Type="http://schemas.openxmlformats.org/officeDocument/2006/relationships/image" Target="media/image152.png"/><Relationship Id="rId162" Type="http://schemas.openxmlformats.org/officeDocument/2006/relationships/image" Target="media/image153.png"/><Relationship Id="rId163" Type="http://schemas.openxmlformats.org/officeDocument/2006/relationships/image" Target="media/image154.png"/><Relationship Id="rId164" Type="http://schemas.openxmlformats.org/officeDocument/2006/relationships/image" Target="media/image155.png"/><Relationship Id="rId165" Type="http://schemas.openxmlformats.org/officeDocument/2006/relationships/image" Target="media/image156.png"/><Relationship Id="rId166" Type="http://schemas.openxmlformats.org/officeDocument/2006/relationships/image" Target="media/image157.png"/><Relationship Id="rId167" Type="http://schemas.openxmlformats.org/officeDocument/2006/relationships/image" Target="media/image158.png"/><Relationship Id="rId168" Type="http://schemas.openxmlformats.org/officeDocument/2006/relationships/image" Target="media/image159.png"/><Relationship Id="rId169" Type="http://schemas.openxmlformats.org/officeDocument/2006/relationships/image" Target="media/image160.png"/><Relationship Id="rId170" Type="http://schemas.openxmlformats.org/officeDocument/2006/relationships/image" Target="media/image161.png"/><Relationship Id="rId171" Type="http://schemas.openxmlformats.org/officeDocument/2006/relationships/image" Target="media/image162.png"/><Relationship Id="rId172" Type="http://schemas.openxmlformats.org/officeDocument/2006/relationships/image" Target="media/image163.png"/><Relationship Id="rId173" Type="http://schemas.openxmlformats.org/officeDocument/2006/relationships/image" Target="media/image164.png"/><Relationship Id="rId174" Type="http://schemas.openxmlformats.org/officeDocument/2006/relationships/image" Target="media/image165.png"/><Relationship Id="rId175" Type="http://schemas.openxmlformats.org/officeDocument/2006/relationships/image" Target="media/image166.png"/><Relationship Id="rId176" Type="http://schemas.openxmlformats.org/officeDocument/2006/relationships/image" Target="media/image167.png"/><Relationship Id="rId177" Type="http://schemas.openxmlformats.org/officeDocument/2006/relationships/image" Target="media/image168.png"/><Relationship Id="rId178" Type="http://schemas.openxmlformats.org/officeDocument/2006/relationships/image" Target="media/image169.png"/><Relationship Id="rId179" Type="http://schemas.openxmlformats.org/officeDocument/2006/relationships/image" Target="media/image170.png"/><Relationship Id="rId180" Type="http://schemas.openxmlformats.org/officeDocument/2006/relationships/image" Target="media/image171.png"/><Relationship Id="rId181" Type="http://schemas.openxmlformats.org/officeDocument/2006/relationships/image" Target="media/image172.png"/><Relationship Id="rId182" Type="http://schemas.openxmlformats.org/officeDocument/2006/relationships/image" Target="media/image173.png"/><Relationship Id="rId183" Type="http://schemas.openxmlformats.org/officeDocument/2006/relationships/image" Target="media/image174.png"/><Relationship Id="rId184" Type="http://schemas.openxmlformats.org/officeDocument/2006/relationships/image" Target="media/image175.png"/><Relationship Id="rId185" Type="http://schemas.openxmlformats.org/officeDocument/2006/relationships/image" Target="media/image176.png"/><Relationship Id="rId186" Type="http://schemas.openxmlformats.org/officeDocument/2006/relationships/image" Target="media/image177.png"/><Relationship Id="rId187" Type="http://schemas.openxmlformats.org/officeDocument/2006/relationships/image" Target="media/image178.png"/><Relationship Id="rId188" Type="http://schemas.openxmlformats.org/officeDocument/2006/relationships/image" Target="media/image179.png"/><Relationship Id="rId189" Type="http://schemas.openxmlformats.org/officeDocument/2006/relationships/image" Target="media/image180.png"/><Relationship Id="rId190" Type="http://schemas.openxmlformats.org/officeDocument/2006/relationships/image" Target="media/image181.png"/><Relationship Id="rId191" Type="http://schemas.openxmlformats.org/officeDocument/2006/relationships/image" Target="media/image182.png"/><Relationship Id="rId192" Type="http://schemas.openxmlformats.org/officeDocument/2006/relationships/image" Target="media/image183.png"/><Relationship Id="rId193" Type="http://schemas.openxmlformats.org/officeDocument/2006/relationships/image" Target="media/image184.png"/><Relationship Id="rId194" Type="http://schemas.openxmlformats.org/officeDocument/2006/relationships/image" Target="media/image185.png"/><Relationship Id="rId195" Type="http://schemas.openxmlformats.org/officeDocument/2006/relationships/image" Target="media/image186.png"/><Relationship Id="rId196" Type="http://schemas.openxmlformats.org/officeDocument/2006/relationships/image" Target="media/image187.png"/><Relationship Id="rId197" Type="http://schemas.openxmlformats.org/officeDocument/2006/relationships/image" Target="media/image18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